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2EF99" w14:textId="77777777" w:rsidR="00D71CF0" w:rsidRDefault="00354607">
      <w:pPr>
        <w:pStyle w:val="KonuBal"/>
        <w:jc w:val="center"/>
      </w:pPr>
      <w:r>
        <w:t>AKSARAY ÜNİVERSİTESİ</w:t>
      </w:r>
    </w:p>
    <w:p w14:paraId="453EB47F" w14:textId="4A97B356" w:rsidR="00D71CF0" w:rsidRDefault="00354607">
      <w:pPr>
        <w:pStyle w:val="Balk1"/>
        <w:jc w:val="center"/>
      </w:pPr>
      <w:r>
        <w:t>2025 Yılı Mezun Değerlendirme Anketi</w:t>
      </w:r>
      <w:r w:rsidR="00512D8F">
        <w:t xml:space="preserve"> Raporu</w:t>
      </w:r>
    </w:p>
    <w:p w14:paraId="264979A0" w14:textId="77777777" w:rsidR="00D71CF0" w:rsidRDefault="00D71CF0"/>
    <w:p w14:paraId="6BCBA645" w14:textId="77777777" w:rsidR="00D71CF0" w:rsidRDefault="00354607">
      <w:pPr>
        <w:pStyle w:val="Balk1"/>
      </w:pPr>
      <w:r>
        <w:t>1. GENEL BİLGİLER</w:t>
      </w:r>
    </w:p>
    <w:p w14:paraId="3E232E81" w14:textId="37127715" w:rsidR="00D71CF0" w:rsidRDefault="00354607">
      <w:r>
        <w:rPr>
          <w:b/>
        </w:rPr>
        <w:t xml:space="preserve">Toplam Katılımcı Sayısı: </w:t>
      </w:r>
      <w:r>
        <w:t>2058</w:t>
      </w:r>
      <w:r>
        <w:br/>
      </w:r>
      <w:r>
        <w:rPr>
          <w:b/>
        </w:rPr>
        <w:t xml:space="preserve">Toplam Soru Sayısı: </w:t>
      </w:r>
      <w:r>
        <w:t>37</w:t>
      </w:r>
      <w:r>
        <w:br/>
      </w:r>
      <w:r w:rsidR="00512D8F">
        <w:rPr>
          <w:b/>
        </w:rPr>
        <w:t xml:space="preserve">Veri Toplama Tarihi: </w:t>
      </w:r>
      <w:r w:rsidR="00512D8F">
        <w:t>19/09/2025 – 26/09/2025</w:t>
      </w:r>
      <w:r>
        <w:br/>
      </w:r>
    </w:p>
    <w:p w14:paraId="66BBF27D" w14:textId="77777777" w:rsidR="00D71CF0" w:rsidRDefault="00354607">
      <w:pPr>
        <w:pStyle w:val="Balk1"/>
      </w:pPr>
      <w:r>
        <w:t>2. DEMOGRAFİK BİLGİLER</w:t>
      </w:r>
    </w:p>
    <w:p w14:paraId="53528744" w14:textId="77777777" w:rsidR="00D71CF0" w:rsidRDefault="00354607">
      <w:pPr>
        <w:pStyle w:val="Balk2"/>
      </w:pPr>
      <w:r>
        <w:t>2.1. Cinsiyet Dağılımı</w:t>
      </w:r>
    </w:p>
    <w:tbl>
      <w:tblPr>
        <w:tblStyle w:val="AkKlavuz-Vurgu1"/>
        <w:tblW w:w="0" w:type="auto"/>
        <w:tblLook w:val="04A0" w:firstRow="1" w:lastRow="0" w:firstColumn="1" w:lastColumn="0" w:noHBand="0" w:noVBand="1"/>
      </w:tblPr>
      <w:tblGrid>
        <w:gridCol w:w="2874"/>
        <w:gridCol w:w="2873"/>
        <w:gridCol w:w="2873"/>
      </w:tblGrid>
      <w:tr w:rsidR="00D71CF0" w14:paraId="251AF682" w14:textId="77777777" w:rsidTr="00D71C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01C1E16" w14:textId="77777777" w:rsidR="00D71CF0" w:rsidRDefault="00354607">
            <w:r>
              <w:t>Cinsiyet</w:t>
            </w:r>
          </w:p>
        </w:tc>
        <w:tc>
          <w:tcPr>
            <w:tcW w:w="2880" w:type="dxa"/>
          </w:tcPr>
          <w:p w14:paraId="71BAF86C" w14:textId="77777777" w:rsidR="00D71CF0" w:rsidRDefault="00354607">
            <w:pPr>
              <w:cnfStyle w:val="100000000000" w:firstRow="1" w:lastRow="0" w:firstColumn="0" w:lastColumn="0" w:oddVBand="0" w:evenVBand="0" w:oddHBand="0" w:evenHBand="0" w:firstRowFirstColumn="0" w:firstRowLastColumn="0" w:lastRowFirstColumn="0" w:lastRowLastColumn="0"/>
            </w:pPr>
            <w:r>
              <w:t>Sayı</w:t>
            </w:r>
          </w:p>
        </w:tc>
        <w:tc>
          <w:tcPr>
            <w:tcW w:w="2880" w:type="dxa"/>
          </w:tcPr>
          <w:p w14:paraId="2CD93D8C" w14:textId="77777777" w:rsidR="00D71CF0" w:rsidRDefault="00354607">
            <w:pPr>
              <w:cnfStyle w:val="100000000000" w:firstRow="1" w:lastRow="0" w:firstColumn="0" w:lastColumn="0" w:oddVBand="0" w:evenVBand="0" w:oddHBand="0" w:evenHBand="0" w:firstRowFirstColumn="0" w:firstRowLastColumn="0" w:lastRowFirstColumn="0" w:lastRowLastColumn="0"/>
            </w:pPr>
            <w:r>
              <w:t>Yüzde (%)</w:t>
            </w:r>
          </w:p>
        </w:tc>
      </w:tr>
      <w:tr w:rsidR="00D71CF0" w14:paraId="22FFAF6A"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66F9A1E" w14:textId="77777777" w:rsidR="00D71CF0" w:rsidRDefault="00354607">
            <w:r>
              <w:t>Erkek</w:t>
            </w:r>
          </w:p>
        </w:tc>
        <w:tc>
          <w:tcPr>
            <w:tcW w:w="2880" w:type="dxa"/>
          </w:tcPr>
          <w:p w14:paraId="52782FEA" w14:textId="77777777" w:rsidR="00D71CF0" w:rsidRDefault="00354607">
            <w:pPr>
              <w:cnfStyle w:val="000000100000" w:firstRow="0" w:lastRow="0" w:firstColumn="0" w:lastColumn="0" w:oddVBand="0" w:evenVBand="0" w:oddHBand="1" w:evenHBand="0" w:firstRowFirstColumn="0" w:firstRowLastColumn="0" w:lastRowFirstColumn="0" w:lastRowLastColumn="0"/>
            </w:pPr>
            <w:r>
              <w:t>960</w:t>
            </w:r>
          </w:p>
        </w:tc>
        <w:tc>
          <w:tcPr>
            <w:tcW w:w="2880" w:type="dxa"/>
          </w:tcPr>
          <w:p w14:paraId="67D2F4A1" w14:textId="77777777" w:rsidR="00D71CF0" w:rsidRDefault="00354607">
            <w:pPr>
              <w:cnfStyle w:val="000000100000" w:firstRow="0" w:lastRow="0" w:firstColumn="0" w:lastColumn="0" w:oddVBand="0" w:evenVBand="0" w:oddHBand="1" w:evenHBand="0" w:firstRowFirstColumn="0" w:firstRowLastColumn="0" w:lastRowFirstColumn="0" w:lastRowLastColumn="0"/>
            </w:pPr>
            <w:r>
              <w:t>46.65</w:t>
            </w:r>
          </w:p>
        </w:tc>
      </w:tr>
      <w:tr w:rsidR="00D71CF0" w14:paraId="47782D68" w14:textId="77777777" w:rsidTr="00D71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5F930B3" w14:textId="77777777" w:rsidR="00D71CF0" w:rsidRDefault="00354607">
            <w:r>
              <w:t>Kadın</w:t>
            </w:r>
          </w:p>
        </w:tc>
        <w:tc>
          <w:tcPr>
            <w:tcW w:w="2880" w:type="dxa"/>
          </w:tcPr>
          <w:p w14:paraId="03CE2FE7" w14:textId="77777777" w:rsidR="00D71CF0" w:rsidRDefault="00354607">
            <w:pPr>
              <w:cnfStyle w:val="000000010000" w:firstRow="0" w:lastRow="0" w:firstColumn="0" w:lastColumn="0" w:oddVBand="0" w:evenVBand="0" w:oddHBand="0" w:evenHBand="1" w:firstRowFirstColumn="0" w:firstRowLastColumn="0" w:lastRowFirstColumn="0" w:lastRowLastColumn="0"/>
            </w:pPr>
            <w:r>
              <w:t>1098</w:t>
            </w:r>
          </w:p>
        </w:tc>
        <w:tc>
          <w:tcPr>
            <w:tcW w:w="2880" w:type="dxa"/>
          </w:tcPr>
          <w:p w14:paraId="18106179" w14:textId="77777777" w:rsidR="00D71CF0" w:rsidRDefault="00354607">
            <w:pPr>
              <w:cnfStyle w:val="000000010000" w:firstRow="0" w:lastRow="0" w:firstColumn="0" w:lastColumn="0" w:oddVBand="0" w:evenVBand="0" w:oddHBand="0" w:evenHBand="1" w:firstRowFirstColumn="0" w:firstRowLastColumn="0" w:lastRowFirstColumn="0" w:lastRowLastColumn="0"/>
            </w:pPr>
            <w:r>
              <w:t>53.35</w:t>
            </w:r>
          </w:p>
        </w:tc>
      </w:tr>
      <w:tr w:rsidR="00D71CF0" w14:paraId="0854E129"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872CF70" w14:textId="77777777" w:rsidR="00D71CF0" w:rsidRDefault="00354607">
            <w:r>
              <w:t>TOPLAM</w:t>
            </w:r>
          </w:p>
        </w:tc>
        <w:tc>
          <w:tcPr>
            <w:tcW w:w="2880" w:type="dxa"/>
          </w:tcPr>
          <w:p w14:paraId="178CE1AB" w14:textId="77777777" w:rsidR="00D71CF0" w:rsidRDefault="00354607">
            <w:pPr>
              <w:cnfStyle w:val="000000100000" w:firstRow="0" w:lastRow="0" w:firstColumn="0" w:lastColumn="0" w:oddVBand="0" w:evenVBand="0" w:oddHBand="1" w:evenHBand="0" w:firstRowFirstColumn="0" w:firstRowLastColumn="0" w:lastRowFirstColumn="0" w:lastRowLastColumn="0"/>
            </w:pPr>
            <w:r>
              <w:t>2058</w:t>
            </w:r>
          </w:p>
        </w:tc>
        <w:tc>
          <w:tcPr>
            <w:tcW w:w="2880" w:type="dxa"/>
          </w:tcPr>
          <w:p w14:paraId="12BA18C4" w14:textId="77777777" w:rsidR="00D71CF0" w:rsidRDefault="00354607">
            <w:pPr>
              <w:cnfStyle w:val="000000100000" w:firstRow="0" w:lastRow="0" w:firstColumn="0" w:lastColumn="0" w:oddVBand="0" w:evenVBand="0" w:oddHBand="1" w:evenHBand="0" w:firstRowFirstColumn="0" w:firstRowLastColumn="0" w:lastRowFirstColumn="0" w:lastRowLastColumn="0"/>
            </w:pPr>
            <w:r>
              <w:t>100.00</w:t>
            </w:r>
          </w:p>
        </w:tc>
      </w:tr>
    </w:tbl>
    <w:p w14:paraId="3B4EA016" w14:textId="77777777" w:rsidR="00D71CF0" w:rsidRDefault="00D71CF0"/>
    <w:p w14:paraId="52603CB0" w14:textId="77777777" w:rsidR="00D71CF0" w:rsidRDefault="00354607">
      <w:pPr>
        <w:jc w:val="center"/>
      </w:pPr>
      <w:r>
        <w:rPr>
          <w:noProof/>
        </w:rPr>
        <w:drawing>
          <wp:inline distT="0" distB="0" distL="0" distR="0" wp14:anchorId="6B73DA70" wp14:editId="5E14BCD2">
            <wp:extent cx="3582857" cy="3600000"/>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nsiyet_dagilimi.png"/>
                    <pic:cNvPicPr/>
                  </pic:nvPicPr>
                  <pic:blipFill>
                    <a:blip r:embed="rId6"/>
                    <a:stretch>
                      <a:fillRect/>
                    </a:stretch>
                  </pic:blipFill>
                  <pic:spPr>
                    <a:xfrm>
                      <a:off x="0" y="0"/>
                      <a:ext cx="3582857" cy="3600000"/>
                    </a:xfrm>
                    <a:prstGeom prst="rect">
                      <a:avLst/>
                    </a:prstGeom>
                  </pic:spPr>
                </pic:pic>
              </a:graphicData>
            </a:graphic>
          </wp:inline>
        </w:drawing>
      </w:r>
    </w:p>
    <w:p w14:paraId="51051DD4" w14:textId="77777777" w:rsidR="00D71CF0" w:rsidRDefault="00354607">
      <w:pPr>
        <w:pStyle w:val="Balk2"/>
      </w:pPr>
      <w:r>
        <w:lastRenderedPageBreak/>
        <w:t>2.2. Doğum Yılı İstatistikleri</w:t>
      </w:r>
    </w:p>
    <w:tbl>
      <w:tblPr>
        <w:tblStyle w:val="AkKlavuz-Vurgu1"/>
        <w:tblW w:w="0" w:type="auto"/>
        <w:tblLook w:val="04A0" w:firstRow="1" w:lastRow="0" w:firstColumn="1" w:lastColumn="0" w:noHBand="0" w:noVBand="1"/>
      </w:tblPr>
      <w:tblGrid>
        <w:gridCol w:w="4311"/>
        <w:gridCol w:w="4309"/>
      </w:tblGrid>
      <w:tr w:rsidR="00D71CF0" w14:paraId="117F6194" w14:textId="77777777" w:rsidTr="00D71C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4C562B73" w14:textId="77777777" w:rsidR="00D71CF0" w:rsidRDefault="00354607">
            <w:r>
              <w:t>İstatistik</w:t>
            </w:r>
          </w:p>
        </w:tc>
        <w:tc>
          <w:tcPr>
            <w:tcW w:w="4320" w:type="dxa"/>
          </w:tcPr>
          <w:p w14:paraId="20CDC806" w14:textId="77777777" w:rsidR="00D71CF0" w:rsidRDefault="00354607">
            <w:pPr>
              <w:cnfStyle w:val="100000000000" w:firstRow="1" w:lastRow="0" w:firstColumn="0" w:lastColumn="0" w:oddVBand="0" w:evenVBand="0" w:oddHBand="0" w:evenHBand="0" w:firstRowFirstColumn="0" w:firstRowLastColumn="0" w:lastRowFirstColumn="0" w:lastRowLastColumn="0"/>
            </w:pPr>
            <w:r>
              <w:t>Değer</w:t>
            </w:r>
          </w:p>
        </w:tc>
      </w:tr>
      <w:tr w:rsidR="00D71CF0" w14:paraId="136A3A43"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5ECF249C" w14:textId="77777777" w:rsidR="00D71CF0" w:rsidRDefault="00354607">
            <w:r>
              <w:t>Ortalama</w:t>
            </w:r>
          </w:p>
        </w:tc>
        <w:tc>
          <w:tcPr>
            <w:tcW w:w="4320" w:type="dxa"/>
          </w:tcPr>
          <w:p w14:paraId="4BBC5734" w14:textId="77777777" w:rsidR="00D71CF0" w:rsidRDefault="00354607">
            <w:pPr>
              <w:cnfStyle w:val="000000100000" w:firstRow="0" w:lastRow="0" w:firstColumn="0" w:lastColumn="0" w:oddVBand="0" w:evenVBand="0" w:oddHBand="1" w:evenHBand="0" w:firstRowFirstColumn="0" w:firstRowLastColumn="0" w:lastRowFirstColumn="0" w:lastRowLastColumn="0"/>
            </w:pPr>
            <w:r>
              <w:t>1995</w:t>
            </w:r>
          </w:p>
        </w:tc>
      </w:tr>
      <w:tr w:rsidR="00D71CF0" w14:paraId="1368B374" w14:textId="77777777" w:rsidTr="00D71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6D49E40B" w14:textId="77777777" w:rsidR="00D71CF0" w:rsidRDefault="00354607">
            <w:r>
              <w:t>Medyan</w:t>
            </w:r>
          </w:p>
        </w:tc>
        <w:tc>
          <w:tcPr>
            <w:tcW w:w="4320" w:type="dxa"/>
          </w:tcPr>
          <w:p w14:paraId="46BE73AE" w14:textId="77777777" w:rsidR="00D71CF0" w:rsidRDefault="00354607">
            <w:pPr>
              <w:cnfStyle w:val="000000010000" w:firstRow="0" w:lastRow="0" w:firstColumn="0" w:lastColumn="0" w:oddVBand="0" w:evenVBand="0" w:oddHBand="0" w:evenHBand="1" w:firstRowFirstColumn="0" w:firstRowLastColumn="0" w:lastRowFirstColumn="0" w:lastRowLastColumn="0"/>
            </w:pPr>
            <w:r>
              <w:t>1997</w:t>
            </w:r>
          </w:p>
        </w:tc>
      </w:tr>
      <w:tr w:rsidR="00D71CF0" w14:paraId="6C37663B"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32B9296E" w14:textId="77777777" w:rsidR="00D71CF0" w:rsidRDefault="00354607">
            <w:r>
              <w:t>Minimum</w:t>
            </w:r>
          </w:p>
        </w:tc>
        <w:tc>
          <w:tcPr>
            <w:tcW w:w="4320" w:type="dxa"/>
          </w:tcPr>
          <w:p w14:paraId="047734F6" w14:textId="77777777" w:rsidR="00D71CF0" w:rsidRDefault="00354607">
            <w:pPr>
              <w:cnfStyle w:val="000000100000" w:firstRow="0" w:lastRow="0" w:firstColumn="0" w:lastColumn="0" w:oddVBand="0" w:evenVBand="0" w:oddHBand="1" w:evenHBand="0" w:firstRowFirstColumn="0" w:firstRowLastColumn="0" w:lastRowFirstColumn="0" w:lastRowLastColumn="0"/>
            </w:pPr>
            <w:r>
              <w:t>1970</w:t>
            </w:r>
          </w:p>
        </w:tc>
      </w:tr>
      <w:tr w:rsidR="00D71CF0" w14:paraId="31750C27" w14:textId="77777777" w:rsidTr="00D71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2459CD5C" w14:textId="77777777" w:rsidR="00D71CF0" w:rsidRDefault="00354607">
            <w:r>
              <w:t>Maksimum</w:t>
            </w:r>
          </w:p>
        </w:tc>
        <w:tc>
          <w:tcPr>
            <w:tcW w:w="4320" w:type="dxa"/>
          </w:tcPr>
          <w:p w14:paraId="242819DD" w14:textId="77777777" w:rsidR="00D71CF0" w:rsidRDefault="00354607">
            <w:pPr>
              <w:cnfStyle w:val="000000010000" w:firstRow="0" w:lastRow="0" w:firstColumn="0" w:lastColumn="0" w:oddVBand="0" w:evenVBand="0" w:oddHBand="0" w:evenHBand="1" w:firstRowFirstColumn="0" w:firstRowLastColumn="0" w:lastRowFirstColumn="0" w:lastRowLastColumn="0"/>
            </w:pPr>
            <w:r>
              <w:t>2003</w:t>
            </w:r>
          </w:p>
        </w:tc>
      </w:tr>
      <w:tr w:rsidR="00D71CF0" w14:paraId="66376A96"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725FF7FA" w14:textId="77777777" w:rsidR="00D71CF0" w:rsidRDefault="00354607">
            <w:r>
              <w:t>Standart Sapma</w:t>
            </w:r>
          </w:p>
        </w:tc>
        <w:tc>
          <w:tcPr>
            <w:tcW w:w="4320" w:type="dxa"/>
          </w:tcPr>
          <w:p w14:paraId="66B91A6B" w14:textId="77777777" w:rsidR="00D71CF0" w:rsidRDefault="00354607">
            <w:pPr>
              <w:cnfStyle w:val="000000100000" w:firstRow="0" w:lastRow="0" w:firstColumn="0" w:lastColumn="0" w:oddVBand="0" w:evenVBand="0" w:oddHBand="1" w:evenHBand="0" w:firstRowFirstColumn="0" w:firstRowLastColumn="0" w:lastRowFirstColumn="0" w:lastRowLastColumn="0"/>
            </w:pPr>
            <w:r>
              <w:t>5.82</w:t>
            </w:r>
          </w:p>
        </w:tc>
      </w:tr>
      <w:tr w:rsidR="00D71CF0" w14:paraId="2C7D8E70" w14:textId="77777777" w:rsidTr="00D71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7700F606" w14:textId="77777777" w:rsidR="00D71CF0" w:rsidRDefault="00354607">
            <w:r>
              <w:t>Geçerli Veri Sayısı</w:t>
            </w:r>
          </w:p>
        </w:tc>
        <w:tc>
          <w:tcPr>
            <w:tcW w:w="4320" w:type="dxa"/>
          </w:tcPr>
          <w:p w14:paraId="7AEB35D8" w14:textId="77777777" w:rsidR="00D71CF0" w:rsidRDefault="00354607">
            <w:pPr>
              <w:cnfStyle w:val="000000010000" w:firstRow="0" w:lastRow="0" w:firstColumn="0" w:lastColumn="0" w:oddVBand="0" w:evenVBand="0" w:oddHBand="0" w:evenHBand="1" w:firstRowFirstColumn="0" w:firstRowLastColumn="0" w:lastRowFirstColumn="0" w:lastRowLastColumn="0"/>
            </w:pPr>
            <w:r>
              <w:t>2058</w:t>
            </w:r>
          </w:p>
        </w:tc>
      </w:tr>
    </w:tbl>
    <w:p w14:paraId="67CE38F9" w14:textId="77777777" w:rsidR="00D71CF0" w:rsidRDefault="00D71CF0"/>
    <w:p w14:paraId="6D6CA3F0" w14:textId="77777777" w:rsidR="00D71CF0" w:rsidRDefault="00354607">
      <w:pPr>
        <w:jc w:val="center"/>
      </w:pPr>
      <w:r>
        <w:rPr>
          <w:noProof/>
        </w:rPr>
        <w:drawing>
          <wp:inline distT="0" distB="0" distL="0" distR="0" wp14:anchorId="682F2179" wp14:editId="73240E99">
            <wp:extent cx="5486400" cy="27135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gum_yili.png"/>
                    <pic:cNvPicPr/>
                  </pic:nvPicPr>
                  <pic:blipFill>
                    <a:blip r:embed="rId7"/>
                    <a:stretch>
                      <a:fillRect/>
                    </a:stretch>
                  </pic:blipFill>
                  <pic:spPr>
                    <a:xfrm>
                      <a:off x="0" y="0"/>
                      <a:ext cx="5486400" cy="2713584"/>
                    </a:xfrm>
                    <a:prstGeom prst="rect">
                      <a:avLst/>
                    </a:prstGeom>
                  </pic:spPr>
                </pic:pic>
              </a:graphicData>
            </a:graphic>
          </wp:inline>
        </w:drawing>
      </w:r>
    </w:p>
    <w:p w14:paraId="7BDA1536" w14:textId="023E3C54" w:rsidR="00D71CF0" w:rsidRDefault="00D71CF0"/>
    <w:p w14:paraId="786CAF86" w14:textId="77777777" w:rsidR="00D71CF0" w:rsidRDefault="00354607">
      <w:pPr>
        <w:pStyle w:val="Balk2"/>
      </w:pPr>
      <w:r>
        <w:t>2.3. Mezun Olunan Program Tipi</w:t>
      </w:r>
    </w:p>
    <w:tbl>
      <w:tblPr>
        <w:tblStyle w:val="AkKlavuz-Vurgu1"/>
        <w:tblW w:w="0" w:type="auto"/>
        <w:tblLook w:val="04A0" w:firstRow="1" w:lastRow="0" w:firstColumn="1" w:lastColumn="0" w:noHBand="0" w:noVBand="1"/>
      </w:tblPr>
      <w:tblGrid>
        <w:gridCol w:w="2874"/>
        <w:gridCol w:w="2873"/>
        <w:gridCol w:w="2873"/>
      </w:tblGrid>
      <w:tr w:rsidR="00D71CF0" w14:paraId="1E60F85B" w14:textId="77777777" w:rsidTr="00D71C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C96B212" w14:textId="77777777" w:rsidR="00D71CF0" w:rsidRDefault="00354607">
            <w:r>
              <w:t>Program Tipi</w:t>
            </w:r>
          </w:p>
        </w:tc>
        <w:tc>
          <w:tcPr>
            <w:tcW w:w="2880" w:type="dxa"/>
          </w:tcPr>
          <w:p w14:paraId="3C3A4943" w14:textId="77777777" w:rsidR="00D71CF0" w:rsidRDefault="00354607">
            <w:pPr>
              <w:cnfStyle w:val="100000000000" w:firstRow="1" w:lastRow="0" w:firstColumn="0" w:lastColumn="0" w:oddVBand="0" w:evenVBand="0" w:oddHBand="0" w:evenHBand="0" w:firstRowFirstColumn="0" w:firstRowLastColumn="0" w:lastRowFirstColumn="0" w:lastRowLastColumn="0"/>
            </w:pPr>
            <w:r>
              <w:t>Sayı</w:t>
            </w:r>
          </w:p>
        </w:tc>
        <w:tc>
          <w:tcPr>
            <w:tcW w:w="2880" w:type="dxa"/>
          </w:tcPr>
          <w:p w14:paraId="23195866" w14:textId="77777777" w:rsidR="00D71CF0" w:rsidRDefault="00354607">
            <w:pPr>
              <w:cnfStyle w:val="100000000000" w:firstRow="1" w:lastRow="0" w:firstColumn="0" w:lastColumn="0" w:oddVBand="0" w:evenVBand="0" w:oddHBand="0" w:evenHBand="0" w:firstRowFirstColumn="0" w:firstRowLastColumn="0" w:lastRowFirstColumn="0" w:lastRowLastColumn="0"/>
            </w:pPr>
            <w:r>
              <w:t>Yüzde (%)</w:t>
            </w:r>
          </w:p>
        </w:tc>
      </w:tr>
      <w:tr w:rsidR="00D71CF0" w14:paraId="56E9918C"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924707C" w14:textId="77777777" w:rsidR="00D71CF0" w:rsidRDefault="00354607">
            <w:r>
              <w:t>Önlisans</w:t>
            </w:r>
          </w:p>
        </w:tc>
        <w:tc>
          <w:tcPr>
            <w:tcW w:w="2880" w:type="dxa"/>
          </w:tcPr>
          <w:p w14:paraId="55FC0C14" w14:textId="77777777" w:rsidR="00D71CF0" w:rsidRDefault="00354607">
            <w:pPr>
              <w:cnfStyle w:val="000000100000" w:firstRow="0" w:lastRow="0" w:firstColumn="0" w:lastColumn="0" w:oddVBand="0" w:evenVBand="0" w:oddHBand="1" w:evenHBand="0" w:firstRowFirstColumn="0" w:firstRowLastColumn="0" w:lastRowFirstColumn="0" w:lastRowLastColumn="0"/>
            </w:pPr>
            <w:r>
              <w:t>397</w:t>
            </w:r>
          </w:p>
        </w:tc>
        <w:tc>
          <w:tcPr>
            <w:tcW w:w="2880" w:type="dxa"/>
          </w:tcPr>
          <w:p w14:paraId="41683C99" w14:textId="77777777" w:rsidR="00D71CF0" w:rsidRDefault="00354607">
            <w:pPr>
              <w:cnfStyle w:val="000000100000" w:firstRow="0" w:lastRow="0" w:firstColumn="0" w:lastColumn="0" w:oddVBand="0" w:evenVBand="0" w:oddHBand="1" w:evenHBand="0" w:firstRowFirstColumn="0" w:firstRowLastColumn="0" w:lastRowFirstColumn="0" w:lastRowLastColumn="0"/>
            </w:pPr>
            <w:r>
              <w:t>19.29</w:t>
            </w:r>
          </w:p>
        </w:tc>
      </w:tr>
      <w:tr w:rsidR="00D71CF0" w14:paraId="2D2115A5" w14:textId="77777777" w:rsidTr="00D71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9818B23" w14:textId="77777777" w:rsidR="00D71CF0" w:rsidRDefault="00354607">
            <w:r>
              <w:t>Lisans</w:t>
            </w:r>
          </w:p>
        </w:tc>
        <w:tc>
          <w:tcPr>
            <w:tcW w:w="2880" w:type="dxa"/>
          </w:tcPr>
          <w:p w14:paraId="59C3B167" w14:textId="77777777" w:rsidR="00D71CF0" w:rsidRDefault="00354607">
            <w:pPr>
              <w:cnfStyle w:val="000000010000" w:firstRow="0" w:lastRow="0" w:firstColumn="0" w:lastColumn="0" w:oddVBand="0" w:evenVBand="0" w:oddHBand="0" w:evenHBand="1" w:firstRowFirstColumn="0" w:firstRowLastColumn="0" w:lastRowFirstColumn="0" w:lastRowLastColumn="0"/>
            </w:pPr>
            <w:r>
              <w:t>1463</w:t>
            </w:r>
          </w:p>
        </w:tc>
        <w:tc>
          <w:tcPr>
            <w:tcW w:w="2880" w:type="dxa"/>
          </w:tcPr>
          <w:p w14:paraId="4379A7A4" w14:textId="77777777" w:rsidR="00D71CF0" w:rsidRDefault="00354607">
            <w:pPr>
              <w:cnfStyle w:val="000000010000" w:firstRow="0" w:lastRow="0" w:firstColumn="0" w:lastColumn="0" w:oddVBand="0" w:evenVBand="0" w:oddHBand="0" w:evenHBand="1" w:firstRowFirstColumn="0" w:firstRowLastColumn="0" w:lastRowFirstColumn="0" w:lastRowLastColumn="0"/>
            </w:pPr>
            <w:r>
              <w:t>71.09</w:t>
            </w:r>
          </w:p>
        </w:tc>
      </w:tr>
      <w:tr w:rsidR="00D71CF0" w14:paraId="1ECD2A67"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9483753" w14:textId="77777777" w:rsidR="00D71CF0" w:rsidRDefault="00354607">
            <w:r>
              <w:t>Yüksek Lisans</w:t>
            </w:r>
          </w:p>
        </w:tc>
        <w:tc>
          <w:tcPr>
            <w:tcW w:w="2880" w:type="dxa"/>
          </w:tcPr>
          <w:p w14:paraId="127F69EF" w14:textId="77777777" w:rsidR="00D71CF0" w:rsidRDefault="00354607">
            <w:pPr>
              <w:cnfStyle w:val="000000100000" w:firstRow="0" w:lastRow="0" w:firstColumn="0" w:lastColumn="0" w:oddVBand="0" w:evenVBand="0" w:oddHBand="1" w:evenHBand="0" w:firstRowFirstColumn="0" w:firstRowLastColumn="0" w:lastRowFirstColumn="0" w:lastRowLastColumn="0"/>
            </w:pPr>
            <w:r>
              <w:t>184</w:t>
            </w:r>
          </w:p>
        </w:tc>
        <w:tc>
          <w:tcPr>
            <w:tcW w:w="2880" w:type="dxa"/>
          </w:tcPr>
          <w:p w14:paraId="3D0FB630" w14:textId="77777777" w:rsidR="00D71CF0" w:rsidRDefault="00354607">
            <w:pPr>
              <w:cnfStyle w:val="000000100000" w:firstRow="0" w:lastRow="0" w:firstColumn="0" w:lastColumn="0" w:oddVBand="0" w:evenVBand="0" w:oddHBand="1" w:evenHBand="0" w:firstRowFirstColumn="0" w:firstRowLastColumn="0" w:lastRowFirstColumn="0" w:lastRowLastColumn="0"/>
            </w:pPr>
            <w:r>
              <w:t>8.94</w:t>
            </w:r>
          </w:p>
        </w:tc>
      </w:tr>
      <w:tr w:rsidR="00D71CF0" w14:paraId="293B3133" w14:textId="77777777" w:rsidTr="00D71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FE07886" w14:textId="77777777" w:rsidR="00D71CF0" w:rsidRDefault="00354607">
            <w:r>
              <w:t>Doktora</w:t>
            </w:r>
          </w:p>
        </w:tc>
        <w:tc>
          <w:tcPr>
            <w:tcW w:w="2880" w:type="dxa"/>
          </w:tcPr>
          <w:p w14:paraId="217C94FB" w14:textId="77777777" w:rsidR="00D71CF0" w:rsidRDefault="00354607">
            <w:pPr>
              <w:cnfStyle w:val="000000010000" w:firstRow="0" w:lastRow="0" w:firstColumn="0" w:lastColumn="0" w:oddVBand="0" w:evenVBand="0" w:oddHBand="0" w:evenHBand="1" w:firstRowFirstColumn="0" w:firstRowLastColumn="0" w:lastRowFirstColumn="0" w:lastRowLastColumn="0"/>
            </w:pPr>
            <w:r>
              <w:t>14</w:t>
            </w:r>
          </w:p>
        </w:tc>
        <w:tc>
          <w:tcPr>
            <w:tcW w:w="2880" w:type="dxa"/>
          </w:tcPr>
          <w:p w14:paraId="436C3507" w14:textId="77777777" w:rsidR="00D71CF0" w:rsidRDefault="00354607">
            <w:pPr>
              <w:cnfStyle w:val="000000010000" w:firstRow="0" w:lastRow="0" w:firstColumn="0" w:lastColumn="0" w:oddVBand="0" w:evenVBand="0" w:oddHBand="0" w:evenHBand="1" w:firstRowFirstColumn="0" w:firstRowLastColumn="0" w:lastRowFirstColumn="0" w:lastRowLastColumn="0"/>
            </w:pPr>
            <w:r>
              <w:t>0.68</w:t>
            </w:r>
          </w:p>
        </w:tc>
      </w:tr>
      <w:tr w:rsidR="00D71CF0" w14:paraId="4806190B"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EDB3B55" w14:textId="77777777" w:rsidR="00D71CF0" w:rsidRDefault="00354607">
            <w:r>
              <w:t>TOPLAM</w:t>
            </w:r>
          </w:p>
        </w:tc>
        <w:tc>
          <w:tcPr>
            <w:tcW w:w="2880" w:type="dxa"/>
          </w:tcPr>
          <w:p w14:paraId="1B800280" w14:textId="77777777" w:rsidR="00D71CF0" w:rsidRDefault="00354607">
            <w:pPr>
              <w:cnfStyle w:val="000000100000" w:firstRow="0" w:lastRow="0" w:firstColumn="0" w:lastColumn="0" w:oddVBand="0" w:evenVBand="0" w:oddHBand="1" w:evenHBand="0" w:firstRowFirstColumn="0" w:firstRowLastColumn="0" w:lastRowFirstColumn="0" w:lastRowLastColumn="0"/>
            </w:pPr>
            <w:r>
              <w:t>2058</w:t>
            </w:r>
          </w:p>
        </w:tc>
        <w:tc>
          <w:tcPr>
            <w:tcW w:w="2880" w:type="dxa"/>
          </w:tcPr>
          <w:p w14:paraId="18EC9B14" w14:textId="77777777" w:rsidR="00D71CF0" w:rsidRDefault="00354607">
            <w:pPr>
              <w:cnfStyle w:val="000000100000" w:firstRow="0" w:lastRow="0" w:firstColumn="0" w:lastColumn="0" w:oddVBand="0" w:evenVBand="0" w:oddHBand="1" w:evenHBand="0" w:firstRowFirstColumn="0" w:firstRowLastColumn="0" w:lastRowFirstColumn="0" w:lastRowLastColumn="0"/>
            </w:pPr>
            <w:r>
              <w:t>100.00</w:t>
            </w:r>
          </w:p>
        </w:tc>
      </w:tr>
    </w:tbl>
    <w:p w14:paraId="2CFB9F7A" w14:textId="77777777" w:rsidR="00D71CF0" w:rsidRDefault="00D71CF0"/>
    <w:p w14:paraId="4C21D50D" w14:textId="77777777" w:rsidR="00D71CF0" w:rsidRDefault="00354607">
      <w:pPr>
        <w:jc w:val="center"/>
      </w:pPr>
      <w:r>
        <w:rPr>
          <w:noProof/>
        </w:rPr>
        <w:lastRenderedPageBreak/>
        <w:drawing>
          <wp:inline distT="0" distB="0" distL="0" distR="0" wp14:anchorId="4950F626" wp14:editId="41FFDF4E">
            <wp:extent cx="5486400" cy="327629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gram_tipi.png"/>
                    <pic:cNvPicPr/>
                  </pic:nvPicPr>
                  <pic:blipFill>
                    <a:blip r:embed="rId8"/>
                    <a:stretch>
                      <a:fillRect/>
                    </a:stretch>
                  </pic:blipFill>
                  <pic:spPr>
                    <a:xfrm>
                      <a:off x="0" y="0"/>
                      <a:ext cx="5486400" cy="3276291"/>
                    </a:xfrm>
                    <a:prstGeom prst="rect">
                      <a:avLst/>
                    </a:prstGeom>
                  </pic:spPr>
                </pic:pic>
              </a:graphicData>
            </a:graphic>
          </wp:inline>
        </w:drawing>
      </w:r>
    </w:p>
    <w:p w14:paraId="48F7235F" w14:textId="77777777" w:rsidR="00D71CF0" w:rsidRDefault="00354607">
      <w:pPr>
        <w:pStyle w:val="Balk2"/>
      </w:pPr>
      <w:r>
        <w:t>2.4. Mezuniyet Yılı Dağılımı</w:t>
      </w:r>
    </w:p>
    <w:tbl>
      <w:tblPr>
        <w:tblStyle w:val="AkKlavuz-Vurgu1"/>
        <w:tblW w:w="0" w:type="auto"/>
        <w:tblLook w:val="04A0" w:firstRow="1" w:lastRow="0" w:firstColumn="1" w:lastColumn="0" w:noHBand="0" w:noVBand="1"/>
      </w:tblPr>
      <w:tblGrid>
        <w:gridCol w:w="4311"/>
        <w:gridCol w:w="4309"/>
      </w:tblGrid>
      <w:tr w:rsidR="00D71CF0" w14:paraId="6BBF03D6" w14:textId="77777777" w:rsidTr="00D71C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4C14D092" w14:textId="77777777" w:rsidR="00D71CF0" w:rsidRDefault="00354607">
            <w:r>
              <w:t>İstatistik</w:t>
            </w:r>
          </w:p>
        </w:tc>
        <w:tc>
          <w:tcPr>
            <w:tcW w:w="4320" w:type="dxa"/>
          </w:tcPr>
          <w:p w14:paraId="559261CE" w14:textId="77777777" w:rsidR="00D71CF0" w:rsidRDefault="00354607">
            <w:pPr>
              <w:cnfStyle w:val="100000000000" w:firstRow="1" w:lastRow="0" w:firstColumn="0" w:lastColumn="0" w:oddVBand="0" w:evenVBand="0" w:oddHBand="0" w:evenHBand="0" w:firstRowFirstColumn="0" w:firstRowLastColumn="0" w:lastRowFirstColumn="0" w:lastRowLastColumn="0"/>
            </w:pPr>
            <w:r>
              <w:t>Değer</w:t>
            </w:r>
          </w:p>
        </w:tc>
      </w:tr>
      <w:tr w:rsidR="00D71CF0" w14:paraId="29C8462D"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1A030714" w14:textId="77777777" w:rsidR="00D71CF0" w:rsidRDefault="00354607">
            <w:r>
              <w:t>Ortalama</w:t>
            </w:r>
          </w:p>
        </w:tc>
        <w:tc>
          <w:tcPr>
            <w:tcW w:w="4320" w:type="dxa"/>
          </w:tcPr>
          <w:p w14:paraId="0133581F" w14:textId="77777777" w:rsidR="00D71CF0" w:rsidRDefault="00354607">
            <w:pPr>
              <w:cnfStyle w:val="000000100000" w:firstRow="0" w:lastRow="0" w:firstColumn="0" w:lastColumn="0" w:oddVBand="0" w:evenVBand="0" w:oddHBand="1" w:evenHBand="0" w:firstRowFirstColumn="0" w:firstRowLastColumn="0" w:lastRowFirstColumn="0" w:lastRowLastColumn="0"/>
            </w:pPr>
            <w:r>
              <w:t>2019</w:t>
            </w:r>
          </w:p>
        </w:tc>
      </w:tr>
      <w:tr w:rsidR="00D71CF0" w14:paraId="3EA286DA" w14:textId="77777777" w:rsidTr="00D71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0338E692" w14:textId="77777777" w:rsidR="00D71CF0" w:rsidRDefault="00354607">
            <w:r>
              <w:t>Medyan</w:t>
            </w:r>
          </w:p>
        </w:tc>
        <w:tc>
          <w:tcPr>
            <w:tcW w:w="4320" w:type="dxa"/>
          </w:tcPr>
          <w:p w14:paraId="38F23330" w14:textId="77777777" w:rsidR="00D71CF0" w:rsidRDefault="00354607">
            <w:pPr>
              <w:cnfStyle w:val="000000010000" w:firstRow="0" w:lastRow="0" w:firstColumn="0" w:lastColumn="0" w:oddVBand="0" w:evenVBand="0" w:oddHBand="0" w:evenHBand="1" w:firstRowFirstColumn="0" w:firstRowLastColumn="0" w:lastRowFirstColumn="0" w:lastRowLastColumn="0"/>
            </w:pPr>
            <w:r>
              <w:t>2021</w:t>
            </w:r>
          </w:p>
        </w:tc>
      </w:tr>
      <w:tr w:rsidR="00D71CF0" w14:paraId="467E8FA1"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7C1C3A26" w14:textId="77777777" w:rsidR="00D71CF0" w:rsidRDefault="00354607">
            <w:r>
              <w:t>Minimum</w:t>
            </w:r>
          </w:p>
        </w:tc>
        <w:tc>
          <w:tcPr>
            <w:tcW w:w="4320" w:type="dxa"/>
          </w:tcPr>
          <w:p w14:paraId="61EFC5A7" w14:textId="77777777" w:rsidR="00D71CF0" w:rsidRDefault="00354607">
            <w:pPr>
              <w:cnfStyle w:val="000000100000" w:firstRow="0" w:lastRow="0" w:firstColumn="0" w:lastColumn="0" w:oddVBand="0" w:evenVBand="0" w:oddHBand="1" w:evenHBand="0" w:firstRowFirstColumn="0" w:firstRowLastColumn="0" w:lastRowFirstColumn="0" w:lastRowLastColumn="0"/>
            </w:pPr>
            <w:r>
              <w:t>2000</w:t>
            </w:r>
          </w:p>
        </w:tc>
      </w:tr>
      <w:tr w:rsidR="00D71CF0" w14:paraId="534EF4A7" w14:textId="77777777" w:rsidTr="00D71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0058E5EA" w14:textId="77777777" w:rsidR="00D71CF0" w:rsidRDefault="00354607">
            <w:r>
              <w:t>Maksimum</w:t>
            </w:r>
          </w:p>
        </w:tc>
        <w:tc>
          <w:tcPr>
            <w:tcW w:w="4320" w:type="dxa"/>
          </w:tcPr>
          <w:p w14:paraId="6D78EDFD" w14:textId="77777777" w:rsidR="00D71CF0" w:rsidRDefault="00354607">
            <w:pPr>
              <w:cnfStyle w:val="000000010000" w:firstRow="0" w:lastRow="0" w:firstColumn="0" w:lastColumn="0" w:oddVBand="0" w:evenVBand="0" w:oddHBand="0" w:evenHBand="1" w:firstRowFirstColumn="0" w:firstRowLastColumn="0" w:lastRowFirstColumn="0" w:lastRowLastColumn="0"/>
            </w:pPr>
            <w:r>
              <w:t>2025</w:t>
            </w:r>
          </w:p>
        </w:tc>
      </w:tr>
      <w:tr w:rsidR="00D71CF0" w14:paraId="5654E70A"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14:paraId="170C888E" w14:textId="77777777" w:rsidR="00D71CF0" w:rsidRDefault="00354607">
            <w:r>
              <w:t>Standart Sapma</w:t>
            </w:r>
          </w:p>
        </w:tc>
        <w:tc>
          <w:tcPr>
            <w:tcW w:w="4320" w:type="dxa"/>
          </w:tcPr>
          <w:p w14:paraId="56DF79EA" w14:textId="77777777" w:rsidR="00D71CF0" w:rsidRDefault="00354607">
            <w:pPr>
              <w:cnfStyle w:val="000000100000" w:firstRow="0" w:lastRow="0" w:firstColumn="0" w:lastColumn="0" w:oddVBand="0" w:evenVBand="0" w:oddHBand="1" w:evenHBand="0" w:firstRowFirstColumn="0" w:firstRowLastColumn="0" w:lastRowFirstColumn="0" w:lastRowLastColumn="0"/>
            </w:pPr>
            <w:r>
              <w:t>3.67</w:t>
            </w:r>
          </w:p>
        </w:tc>
      </w:tr>
    </w:tbl>
    <w:p w14:paraId="12304D17" w14:textId="77777777" w:rsidR="00D71CF0" w:rsidRDefault="00D71CF0"/>
    <w:p w14:paraId="620A38C1" w14:textId="77777777" w:rsidR="00D71CF0" w:rsidRDefault="00354607" w:rsidP="00263BC9">
      <w:pPr>
        <w:pStyle w:val="GlAlnt"/>
        <w:ind w:left="0"/>
      </w:pPr>
      <w:r>
        <w:t>Son 10 Yılın Detaylı Dağılımı:</w:t>
      </w:r>
    </w:p>
    <w:tbl>
      <w:tblPr>
        <w:tblStyle w:val="AkKlavuz-Vurgu1"/>
        <w:tblW w:w="0" w:type="auto"/>
        <w:tblLook w:val="04A0" w:firstRow="1" w:lastRow="0" w:firstColumn="1" w:lastColumn="0" w:noHBand="0" w:noVBand="1"/>
      </w:tblPr>
      <w:tblGrid>
        <w:gridCol w:w="2875"/>
        <w:gridCol w:w="2872"/>
        <w:gridCol w:w="2873"/>
      </w:tblGrid>
      <w:tr w:rsidR="00D71CF0" w14:paraId="6F82436A" w14:textId="77777777" w:rsidTr="00D71C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D30364E" w14:textId="77777777" w:rsidR="00D71CF0" w:rsidRDefault="00354607">
            <w:r>
              <w:t>Mezuniyet Yılı</w:t>
            </w:r>
          </w:p>
        </w:tc>
        <w:tc>
          <w:tcPr>
            <w:tcW w:w="2880" w:type="dxa"/>
          </w:tcPr>
          <w:p w14:paraId="7DA02147" w14:textId="77777777" w:rsidR="00D71CF0" w:rsidRDefault="00354607">
            <w:pPr>
              <w:cnfStyle w:val="100000000000" w:firstRow="1" w:lastRow="0" w:firstColumn="0" w:lastColumn="0" w:oddVBand="0" w:evenVBand="0" w:oddHBand="0" w:evenHBand="0" w:firstRowFirstColumn="0" w:firstRowLastColumn="0" w:lastRowFirstColumn="0" w:lastRowLastColumn="0"/>
            </w:pPr>
            <w:r>
              <w:t>Sayı</w:t>
            </w:r>
          </w:p>
        </w:tc>
        <w:tc>
          <w:tcPr>
            <w:tcW w:w="2880" w:type="dxa"/>
          </w:tcPr>
          <w:p w14:paraId="0329A3EC" w14:textId="77777777" w:rsidR="00D71CF0" w:rsidRDefault="00354607">
            <w:pPr>
              <w:cnfStyle w:val="100000000000" w:firstRow="1" w:lastRow="0" w:firstColumn="0" w:lastColumn="0" w:oddVBand="0" w:evenVBand="0" w:oddHBand="0" w:evenHBand="0" w:firstRowFirstColumn="0" w:firstRowLastColumn="0" w:lastRowFirstColumn="0" w:lastRowLastColumn="0"/>
            </w:pPr>
            <w:r>
              <w:t>Yüzde (%)</w:t>
            </w:r>
          </w:p>
        </w:tc>
      </w:tr>
      <w:tr w:rsidR="00D71CF0" w14:paraId="4B036B70"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3611991" w14:textId="77777777" w:rsidR="00D71CF0" w:rsidRDefault="00354607">
            <w:r>
              <w:t>2016</w:t>
            </w:r>
          </w:p>
        </w:tc>
        <w:tc>
          <w:tcPr>
            <w:tcW w:w="2880" w:type="dxa"/>
          </w:tcPr>
          <w:p w14:paraId="6F1EBB58" w14:textId="77777777" w:rsidR="00D71CF0" w:rsidRDefault="00354607">
            <w:pPr>
              <w:cnfStyle w:val="000000100000" w:firstRow="0" w:lastRow="0" w:firstColumn="0" w:lastColumn="0" w:oddVBand="0" w:evenVBand="0" w:oddHBand="1" w:evenHBand="0" w:firstRowFirstColumn="0" w:firstRowLastColumn="0" w:lastRowFirstColumn="0" w:lastRowLastColumn="0"/>
            </w:pPr>
            <w:r>
              <w:t>82</w:t>
            </w:r>
          </w:p>
        </w:tc>
        <w:tc>
          <w:tcPr>
            <w:tcW w:w="2880" w:type="dxa"/>
          </w:tcPr>
          <w:p w14:paraId="09061FED" w14:textId="77777777" w:rsidR="00D71CF0" w:rsidRDefault="00354607">
            <w:pPr>
              <w:cnfStyle w:val="000000100000" w:firstRow="0" w:lastRow="0" w:firstColumn="0" w:lastColumn="0" w:oddVBand="0" w:evenVBand="0" w:oddHBand="1" w:evenHBand="0" w:firstRowFirstColumn="0" w:firstRowLastColumn="0" w:lastRowFirstColumn="0" w:lastRowLastColumn="0"/>
            </w:pPr>
            <w:r>
              <w:t>4.65</w:t>
            </w:r>
          </w:p>
        </w:tc>
      </w:tr>
      <w:tr w:rsidR="00D71CF0" w14:paraId="6D72952C" w14:textId="77777777" w:rsidTr="00D71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D3D8532" w14:textId="77777777" w:rsidR="00D71CF0" w:rsidRDefault="00354607">
            <w:r>
              <w:t>2017</w:t>
            </w:r>
          </w:p>
        </w:tc>
        <w:tc>
          <w:tcPr>
            <w:tcW w:w="2880" w:type="dxa"/>
          </w:tcPr>
          <w:p w14:paraId="1C2BC361" w14:textId="77777777" w:rsidR="00D71CF0" w:rsidRDefault="00354607">
            <w:pPr>
              <w:cnfStyle w:val="000000010000" w:firstRow="0" w:lastRow="0" w:firstColumn="0" w:lastColumn="0" w:oddVBand="0" w:evenVBand="0" w:oddHBand="0" w:evenHBand="1" w:firstRowFirstColumn="0" w:firstRowLastColumn="0" w:lastRowFirstColumn="0" w:lastRowLastColumn="0"/>
            </w:pPr>
            <w:r>
              <w:t>113</w:t>
            </w:r>
          </w:p>
        </w:tc>
        <w:tc>
          <w:tcPr>
            <w:tcW w:w="2880" w:type="dxa"/>
          </w:tcPr>
          <w:p w14:paraId="55F32F83" w14:textId="77777777" w:rsidR="00D71CF0" w:rsidRDefault="00354607">
            <w:pPr>
              <w:cnfStyle w:val="000000010000" w:firstRow="0" w:lastRow="0" w:firstColumn="0" w:lastColumn="0" w:oddVBand="0" w:evenVBand="0" w:oddHBand="0" w:evenHBand="1" w:firstRowFirstColumn="0" w:firstRowLastColumn="0" w:lastRowFirstColumn="0" w:lastRowLastColumn="0"/>
            </w:pPr>
            <w:r>
              <w:t>6.41</w:t>
            </w:r>
          </w:p>
        </w:tc>
      </w:tr>
      <w:tr w:rsidR="00D71CF0" w14:paraId="3B748FB6"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FD197FE" w14:textId="77777777" w:rsidR="00D71CF0" w:rsidRDefault="00354607">
            <w:r>
              <w:t>2018</w:t>
            </w:r>
          </w:p>
        </w:tc>
        <w:tc>
          <w:tcPr>
            <w:tcW w:w="2880" w:type="dxa"/>
          </w:tcPr>
          <w:p w14:paraId="06C0D168" w14:textId="77777777" w:rsidR="00D71CF0" w:rsidRDefault="00354607">
            <w:pPr>
              <w:cnfStyle w:val="000000100000" w:firstRow="0" w:lastRow="0" w:firstColumn="0" w:lastColumn="0" w:oddVBand="0" w:evenVBand="0" w:oddHBand="1" w:evenHBand="0" w:firstRowFirstColumn="0" w:firstRowLastColumn="0" w:lastRowFirstColumn="0" w:lastRowLastColumn="0"/>
            </w:pPr>
            <w:r>
              <w:t>123</w:t>
            </w:r>
          </w:p>
        </w:tc>
        <w:tc>
          <w:tcPr>
            <w:tcW w:w="2880" w:type="dxa"/>
          </w:tcPr>
          <w:p w14:paraId="2E2E2600" w14:textId="77777777" w:rsidR="00D71CF0" w:rsidRDefault="00354607">
            <w:pPr>
              <w:cnfStyle w:val="000000100000" w:firstRow="0" w:lastRow="0" w:firstColumn="0" w:lastColumn="0" w:oddVBand="0" w:evenVBand="0" w:oddHBand="1" w:evenHBand="0" w:firstRowFirstColumn="0" w:firstRowLastColumn="0" w:lastRowFirstColumn="0" w:lastRowLastColumn="0"/>
            </w:pPr>
            <w:r>
              <w:t>6.98</w:t>
            </w:r>
          </w:p>
        </w:tc>
      </w:tr>
      <w:tr w:rsidR="00D71CF0" w14:paraId="522A0869" w14:textId="77777777" w:rsidTr="00D71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1BA1E6D" w14:textId="77777777" w:rsidR="00D71CF0" w:rsidRDefault="00354607">
            <w:r>
              <w:t>2019</w:t>
            </w:r>
          </w:p>
        </w:tc>
        <w:tc>
          <w:tcPr>
            <w:tcW w:w="2880" w:type="dxa"/>
          </w:tcPr>
          <w:p w14:paraId="5C2DDEE3" w14:textId="77777777" w:rsidR="00D71CF0" w:rsidRDefault="00354607">
            <w:pPr>
              <w:cnfStyle w:val="000000010000" w:firstRow="0" w:lastRow="0" w:firstColumn="0" w:lastColumn="0" w:oddVBand="0" w:evenVBand="0" w:oddHBand="0" w:evenHBand="1" w:firstRowFirstColumn="0" w:firstRowLastColumn="0" w:lastRowFirstColumn="0" w:lastRowLastColumn="0"/>
            </w:pPr>
            <w:r>
              <w:t>154</w:t>
            </w:r>
          </w:p>
        </w:tc>
        <w:tc>
          <w:tcPr>
            <w:tcW w:w="2880" w:type="dxa"/>
          </w:tcPr>
          <w:p w14:paraId="66CC9982" w14:textId="77777777" w:rsidR="00D71CF0" w:rsidRDefault="00354607">
            <w:pPr>
              <w:cnfStyle w:val="000000010000" w:firstRow="0" w:lastRow="0" w:firstColumn="0" w:lastColumn="0" w:oddVBand="0" w:evenVBand="0" w:oddHBand="0" w:evenHBand="1" w:firstRowFirstColumn="0" w:firstRowLastColumn="0" w:lastRowFirstColumn="0" w:lastRowLastColumn="0"/>
            </w:pPr>
            <w:r>
              <w:t>8.74</w:t>
            </w:r>
          </w:p>
        </w:tc>
      </w:tr>
      <w:tr w:rsidR="00D71CF0" w14:paraId="70CDF604"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1918B79" w14:textId="77777777" w:rsidR="00D71CF0" w:rsidRDefault="00354607">
            <w:r>
              <w:t>2020</w:t>
            </w:r>
          </w:p>
        </w:tc>
        <w:tc>
          <w:tcPr>
            <w:tcW w:w="2880" w:type="dxa"/>
          </w:tcPr>
          <w:p w14:paraId="37A066F1" w14:textId="77777777" w:rsidR="00D71CF0" w:rsidRDefault="00354607">
            <w:pPr>
              <w:cnfStyle w:val="000000100000" w:firstRow="0" w:lastRow="0" w:firstColumn="0" w:lastColumn="0" w:oddVBand="0" w:evenVBand="0" w:oddHBand="1" w:evenHBand="0" w:firstRowFirstColumn="0" w:firstRowLastColumn="0" w:lastRowFirstColumn="0" w:lastRowLastColumn="0"/>
            </w:pPr>
            <w:r>
              <w:t>237</w:t>
            </w:r>
          </w:p>
        </w:tc>
        <w:tc>
          <w:tcPr>
            <w:tcW w:w="2880" w:type="dxa"/>
          </w:tcPr>
          <w:p w14:paraId="1F99F80E" w14:textId="77777777" w:rsidR="00D71CF0" w:rsidRDefault="00354607">
            <w:pPr>
              <w:cnfStyle w:val="000000100000" w:firstRow="0" w:lastRow="0" w:firstColumn="0" w:lastColumn="0" w:oddVBand="0" w:evenVBand="0" w:oddHBand="1" w:evenHBand="0" w:firstRowFirstColumn="0" w:firstRowLastColumn="0" w:lastRowFirstColumn="0" w:lastRowLastColumn="0"/>
            </w:pPr>
            <w:r>
              <w:t>13.45</w:t>
            </w:r>
          </w:p>
        </w:tc>
      </w:tr>
      <w:tr w:rsidR="00D71CF0" w14:paraId="600C4720" w14:textId="77777777" w:rsidTr="00D71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863FBDA" w14:textId="77777777" w:rsidR="00D71CF0" w:rsidRDefault="00354607">
            <w:r>
              <w:t>2021</w:t>
            </w:r>
          </w:p>
        </w:tc>
        <w:tc>
          <w:tcPr>
            <w:tcW w:w="2880" w:type="dxa"/>
          </w:tcPr>
          <w:p w14:paraId="1EC1B28A" w14:textId="77777777" w:rsidR="00D71CF0" w:rsidRDefault="00354607">
            <w:pPr>
              <w:cnfStyle w:val="000000010000" w:firstRow="0" w:lastRow="0" w:firstColumn="0" w:lastColumn="0" w:oddVBand="0" w:evenVBand="0" w:oddHBand="0" w:evenHBand="1" w:firstRowFirstColumn="0" w:firstRowLastColumn="0" w:lastRowFirstColumn="0" w:lastRowLastColumn="0"/>
            </w:pPr>
            <w:r>
              <w:t>254</w:t>
            </w:r>
          </w:p>
        </w:tc>
        <w:tc>
          <w:tcPr>
            <w:tcW w:w="2880" w:type="dxa"/>
          </w:tcPr>
          <w:p w14:paraId="07EB1188" w14:textId="77777777" w:rsidR="00D71CF0" w:rsidRDefault="00354607">
            <w:pPr>
              <w:cnfStyle w:val="000000010000" w:firstRow="0" w:lastRow="0" w:firstColumn="0" w:lastColumn="0" w:oddVBand="0" w:evenVBand="0" w:oddHBand="0" w:evenHBand="1" w:firstRowFirstColumn="0" w:firstRowLastColumn="0" w:lastRowFirstColumn="0" w:lastRowLastColumn="0"/>
            </w:pPr>
            <w:r>
              <w:t>14.42</w:t>
            </w:r>
          </w:p>
        </w:tc>
      </w:tr>
      <w:tr w:rsidR="00D71CF0" w14:paraId="2612EA0A"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21183B8" w14:textId="77777777" w:rsidR="00D71CF0" w:rsidRDefault="00354607">
            <w:r>
              <w:t>2022</w:t>
            </w:r>
          </w:p>
        </w:tc>
        <w:tc>
          <w:tcPr>
            <w:tcW w:w="2880" w:type="dxa"/>
          </w:tcPr>
          <w:p w14:paraId="04F715AB" w14:textId="77777777" w:rsidR="00D71CF0" w:rsidRDefault="00354607">
            <w:pPr>
              <w:cnfStyle w:val="000000100000" w:firstRow="0" w:lastRow="0" w:firstColumn="0" w:lastColumn="0" w:oddVBand="0" w:evenVBand="0" w:oddHBand="1" w:evenHBand="0" w:firstRowFirstColumn="0" w:firstRowLastColumn="0" w:lastRowFirstColumn="0" w:lastRowLastColumn="0"/>
            </w:pPr>
            <w:r>
              <w:t>221</w:t>
            </w:r>
          </w:p>
        </w:tc>
        <w:tc>
          <w:tcPr>
            <w:tcW w:w="2880" w:type="dxa"/>
          </w:tcPr>
          <w:p w14:paraId="16070336" w14:textId="77777777" w:rsidR="00D71CF0" w:rsidRDefault="00354607">
            <w:pPr>
              <w:cnfStyle w:val="000000100000" w:firstRow="0" w:lastRow="0" w:firstColumn="0" w:lastColumn="0" w:oddVBand="0" w:evenVBand="0" w:oddHBand="1" w:evenHBand="0" w:firstRowFirstColumn="0" w:firstRowLastColumn="0" w:lastRowFirstColumn="0" w:lastRowLastColumn="0"/>
            </w:pPr>
            <w:r>
              <w:t>12.54</w:t>
            </w:r>
          </w:p>
        </w:tc>
      </w:tr>
      <w:tr w:rsidR="00D71CF0" w14:paraId="1C4FB98F" w14:textId="77777777" w:rsidTr="00D71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EA936AF" w14:textId="77777777" w:rsidR="00D71CF0" w:rsidRDefault="00354607">
            <w:r>
              <w:t>2023</w:t>
            </w:r>
          </w:p>
        </w:tc>
        <w:tc>
          <w:tcPr>
            <w:tcW w:w="2880" w:type="dxa"/>
          </w:tcPr>
          <w:p w14:paraId="7CA3A220" w14:textId="77777777" w:rsidR="00D71CF0" w:rsidRDefault="00354607">
            <w:pPr>
              <w:cnfStyle w:val="000000010000" w:firstRow="0" w:lastRow="0" w:firstColumn="0" w:lastColumn="0" w:oddVBand="0" w:evenVBand="0" w:oddHBand="0" w:evenHBand="1" w:firstRowFirstColumn="0" w:firstRowLastColumn="0" w:lastRowFirstColumn="0" w:lastRowLastColumn="0"/>
            </w:pPr>
            <w:r>
              <w:t>199</w:t>
            </w:r>
          </w:p>
        </w:tc>
        <w:tc>
          <w:tcPr>
            <w:tcW w:w="2880" w:type="dxa"/>
          </w:tcPr>
          <w:p w14:paraId="2C8F9B90" w14:textId="77777777" w:rsidR="00D71CF0" w:rsidRDefault="00354607">
            <w:pPr>
              <w:cnfStyle w:val="000000010000" w:firstRow="0" w:lastRow="0" w:firstColumn="0" w:lastColumn="0" w:oddVBand="0" w:evenVBand="0" w:oddHBand="0" w:evenHBand="1" w:firstRowFirstColumn="0" w:firstRowLastColumn="0" w:lastRowFirstColumn="0" w:lastRowLastColumn="0"/>
            </w:pPr>
            <w:r>
              <w:t>11.29</w:t>
            </w:r>
          </w:p>
        </w:tc>
      </w:tr>
      <w:tr w:rsidR="00D71CF0" w14:paraId="74C00AD3"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98E590C" w14:textId="77777777" w:rsidR="00D71CF0" w:rsidRDefault="00354607">
            <w:r>
              <w:t>2024</w:t>
            </w:r>
          </w:p>
        </w:tc>
        <w:tc>
          <w:tcPr>
            <w:tcW w:w="2880" w:type="dxa"/>
          </w:tcPr>
          <w:p w14:paraId="24FB00BF" w14:textId="77777777" w:rsidR="00D71CF0" w:rsidRDefault="00354607">
            <w:pPr>
              <w:cnfStyle w:val="000000100000" w:firstRow="0" w:lastRow="0" w:firstColumn="0" w:lastColumn="0" w:oddVBand="0" w:evenVBand="0" w:oddHBand="1" w:evenHBand="0" w:firstRowFirstColumn="0" w:firstRowLastColumn="0" w:lastRowFirstColumn="0" w:lastRowLastColumn="0"/>
            </w:pPr>
            <w:r>
              <w:t>183</w:t>
            </w:r>
          </w:p>
        </w:tc>
        <w:tc>
          <w:tcPr>
            <w:tcW w:w="2880" w:type="dxa"/>
          </w:tcPr>
          <w:p w14:paraId="4C585BA1" w14:textId="77777777" w:rsidR="00D71CF0" w:rsidRDefault="00354607">
            <w:pPr>
              <w:cnfStyle w:val="000000100000" w:firstRow="0" w:lastRow="0" w:firstColumn="0" w:lastColumn="0" w:oddVBand="0" w:evenVBand="0" w:oddHBand="1" w:evenHBand="0" w:firstRowFirstColumn="0" w:firstRowLastColumn="0" w:lastRowFirstColumn="0" w:lastRowLastColumn="0"/>
            </w:pPr>
            <w:r>
              <w:t>10.39</w:t>
            </w:r>
          </w:p>
        </w:tc>
      </w:tr>
      <w:tr w:rsidR="00D71CF0" w14:paraId="4A7A5F96" w14:textId="77777777" w:rsidTr="00D71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66C2A9B" w14:textId="77777777" w:rsidR="00D71CF0" w:rsidRDefault="00354607">
            <w:r>
              <w:t>2025</w:t>
            </w:r>
          </w:p>
        </w:tc>
        <w:tc>
          <w:tcPr>
            <w:tcW w:w="2880" w:type="dxa"/>
          </w:tcPr>
          <w:p w14:paraId="7EAB29C9" w14:textId="77777777" w:rsidR="00D71CF0" w:rsidRDefault="00354607">
            <w:pPr>
              <w:cnfStyle w:val="000000010000" w:firstRow="0" w:lastRow="0" w:firstColumn="0" w:lastColumn="0" w:oddVBand="0" w:evenVBand="0" w:oddHBand="0" w:evenHBand="1" w:firstRowFirstColumn="0" w:firstRowLastColumn="0" w:lastRowFirstColumn="0" w:lastRowLastColumn="0"/>
            </w:pPr>
            <w:r>
              <w:t>196</w:t>
            </w:r>
          </w:p>
        </w:tc>
        <w:tc>
          <w:tcPr>
            <w:tcW w:w="2880" w:type="dxa"/>
          </w:tcPr>
          <w:p w14:paraId="076F0E0B" w14:textId="77777777" w:rsidR="00D71CF0" w:rsidRDefault="00354607">
            <w:pPr>
              <w:cnfStyle w:val="000000010000" w:firstRow="0" w:lastRow="0" w:firstColumn="0" w:lastColumn="0" w:oddVBand="0" w:evenVBand="0" w:oddHBand="0" w:evenHBand="1" w:firstRowFirstColumn="0" w:firstRowLastColumn="0" w:lastRowFirstColumn="0" w:lastRowLastColumn="0"/>
            </w:pPr>
            <w:r>
              <w:t>11.12</w:t>
            </w:r>
          </w:p>
        </w:tc>
      </w:tr>
    </w:tbl>
    <w:p w14:paraId="53B1E20C" w14:textId="77777777" w:rsidR="00D71CF0" w:rsidRDefault="00D71CF0"/>
    <w:p w14:paraId="6A39B70E" w14:textId="77777777" w:rsidR="00D71CF0" w:rsidRDefault="00354607">
      <w:pPr>
        <w:jc w:val="center"/>
      </w:pPr>
      <w:r>
        <w:rPr>
          <w:noProof/>
        </w:rPr>
        <w:lastRenderedPageBreak/>
        <w:drawing>
          <wp:inline distT="0" distB="0" distL="0" distR="0" wp14:anchorId="10268277" wp14:editId="3067BB84">
            <wp:extent cx="5486400" cy="271549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zuniyet_yili.png"/>
                    <pic:cNvPicPr/>
                  </pic:nvPicPr>
                  <pic:blipFill>
                    <a:blip r:embed="rId9"/>
                    <a:stretch>
                      <a:fillRect/>
                    </a:stretch>
                  </pic:blipFill>
                  <pic:spPr>
                    <a:xfrm>
                      <a:off x="0" y="0"/>
                      <a:ext cx="5486400" cy="2715491"/>
                    </a:xfrm>
                    <a:prstGeom prst="rect">
                      <a:avLst/>
                    </a:prstGeom>
                  </pic:spPr>
                </pic:pic>
              </a:graphicData>
            </a:graphic>
          </wp:inline>
        </w:drawing>
      </w:r>
    </w:p>
    <w:p w14:paraId="433085FA" w14:textId="289D1AA4" w:rsidR="00D71CF0" w:rsidRDefault="00D71CF0"/>
    <w:p w14:paraId="3790A542" w14:textId="77777777" w:rsidR="00D71CF0" w:rsidRDefault="00354607">
      <w:pPr>
        <w:pStyle w:val="Balk2"/>
      </w:pPr>
      <w:r>
        <w:t>2.5. Mezun Olunan Akademik Birim</w:t>
      </w:r>
    </w:p>
    <w:tbl>
      <w:tblPr>
        <w:tblStyle w:val="AkKlavuz-Vurgu1"/>
        <w:tblW w:w="0" w:type="auto"/>
        <w:tblLook w:val="04A0" w:firstRow="1" w:lastRow="0" w:firstColumn="1" w:lastColumn="0" w:noHBand="0" w:noVBand="1"/>
      </w:tblPr>
      <w:tblGrid>
        <w:gridCol w:w="2875"/>
        <w:gridCol w:w="2872"/>
        <w:gridCol w:w="2873"/>
      </w:tblGrid>
      <w:tr w:rsidR="00D71CF0" w14:paraId="4E3BAA62" w14:textId="77777777" w:rsidTr="00D71C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3209BDC" w14:textId="77777777" w:rsidR="00D71CF0" w:rsidRDefault="00354607">
            <w:r>
              <w:t>Akademik Birim</w:t>
            </w:r>
          </w:p>
        </w:tc>
        <w:tc>
          <w:tcPr>
            <w:tcW w:w="2880" w:type="dxa"/>
          </w:tcPr>
          <w:p w14:paraId="55081A51" w14:textId="77777777" w:rsidR="00D71CF0" w:rsidRDefault="00354607">
            <w:pPr>
              <w:cnfStyle w:val="100000000000" w:firstRow="1" w:lastRow="0" w:firstColumn="0" w:lastColumn="0" w:oddVBand="0" w:evenVBand="0" w:oddHBand="0" w:evenHBand="0" w:firstRowFirstColumn="0" w:firstRowLastColumn="0" w:lastRowFirstColumn="0" w:lastRowLastColumn="0"/>
            </w:pPr>
            <w:r>
              <w:t>Sayı</w:t>
            </w:r>
          </w:p>
        </w:tc>
        <w:tc>
          <w:tcPr>
            <w:tcW w:w="2880" w:type="dxa"/>
          </w:tcPr>
          <w:p w14:paraId="32E675A3" w14:textId="77777777" w:rsidR="00D71CF0" w:rsidRDefault="00354607">
            <w:pPr>
              <w:cnfStyle w:val="100000000000" w:firstRow="1" w:lastRow="0" w:firstColumn="0" w:lastColumn="0" w:oddVBand="0" w:evenVBand="0" w:oddHBand="0" w:evenHBand="0" w:firstRowFirstColumn="0" w:firstRowLastColumn="0" w:lastRowFirstColumn="0" w:lastRowLastColumn="0"/>
            </w:pPr>
            <w:r>
              <w:t>Yüzde (%)</w:t>
            </w:r>
          </w:p>
        </w:tc>
      </w:tr>
      <w:tr w:rsidR="00D71CF0" w14:paraId="24931E02"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20445F8" w14:textId="77777777" w:rsidR="00D71CF0" w:rsidRDefault="00354607">
            <w:r>
              <w:t>Diğer (lütfen belirtin)</w:t>
            </w:r>
          </w:p>
        </w:tc>
        <w:tc>
          <w:tcPr>
            <w:tcW w:w="2880" w:type="dxa"/>
          </w:tcPr>
          <w:p w14:paraId="58FD292A" w14:textId="77777777" w:rsidR="00D71CF0" w:rsidRDefault="00354607">
            <w:pPr>
              <w:cnfStyle w:val="000000100000" w:firstRow="0" w:lastRow="0" w:firstColumn="0" w:lastColumn="0" w:oddVBand="0" w:evenVBand="0" w:oddHBand="1" w:evenHBand="0" w:firstRowFirstColumn="0" w:firstRowLastColumn="0" w:lastRowFirstColumn="0" w:lastRowLastColumn="0"/>
            </w:pPr>
            <w:r>
              <w:t>17</w:t>
            </w:r>
          </w:p>
        </w:tc>
        <w:tc>
          <w:tcPr>
            <w:tcW w:w="2880" w:type="dxa"/>
          </w:tcPr>
          <w:p w14:paraId="03210395" w14:textId="77777777" w:rsidR="00D71CF0" w:rsidRDefault="00354607">
            <w:pPr>
              <w:cnfStyle w:val="000000100000" w:firstRow="0" w:lastRow="0" w:firstColumn="0" w:lastColumn="0" w:oddVBand="0" w:evenVBand="0" w:oddHBand="1" w:evenHBand="0" w:firstRowFirstColumn="0" w:firstRowLastColumn="0" w:lastRowFirstColumn="0" w:lastRowLastColumn="0"/>
            </w:pPr>
            <w:r>
              <w:t>0.83</w:t>
            </w:r>
          </w:p>
        </w:tc>
      </w:tr>
      <w:tr w:rsidR="00D71CF0" w14:paraId="600AE9B9" w14:textId="77777777" w:rsidTr="00D71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AF2F305" w14:textId="77777777" w:rsidR="00D71CF0" w:rsidRDefault="00354607">
            <w:r>
              <w:t>Fen Bilimleri Enstitüsü</w:t>
            </w:r>
          </w:p>
        </w:tc>
        <w:tc>
          <w:tcPr>
            <w:tcW w:w="2880" w:type="dxa"/>
          </w:tcPr>
          <w:p w14:paraId="1561CB74" w14:textId="77777777" w:rsidR="00D71CF0" w:rsidRDefault="00354607">
            <w:pPr>
              <w:cnfStyle w:val="000000010000" w:firstRow="0" w:lastRow="0" w:firstColumn="0" w:lastColumn="0" w:oddVBand="0" w:evenVBand="0" w:oddHBand="0" w:evenHBand="1" w:firstRowFirstColumn="0" w:firstRowLastColumn="0" w:lastRowFirstColumn="0" w:lastRowLastColumn="0"/>
            </w:pPr>
            <w:r>
              <w:t>47</w:t>
            </w:r>
          </w:p>
        </w:tc>
        <w:tc>
          <w:tcPr>
            <w:tcW w:w="2880" w:type="dxa"/>
          </w:tcPr>
          <w:p w14:paraId="63C6E34D" w14:textId="77777777" w:rsidR="00D71CF0" w:rsidRDefault="00354607">
            <w:pPr>
              <w:cnfStyle w:val="000000010000" w:firstRow="0" w:lastRow="0" w:firstColumn="0" w:lastColumn="0" w:oddVBand="0" w:evenVBand="0" w:oddHBand="0" w:evenHBand="1" w:firstRowFirstColumn="0" w:firstRowLastColumn="0" w:lastRowFirstColumn="0" w:lastRowLastColumn="0"/>
            </w:pPr>
            <w:r>
              <w:t>2.28</w:t>
            </w:r>
          </w:p>
        </w:tc>
      </w:tr>
      <w:tr w:rsidR="00D71CF0" w14:paraId="50420CF1"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DB53580" w14:textId="77777777" w:rsidR="00D71CF0" w:rsidRDefault="00354607">
            <w:r>
              <w:t>Sağlık Bilimleri Enstitüsü</w:t>
            </w:r>
          </w:p>
        </w:tc>
        <w:tc>
          <w:tcPr>
            <w:tcW w:w="2880" w:type="dxa"/>
          </w:tcPr>
          <w:p w14:paraId="4BD23A6E" w14:textId="77777777" w:rsidR="00D71CF0" w:rsidRDefault="00354607">
            <w:pPr>
              <w:cnfStyle w:val="000000100000" w:firstRow="0" w:lastRow="0" w:firstColumn="0" w:lastColumn="0" w:oddVBand="0" w:evenVBand="0" w:oddHBand="1" w:evenHBand="0" w:firstRowFirstColumn="0" w:firstRowLastColumn="0" w:lastRowFirstColumn="0" w:lastRowLastColumn="0"/>
            </w:pPr>
            <w:r>
              <w:t>26</w:t>
            </w:r>
          </w:p>
        </w:tc>
        <w:tc>
          <w:tcPr>
            <w:tcW w:w="2880" w:type="dxa"/>
          </w:tcPr>
          <w:p w14:paraId="5B185A03" w14:textId="77777777" w:rsidR="00D71CF0" w:rsidRDefault="00354607">
            <w:pPr>
              <w:cnfStyle w:val="000000100000" w:firstRow="0" w:lastRow="0" w:firstColumn="0" w:lastColumn="0" w:oddVBand="0" w:evenVBand="0" w:oddHBand="1" w:evenHBand="0" w:firstRowFirstColumn="0" w:firstRowLastColumn="0" w:lastRowFirstColumn="0" w:lastRowLastColumn="0"/>
            </w:pPr>
            <w:r>
              <w:t>1.26</w:t>
            </w:r>
          </w:p>
        </w:tc>
      </w:tr>
      <w:tr w:rsidR="00D71CF0" w14:paraId="30048315" w14:textId="77777777" w:rsidTr="00D71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0F749F4" w14:textId="77777777" w:rsidR="00D71CF0" w:rsidRDefault="00354607">
            <w:r>
              <w:t>Sosyal Bilimler Enstitüsü</w:t>
            </w:r>
          </w:p>
        </w:tc>
        <w:tc>
          <w:tcPr>
            <w:tcW w:w="2880" w:type="dxa"/>
          </w:tcPr>
          <w:p w14:paraId="79DCC54B" w14:textId="77777777" w:rsidR="00D71CF0" w:rsidRDefault="00354607">
            <w:pPr>
              <w:cnfStyle w:val="000000010000" w:firstRow="0" w:lastRow="0" w:firstColumn="0" w:lastColumn="0" w:oddVBand="0" w:evenVBand="0" w:oddHBand="0" w:evenHBand="1" w:firstRowFirstColumn="0" w:firstRowLastColumn="0" w:lastRowFirstColumn="0" w:lastRowLastColumn="0"/>
            </w:pPr>
            <w:r>
              <w:t>92</w:t>
            </w:r>
          </w:p>
        </w:tc>
        <w:tc>
          <w:tcPr>
            <w:tcW w:w="2880" w:type="dxa"/>
          </w:tcPr>
          <w:p w14:paraId="2589BC2B" w14:textId="77777777" w:rsidR="00D71CF0" w:rsidRDefault="00354607">
            <w:pPr>
              <w:cnfStyle w:val="000000010000" w:firstRow="0" w:lastRow="0" w:firstColumn="0" w:lastColumn="0" w:oddVBand="0" w:evenVBand="0" w:oddHBand="0" w:evenHBand="1" w:firstRowFirstColumn="0" w:firstRowLastColumn="0" w:lastRowFirstColumn="0" w:lastRowLastColumn="0"/>
            </w:pPr>
            <w:r>
              <w:t>4.47</w:t>
            </w:r>
          </w:p>
        </w:tc>
      </w:tr>
      <w:tr w:rsidR="00D71CF0" w14:paraId="5BDF9BAA"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8257EB7" w14:textId="77777777" w:rsidR="00D71CF0" w:rsidRDefault="00354607">
            <w:r>
              <w:t>Eğitim Fakültesi</w:t>
            </w:r>
          </w:p>
        </w:tc>
        <w:tc>
          <w:tcPr>
            <w:tcW w:w="2880" w:type="dxa"/>
          </w:tcPr>
          <w:p w14:paraId="117B1444" w14:textId="77777777" w:rsidR="00D71CF0" w:rsidRDefault="00354607">
            <w:pPr>
              <w:cnfStyle w:val="000000100000" w:firstRow="0" w:lastRow="0" w:firstColumn="0" w:lastColumn="0" w:oddVBand="0" w:evenVBand="0" w:oddHBand="1" w:evenHBand="0" w:firstRowFirstColumn="0" w:firstRowLastColumn="0" w:lastRowFirstColumn="0" w:lastRowLastColumn="0"/>
            </w:pPr>
            <w:r>
              <w:t>388</w:t>
            </w:r>
          </w:p>
        </w:tc>
        <w:tc>
          <w:tcPr>
            <w:tcW w:w="2880" w:type="dxa"/>
          </w:tcPr>
          <w:p w14:paraId="39C529C1" w14:textId="77777777" w:rsidR="00D71CF0" w:rsidRDefault="00354607">
            <w:pPr>
              <w:cnfStyle w:val="000000100000" w:firstRow="0" w:lastRow="0" w:firstColumn="0" w:lastColumn="0" w:oddVBand="0" w:evenVBand="0" w:oddHBand="1" w:evenHBand="0" w:firstRowFirstColumn="0" w:firstRowLastColumn="0" w:lastRowFirstColumn="0" w:lastRowLastColumn="0"/>
            </w:pPr>
            <w:r>
              <w:t>18.85</w:t>
            </w:r>
          </w:p>
        </w:tc>
      </w:tr>
      <w:tr w:rsidR="00D71CF0" w14:paraId="100B6CA1" w14:textId="77777777" w:rsidTr="00D71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C63BEB2" w14:textId="77777777" w:rsidR="00D71CF0" w:rsidRDefault="00354607">
            <w:r>
              <w:t>Fen Edebiyat Fakültesi</w:t>
            </w:r>
          </w:p>
        </w:tc>
        <w:tc>
          <w:tcPr>
            <w:tcW w:w="2880" w:type="dxa"/>
          </w:tcPr>
          <w:p w14:paraId="099788C3" w14:textId="77777777" w:rsidR="00D71CF0" w:rsidRDefault="00354607">
            <w:pPr>
              <w:cnfStyle w:val="000000010000" w:firstRow="0" w:lastRow="0" w:firstColumn="0" w:lastColumn="0" w:oddVBand="0" w:evenVBand="0" w:oddHBand="0" w:evenHBand="1" w:firstRowFirstColumn="0" w:firstRowLastColumn="0" w:lastRowFirstColumn="0" w:lastRowLastColumn="0"/>
            </w:pPr>
            <w:r>
              <w:t>154</w:t>
            </w:r>
          </w:p>
        </w:tc>
        <w:tc>
          <w:tcPr>
            <w:tcW w:w="2880" w:type="dxa"/>
          </w:tcPr>
          <w:p w14:paraId="15664901" w14:textId="77777777" w:rsidR="00D71CF0" w:rsidRDefault="00354607">
            <w:pPr>
              <w:cnfStyle w:val="000000010000" w:firstRow="0" w:lastRow="0" w:firstColumn="0" w:lastColumn="0" w:oddVBand="0" w:evenVBand="0" w:oddHBand="0" w:evenHBand="1" w:firstRowFirstColumn="0" w:firstRowLastColumn="0" w:lastRowFirstColumn="0" w:lastRowLastColumn="0"/>
            </w:pPr>
            <w:r>
              <w:t>7.48</w:t>
            </w:r>
          </w:p>
        </w:tc>
      </w:tr>
      <w:tr w:rsidR="00D71CF0" w14:paraId="7EC0091E"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15317FC" w14:textId="77777777" w:rsidR="00D71CF0" w:rsidRDefault="00354607">
            <w:r>
              <w:t>İktisadi ve İdari Bilimler Fakültesi</w:t>
            </w:r>
          </w:p>
        </w:tc>
        <w:tc>
          <w:tcPr>
            <w:tcW w:w="2880" w:type="dxa"/>
          </w:tcPr>
          <w:p w14:paraId="0BCBDA91" w14:textId="77777777" w:rsidR="00D71CF0" w:rsidRDefault="00354607">
            <w:pPr>
              <w:cnfStyle w:val="000000100000" w:firstRow="0" w:lastRow="0" w:firstColumn="0" w:lastColumn="0" w:oddVBand="0" w:evenVBand="0" w:oddHBand="1" w:evenHBand="0" w:firstRowFirstColumn="0" w:firstRowLastColumn="0" w:lastRowFirstColumn="0" w:lastRowLastColumn="0"/>
            </w:pPr>
            <w:r>
              <w:t>289</w:t>
            </w:r>
          </w:p>
        </w:tc>
        <w:tc>
          <w:tcPr>
            <w:tcW w:w="2880" w:type="dxa"/>
          </w:tcPr>
          <w:p w14:paraId="268CB31C" w14:textId="77777777" w:rsidR="00D71CF0" w:rsidRDefault="00354607">
            <w:pPr>
              <w:cnfStyle w:val="000000100000" w:firstRow="0" w:lastRow="0" w:firstColumn="0" w:lastColumn="0" w:oddVBand="0" w:evenVBand="0" w:oddHBand="1" w:evenHBand="0" w:firstRowFirstColumn="0" w:firstRowLastColumn="0" w:lastRowFirstColumn="0" w:lastRowLastColumn="0"/>
            </w:pPr>
            <w:r>
              <w:t>14.04</w:t>
            </w:r>
          </w:p>
        </w:tc>
      </w:tr>
      <w:tr w:rsidR="00D71CF0" w14:paraId="7E47D038" w14:textId="77777777" w:rsidTr="00D71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82ABCD6" w14:textId="77777777" w:rsidR="00D71CF0" w:rsidRDefault="00354607">
            <w:r>
              <w:t>İletişim Fakültesi</w:t>
            </w:r>
          </w:p>
        </w:tc>
        <w:tc>
          <w:tcPr>
            <w:tcW w:w="2880" w:type="dxa"/>
          </w:tcPr>
          <w:p w14:paraId="0A9B17D1" w14:textId="77777777" w:rsidR="00D71CF0" w:rsidRDefault="00354607">
            <w:pPr>
              <w:cnfStyle w:val="000000010000" w:firstRow="0" w:lastRow="0" w:firstColumn="0" w:lastColumn="0" w:oddVBand="0" w:evenVBand="0" w:oddHBand="0" w:evenHBand="1" w:firstRowFirstColumn="0" w:firstRowLastColumn="0" w:lastRowFirstColumn="0" w:lastRowLastColumn="0"/>
            </w:pPr>
            <w:r>
              <w:t>24</w:t>
            </w:r>
          </w:p>
        </w:tc>
        <w:tc>
          <w:tcPr>
            <w:tcW w:w="2880" w:type="dxa"/>
          </w:tcPr>
          <w:p w14:paraId="7AED57A2" w14:textId="77777777" w:rsidR="00D71CF0" w:rsidRDefault="00354607">
            <w:pPr>
              <w:cnfStyle w:val="000000010000" w:firstRow="0" w:lastRow="0" w:firstColumn="0" w:lastColumn="0" w:oddVBand="0" w:evenVBand="0" w:oddHBand="0" w:evenHBand="1" w:firstRowFirstColumn="0" w:firstRowLastColumn="0" w:lastRowFirstColumn="0" w:lastRowLastColumn="0"/>
            </w:pPr>
            <w:r>
              <w:t>1.17</w:t>
            </w:r>
          </w:p>
        </w:tc>
      </w:tr>
      <w:tr w:rsidR="00D71CF0" w14:paraId="05C1FE67"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40BE39D" w14:textId="77777777" w:rsidR="00D71CF0" w:rsidRDefault="00354607">
            <w:r>
              <w:t>İslami İlimler Fakültesi</w:t>
            </w:r>
          </w:p>
        </w:tc>
        <w:tc>
          <w:tcPr>
            <w:tcW w:w="2880" w:type="dxa"/>
          </w:tcPr>
          <w:p w14:paraId="7727CDD5" w14:textId="77777777" w:rsidR="00D71CF0" w:rsidRDefault="00354607">
            <w:pPr>
              <w:cnfStyle w:val="000000100000" w:firstRow="0" w:lastRow="0" w:firstColumn="0" w:lastColumn="0" w:oddVBand="0" w:evenVBand="0" w:oddHBand="1" w:evenHBand="0" w:firstRowFirstColumn="0" w:firstRowLastColumn="0" w:lastRowFirstColumn="0" w:lastRowLastColumn="0"/>
            </w:pPr>
            <w:r>
              <w:t>89</w:t>
            </w:r>
          </w:p>
        </w:tc>
        <w:tc>
          <w:tcPr>
            <w:tcW w:w="2880" w:type="dxa"/>
          </w:tcPr>
          <w:p w14:paraId="4D104F60" w14:textId="77777777" w:rsidR="00D71CF0" w:rsidRDefault="00354607">
            <w:pPr>
              <w:cnfStyle w:val="000000100000" w:firstRow="0" w:lastRow="0" w:firstColumn="0" w:lastColumn="0" w:oddVBand="0" w:evenVBand="0" w:oddHBand="1" w:evenHBand="0" w:firstRowFirstColumn="0" w:firstRowLastColumn="0" w:lastRowFirstColumn="0" w:lastRowLastColumn="0"/>
            </w:pPr>
            <w:r>
              <w:t>4.32</w:t>
            </w:r>
          </w:p>
        </w:tc>
      </w:tr>
      <w:tr w:rsidR="00D71CF0" w14:paraId="68A3684B" w14:textId="77777777" w:rsidTr="00D71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E4977CD" w14:textId="77777777" w:rsidR="00D71CF0" w:rsidRDefault="00354607">
            <w:r>
              <w:t>Mimarlık ve Tasarım Fakültesi</w:t>
            </w:r>
          </w:p>
        </w:tc>
        <w:tc>
          <w:tcPr>
            <w:tcW w:w="2880" w:type="dxa"/>
          </w:tcPr>
          <w:p w14:paraId="6385F120" w14:textId="77777777" w:rsidR="00D71CF0" w:rsidRDefault="00354607">
            <w:pPr>
              <w:cnfStyle w:val="000000010000" w:firstRow="0" w:lastRow="0" w:firstColumn="0" w:lastColumn="0" w:oddVBand="0" w:evenVBand="0" w:oddHBand="0" w:evenHBand="1" w:firstRowFirstColumn="0" w:firstRowLastColumn="0" w:lastRowFirstColumn="0" w:lastRowLastColumn="0"/>
            </w:pPr>
            <w:r>
              <w:t>19</w:t>
            </w:r>
          </w:p>
        </w:tc>
        <w:tc>
          <w:tcPr>
            <w:tcW w:w="2880" w:type="dxa"/>
          </w:tcPr>
          <w:p w14:paraId="248049FE" w14:textId="77777777" w:rsidR="00D71CF0" w:rsidRDefault="00354607">
            <w:pPr>
              <w:cnfStyle w:val="000000010000" w:firstRow="0" w:lastRow="0" w:firstColumn="0" w:lastColumn="0" w:oddVBand="0" w:evenVBand="0" w:oddHBand="0" w:evenHBand="1" w:firstRowFirstColumn="0" w:firstRowLastColumn="0" w:lastRowFirstColumn="0" w:lastRowLastColumn="0"/>
            </w:pPr>
            <w:r>
              <w:t>0.92</w:t>
            </w:r>
          </w:p>
        </w:tc>
      </w:tr>
      <w:tr w:rsidR="00D71CF0" w14:paraId="1E6A21DF"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FE4E8F9" w14:textId="77777777" w:rsidR="00D71CF0" w:rsidRDefault="00354607">
            <w:r>
              <w:t>Mühendislik Fakültesi</w:t>
            </w:r>
          </w:p>
        </w:tc>
        <w:tc>
          <w:tcPr>
            <w:tcW w:w="2880" w:type="dxa"/>
          </w:tcPr>
          <w:p w14:paraId="6BCA8F97" w14:textId="77777777" w:rsidR="00D71CF0" w:rsidRDefault="00354607">
            <w:pPr>
              <w:cnfStyle w:val="000000100000" w:firstRow="0" w:lastRow="0" w:firstColumn="0" w:lastColumn="0" w:oddVBand="0" w:evenVBand="0" w:oddHBand="1" w:evenHBand="0" w:firstRowFirstColumn="0" w:firstRowLastColumn="0" w:lastRowFirstColumn="0" w:lastRowLastColumn="0"/>
            </w:pPr>
            <w:r>
              <w:t>360</w:t>
            </w:r>
          </w:p>
        </w:tc>
        <w:tc>
          <w:tcPr>
            <w:tcW w:w="2880" w:type="dxa"/>
          </w:tcPr>
          <w:p w14:paraId="54F38CB7" w14:textId="77777777" w:rsidR="00D71CF0" w:rsidRDefault="00354607">
            <w:pPr>
              <w:cnfStyle w:val="000000100000" w:firstRow="0" w:lastRow="0" w:firstColumn="0" w:lastColumn="0" w:oddVBand="0" w:evenVBand="0" w:oddHBand="1" w:evenHBand="0" w:firstRowFirstColumn="0" w:firstRowLastColumn="0" w:lastRowFirstColumn="0" w:lastRowLastColumn="0"/>
            </w:pPr>
            <w:r>
              <w:t>17.49</w:t>
            </w:r>
          </w:p>
        </w:tc>
      </w:tr>
      <w:tr w:rsidR="00D71CF0" w14:paraId="2444456E" w14:textId="77777777" w:rsidTr="00D71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8A2363C" w14:textId="77777777" w:rsidR="00D71CF0" w:rsidRDefault="00354607">
            <w:r>
              <w:t>Sağlık Bilimleri Fakültesi</w:t>
            </w:r>
          </w:p>
        </w:tc>
        <w:tc>
          <w:tcPr>
            <w:tcW w:w="2880" w:type="dxa"/>
          </w:tcPr>
          <w:p w14:paraId="32078DEA" w14:textId="77777777" w:rsidR="00D71CF0" w:rsidRDefault="00354607">
            <w:pPr>
              <w:cnfStyle w:val="000000010000" w:firstRow="0" w:lastRow="0" w:firstColumn="0" w:lastColumn="0" w:oddVBand="0" w:evenVBand="0" w:oddHBand="0" w:evenHBand="1" w:firstRowFirstColumn="0" w:firstRowLastColumn="0" w:lastRowFirstColumn="0" w:lastRowLastColumn="0"/>
            </w:pPr>
            <w:r>
              <w:t>105</w:t>
            </w:r>
          </w:p>
        </w:tc>
        <w:tc>
          <w:tcPr>
            <w:tcW w:w="2880" w:type="dxa"/>
          </w:tcPr>
          <w:p w14:paraId="66DC15FC" w14:textId="77777777" w:rsidR="00D71CF0" w:rsidRDefault="00354607">
            <w:pPr>
              <w:cnfStyle w:val="000000010000" w:firstRow="0" w:lastRow="0" w:firstColumn="0" w:lastColumn="0" w:oddVBand="0" w:evenVBand="0" w:oddHBand="0" w:evenHBand="1" w:firstRowFirstColumn="0" w:firstRowLastColumn="0" w:lastRowFirstColumn="0" w:lastRowLastColumn="0"/>
            </w:pPr>
            <w:r>
              <w:t>5.10</w:t>
            </w:r>
          </w:p>
        </w:tc>
      </w:tr>
      <w:tr w:rsidR="00D71CF0" w14:paraId="66142735"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A28617A" w14:textId="77777777" w:rsidR="00D71CF0" w:rsidRDefault="00354607">
            <w:r>
              <w:t>Spor Bilimleri Fakültesi</w:t>
            </w:r>
          </w:p>
        </w:tc>
        <w:tc>
          <w:tcPr>
            <w:tcW w:w="2880" w:type="dxa"/>
          </w:tcPr>
          <w:p w14:paraId="2A308154" w14:textId="77777777" w:rsidR="00D71CF0" w:rsidRDefault="00354607">
            <w:pPr>
              <w:cnfStyle w:val="000000100000" w:firstRow="0" w:lastRow="0" w:firstColumn="0" w:lastColumn="0" w:oddVBand="0" w:evenVBand="0" w:oddHBand="1" w:evenHBand="0" w:firstRowFirstColumn="0" w:firstRowLastColumn="0" w:lastRowFirstColumn="0" w:lastRowLastColumn="0"/>
            </w:pPr>
            <w:r>
              <w:t>69</w:t>
            </w:r>
          </w:p>
        </w:tc>
        <w:tc>
          <w:tcPr>
            <w:tcW w:w="2880" w:type="dxa"/>
          </w:tcPr>
          <w:p w14:paraId="21DE3E99" w14:textId="77777777" w:rsidR="00D71CF0" w:rsidRDefault="00354607">
            <w:pPr>
              <w:cnfStyle w:val="000000100000" w:firstRow="0" w:lastRow="0" w:firstColumn="0" w:lastColumn="0" w:oddVBand="0" w:evenVBand="0" w:oddHBand="1" w:evenHBand="0" w:firstRowFirstColumn="0" w:firstRowLastColumn="0" w:lastRowFirstColumn="0" w:lastRowLastColumn="0"/>
            </w:pPr>
            <w:r>
              <w:t>3.35</w:t>
            </w:r>
          </w:p>
        </w:tc>
      </w:tr>
      <w:tr w:rsidR="00D71CF0" w14:paraId="7120E9AE" w14:textId="77777777" w:rsidTr="00D71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E30FBDD" w14:textId="77777777" w:rsidR="00D71CF0" w:rsidRDefault="00354607">
            <w:r>
              <w:t>Tıp Fakültesi</w:t>
            </w:r>
          </w:p>
        </w:tc>
        <w:tc>
          <w:tcPr>
            <w:tcW w:w="2880" w:type="dxa"/>
          </w:tcPr>
          <w:p w14:paraId="283B1E6F" w14:textId="77777777" w:rsidR="00D71CF0" w:rsidRDefault="00354607">
            <w:pPr>
              <w:cnfStyle w:val="000000010000" w:firstRow="0" w:lastRow="0" w:firstColumn="0" w:lastColumn="0" w:oddVBand="0" w:evenVBand="0" w:oddHBand="0" w:evenHBand="1" w:firstRowFirstColumn="0" w:firstRowLastColumn="0" w:lastRowFirstColumn="0" w:lastRowLastColumn="0"/>
            </w:pPr>
            <w:r>
              <w:t>3</w:t>
            </w:r>
          </w:p>
        </w:tc>
        <w:tc>
          <w:tcPr>
            <w:tcW w:w="2880" w:type="dxa"/>
          </w:tcPr>
          <w:p w14:paraId="7F0B574C" w14:textId="77777777" w:rsidR="00D71CF0" w:rsidRDefault="00354607">
            <w:pPr>
              <w:cnfStyle w:val="000000010000" w:firstRow="0" w:lastRow="0" w:firstColumn="0" w:lastColumn="0" w:oddVBand="0" w:evenVBand="0" w:oddHBand="0" w:evenHBand="1" w:firstRowFirstColumn="0" w:firstRowLastColumn="0" w:lastRowFirstColumn="0" w:lastRowLastColumn="0"/>
            </w:pPr>
            <w:r>
              <w:t>0.15</w:t>
            </w:r>
          </w:p>
        </w:tc>
      </w:tr>
      <w:tr w:rsidR="00D71CF0" w14:paraId="292F828C"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6B1A7C8" w14:textId="77777777" w:rsidR="00D71CF0" w:rsidRDefault="00354607">
            <w:r>
              <w:t>Turizm Fakültesi</w:t>
            </w:r>
          </w:p>
        </w:tc>
        <w:tc>
          <w:tcPr>
            <w:tcW w:w="2880" w:type="dxa"/>
          </w:tcPr>
          <w:p w14:paraId="387E68F7" w14:textId="77777777" w:rsidR="00D71CF0" w:rsidRDefault="00354607">
            <w:pPr>
              <w:cnfStyle w:val="000000100000" w:firstRow="0" w:lastRow="0" w:firstColumn="0" w:lastColumn="0" w:oddVBand="0" w:evenVBand="0" w:oddHBand="1" w:evenHBand="0" w:firstRowFirstColumn="0" w:firstRowLastColumn="0" w:lastRowFirstColumn="0" w:lastRowLastColumn="0"/>
            </w:pPr>
            <w:r>
              <w:t>9</w:t>
            </w:r>
          </w:p>
        </w:tc>
        <w:tc>
          <w:tcPr>
            <w:tcW w:w="2880" w:type="dxa"/>
          </w:tcPr>
          <w:p w14:paraId="648DA63E" w14:textId="77777777" w:rsidR="00D71CF0" w:rsidRDefault="00354607">
            <w:pPr>
              <w:cnfStyle w:val="000000100000" w:firstRow="0" w:lastRow="0" w:firstColumn="0" w:lastColumn="0" w:oddVBand="0" w:evenVBand="0" w:oddHBand="1" w:evenHBand="0" w:firstRowFirstColumn="0" w:firstRowLastColumn="0" w:lastRowFirstColumn="0" w:lastRowLastColumn="0"/>
            </w:pPr>
            <w:r>
              <w:t>0.44</w:t>
            </w:r>
          </w:p>
        </w:tc>
      </w:tr>
      <w:tr w:rsidR="00D71CF0" w14:paraId="20E9CF54" w14:textId="77777777" w:rsidTr="00D71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EB00F86" w14:textId="77777777" w:rsidR="00D71CF0" w:rsidRDefault="00354607">
            <w:r>
              <w:t>Veteriner Fakültesi</w:t>
            </w:r>
          </w:p>
        </w:tc>
        <w:tc>
          <w:tcPr>
            <w:tcW w:w="2880" w:type="dxa"/>
          </w:tcPr>
          <w:p w14:paraId="63505946" w14:textId="77777777" w:rsidR="00D71CF0" w:rsidRDefault="00354607">
            <w:pPr>
              <w:cnfStyle w:val="000000010000" w:firstRow="0" w:lastRow="0" w:firstColumn="0" w:lastColumn="0" w:oddVBand="0" w:evenVBand="0" w:oddHBand="0" w:evenHBand="1" w:firstRowFirstColumn="0" w:firstRowLastColumn="0" w:lastRowFirstColumn="0" w:lastRowLastColumn="0"/>
            </w:pPr>
            <w:r>
              <w:t>11</w:t>
            </w:r>
          </w:p>
        </w:tc>
        <w:tc>
          <w:tcPr>
            <w:tcW w:w="2880" w:type="dxa"/>
          </w:tcPr>
          <w:p w14:paraId="1C7DCB37" w14:textId="77777777" w:rsidR="00D71CF0" w:rsidRDefault="00354607">
            <w:pPr>
              <w:cnfStyle w:val="000000010000" w:firstRow="0" w:lastRow="0" w:firstColumn="0" w:lastColumn="0" w:oddVBand="0" w:evenVBand="0" w:oddHBand="0" w:evenHBand="1" w:firstRowFirstColumn="0" w:firstRowLastColumn="0" w:lastRowFirstColumn="0" w:lastRowLastColumn="0"/>
            </w:pPr>
            <w:r>
              <w:t>0.53</w:t>
            </w:r>
          </w:p>
        </w:tc>
      </w:tr>
      <w:tr w:rsidR="00D71CF0" w14:paraId="71170D3E"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4C394E5" w14:textId="77777777" w:rsidR="00D71CF0" w:rsidRDefault="00354607">
            <w:r>
              <w:t>Eskil MYO</w:t>
            </w:r>
          </w:p>
        </w:tc>
        <w:tc>
          <w:tcPr>
            <w:tcW w:w="2880" w:type="dxa"/>
          </w:tcPr>
          <w:p w14:paraId="1E33E4B1" w14:textId="77777777" w:rsidR="00D71CF0" w:rsidRDefault="00354607">
            <w:pPr>
              <w:cnfStyle w:val="000000100000" w:firstRow="0" w:lastRow="0" w:firstColumn="0" w:lastColumn="0" w:oddVBand="0" w:evenVBand="0" w:oddHBand="1" w:evenHBand="0" w:firstRowFirstColumn="0" w:firstRowLastColumn="0" w:lastRowFirstColumn="0" w:lastRowLastColumn="0"/>
            </w:pPr>
            <w:r>
              <w:t>13</w:t>
            </w:r>
          </w:p>
        </w:tc>
        <w:tc>
          <w:tcPr>
            <w:tcW w:w="2880" w:type="dxa"/>
          </w:tcPr>
          <w:p w14:paraId="47D9296D" w14:textId="77777777" w:rsidR="00D71CF0" w:rsidRDefault="00354607">
            <w:pPr>
              <w:cnfStyle w:val="000000100000" w:firstRow="0" w:lastRow="0" w:firstColumn="0" w:lastColumn="0" w:oddVBand="0" w:evenVBand="0" w:oddHBand="1" w:evenHBand="0" w:firstRowFirstColumn="0" w:firstRowLastColumn="0" w:lastRowFirstColumn="0" w:lastRowLastColumn="0"/>
            </w:pPr>
            <w:r>
              <w:t>0.63</w:t>
            </w:r>
          </w:p>
        </w:tc>
      </w:tr>
      <w:tr w:rsidR="00D71CF0" w14:paraId="63A11E7E" w14:textId="77777777" w:rsidTr="00D71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C63EAC7" w14:textId="77777777" w:rsidR="00D71CF0" w:rsidRDefault="00354607">
            <w:r>
              <w:t>Güzelyurt MYO</w:t>
            </w:r>
          </w:p>
        </w:tc>
        <w:tc>
          <w:tcPr>
            <w:tcW w:w="2880" w:type="dxa"/>
          </w:tcPr>
          <w:p w14:paraId="40329375" w14:textId="77777777" w:rsidR="00D71CF0" w:rsidRDefault="00354607">
            <w:pPr>
              <w:cnfStyle w:val="000000010000" w:firstRow="0" w:lastRow="0" w:firstColumn="0" w:lastColumn="0" w:oddVBand="0" w:evenVBand="0" w:oddHBand="0" w:evenHBand="1" w:firstRowFirstColumn="0" w:firstRowLastColumn="0" w:lastRowFirstColumn="0" w:lastRowLastColumn="0"/>
            </w:pPr>
            <w:r>
              <w:t>48</w:t>
            </w:r>
          </w:p>
        </w:tc>
        <w:tc>
          <w:tcPr>
            <w:tcW w:w="2880" w:type="dxa"/>
          </w:tcPr>
          <w:p w14:paraId="6F4FCE10" w14:textId="77777777" w:rsidR="00D71CF0" w:rsidRDefault="00354607">
            <w:pPr>
              <w:cnfStyle w:val="000000010000" w:firstRow="0" w:lastRow="0" w:firstColumn="0" w:lastColumn="0" w:oddVBand="0" w:evenVBand="0" w:oddHBand="0" w:evenHBand="1" w:firstRowFirstColumn="0" w:firstRowLastColumn="0" w:lastRowFirstColumn="0" w:lastRowLastColumn="0"/>
            </w:pPr>
            <w:r>
              <w:t>2.33</w:t>
            </w:r>
          </w:p>
        </w:tc>
      </w:tr>
      <w:tr w:rsidR="00D71CF0" w14:paraId="085CC2C9"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71BAA28" w14:textId="77777777" w:rsidR="00D71CF0" w:rsidRDefault="00354607">
            <w:r>
              <w:t>Ortaköy MYO</w:t>
            </w:r>
          </w:p>
        </w:tc>
        <w:tc>
          <w:tcPr>
            <w:tcW w:w="2880" w:type="dxa"/>
          </w:tcPr>
          <w:p w14:paraId="3B5B86F7" w14:textId="77777777" w:rsidR="00D71CF0" w:rsidRDefault="00354607">
            <w:pPr>
              <w:cnfStyle w:val="000000100000" w:firstRow="0" w:lastRow="0" w:firstColumn="0" w:lastColumn="0" w:oddVBand="0" w:evenVBand="0" w:oddHBand="1" w:evenHBand="0" w:firstRowFirstColumn="0" w:firstRowLastColumn="0" w:lastRowFirstColumn="0" w:lastRowLastColumn="0"/>
            </w:pPr>
            <w:r>
              <w:t>87</w:t>
            </w:r>
          </w:p>
        </w:tc>
        <w:tc>
          <w:tcPr>
            <w:tcW w:w="2880" w:type="dxa"/>
          </w:tcPr>
          <w:p w14:paraId="415581AE" w14:textId="77777777" w:rsidR="00D71CF0" w:rsidRDefault="00354607">
            <w:pPr>
              <w:cnfStyle w:val="000000100000" w:firstRow="0" w:lastRow="0" w:firstColumn="0" w:lastColumn="0" w:oddVBand="0" w:evenVBand="0" w:oddHBand="1" w:evenHBand="0" w:firstRowFirstColumn="0" w:firstRowLastColumn="0" w:lastRowFirstColumn="0" w:lastRowLastColumn="0"/>
            </w:pPr>
            <w:r>
              <w:t>4.23</w:t>
            </w:r>
          </w:p>
        </w:tc>
      </w:tr>
      <w:tr w:rsidR="00D71CF0" w14:paraId="468EE385" w14:textId="77777777" w:rsidTr="00D71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9A952F0" w14:textId="77777777" w:rsidR="00D71CF0" w:rsidRDefault="00354607">
            <w:r>
              <w:t>Sağlık Hizmetleri MYO</w:t>
            </w:r>
          </w:p>
        </w:tc>
        <w:tc>
          <w:tcPr>
            <w:tcW w:w="2880" w:type="dxa"/>
          </w:tcPr>
          <w:p w14:paraId="1FDFAAB0" w14:textId="77777777" w:rsidR="00D71CF0" w:rsidRDefault="00354607">
            <w:pPr>
              <w:cnfStyle w:val="000000010000" w:firstRow="0" w:lastRow="0" w:firstColumn="0" w:lastColumn="0" w:oddVBand="0" w:evenVBand="0" w:oddHBand="0" w:evenHBand="1" w:firstRowFirstColumn="0" w:firstRowLastColumn="0" w:lastRowFirstColumn="0" w:lastRowLastColumn="0"/>
            </w:pPr>
            <w:r>
              <w:t>44</w:t>
            </w:r>
          </w:p>
        </w:tc>
        <w:tc>
          <w:tcPr>
            <w:tcW w:w="2880" w:type="dxa"/>
          </w:tcPr>
          <w:p w14:paraId="62A3F22F" w14:textId="77777777" w:rsidR="00D71CF0" w:rsidRDefault="00354607">
            <w:pPr>
              <w:cnfStyle w:val="000000010000" w:firstRow="0" w:lastRow="0" w:firstColumn="0" w:lastColumn="0" w:oddVBand="0" w:evenVBand="0" w:oddHBand="0" w:evenHBand="1" w:firstRowFirstColumn="0" w:firstRowLastColumn="0" w:lastRowFirstColumn="0" w:lastRowLastColumn="0"/>
            </w:pPr>
            <w:r>
              <w:t>2.14</w:t>
            </w:r>
          </w:p>
        </w:tc>
      </w:tr>
      <w:tr w:rsidR="00D71CF0" w14:paraId="1132BC37"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2BB351D" w14:textId="77777777" w:rsidR="00D71CF0" w:rsidRDefault="00354607">
            <w:r>
              <w:t>Sosyal Bilimler MYO</w:t>
            </w:r>
          </w:p>
        </w:tc>
        <w:tc>
          <w:tcPr>
            <w:tcW w:w="2880" w:type="dxa"/>
          </w:tcPr>
          <w:p w14:paraId="12F18489" w14:textId="77777777" w:rsidR="00D71CF0" w:rsidRDefault="00354607">
            <w:pPr>
              <w:cnfStyle w:val="000000100000" w:firstRow="0" w:lastRow="0" w:firstColumn="0" w:lastColumn="0" w:oddVBand="0" w:evenVBand="0" w:oddHBand="1" w:evenHBand="0" w:firstRowFirstColumn="0" w:firstRowLastColumn="0" w:lastRowFirstColumn="0" w:lastRowLastColumn="0"/>
            </w:pPr>
            <w:r>
              <w:t>79</w:t>
            </w:r>
          </w:p>
        </w:tc>
        <w:tc>
          <w:tcPr>
            <w:tcW w:w="2880" w:type="dxa"/>
          </w:tcPr>
          <w:p w14:paraId="56763DEE" w14:textId="77777777" w:rsidR="00D71CF0" w:rsidRDefault="00354607">
            <w:pPr>
              <w:cnfStyle w:val="000000100000" w:firstRow="0" w:lastRow="0" w:firstColumn="0" w:lastColumn="0" w:oddVBand="0" w:evenVBand="0" w:oddHBand="1" w:evenHBand="0" w:firstRowFirstColumn="0" w:firstRowLastColumn="0" w:lastRowFirstColumn="0" w:lastRowLastColumn="0"/>
            </w:pPr>
            <w:r>
              <w:t>3.84</w:t>
            </w:r>
          </w:p>
        </w:tc>
      </w:tr>
      <w:tr w:rsidR="00D71CF0" w14:paraId="3D952FFE" w14:textId="77777777" w:rsidTr="00D71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26B3AE8" w14:textId="77777777" w:rsidR="00D71CF0" w:rsidRDefault="00354607">
            <w:r>
              <w:t>Teknik Bilimler MYO</w:t>
            </w:r>
          </w:p>
        </w:tc>
        <w:tc>
          <w:tcPr>
            <w:tcW w:w="2880" w:type="dxa"/>
          </w:tcPr>
          <w:p w14:paraId="46BFC793" w14:textId="77777777" w:rsidR="00D71CF0" w:rsidRDefault="00354607">
            <w:pPr>
              <w:cnfStyle w:val="000000010000" w:firstRow="0" w:lastRow="0" w:firstColumn="0" w:lastColumn="0" w:oddVBand="0" w:evenVBand="0" w:oddHBand="0" w:evenHBand="1" w:firstRowFirstColumn="0" w:firstRowLastColumn="0" w:lastRowFirstColumn="0" w:lastRowLastColumn="0"/>
            </w:pPr>
            <w:r>
              <w:t>85</w:t>
            </w:r>
          </w:p>
        </w:tc>
        <w:tc>
          <w:tcPr>
            <w:tcW w:w="2880" w:type="dxa"/>
          </w:tcPr>
          <w:p w14:paraId="46581E74" w14:textId="77777777" w:rsidR="00D71CF0" w:rsidRDefault="00354607">
            <w:pPr>
              <w:cnfStyle w:val="000000010000" w:firstRow="0" w:lastRow="0" w:firstColumn="0" w:lastColumn="0" w:oddVBand="0" w:evenVBand="0" w:oddHBand="0" w:evenHBand="1" w:firstRowFirstColumn="0" w:firstRowLastColumn="0" w:lastRowFirstColumn="0" w:lastRowLastColumn="0"/>
            </w:pPr>
            <w:r>
              <w:t>4.13</w:t>
            </w:r>
          </w:p>
        </w:tc>
      </w:tr>
      <w:tr w:rsidR="00D71CF0" w14:paraId="041E5B9F"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F5EF3AC" w14:textId="77777777" w:rsidR="00D71CF0" w:rsidRDefault="00354607">
            <w:r>
              <w:t>TOPLAM</w:t>
            </w:r>
          </w:p>
        </w:tc>
        <w:tc>
          <w:tcPr>
            <w:tcW w:w="2880" w:type="dxa"/>
          </w:tcPr>
          <w:p w14:paraId="18B6E381" w14:textId="77777777" w:rsidR="00D71CF0" w:rsidRDefault="00354607">
            <w:pPr>
              <w:cnfStyle w:val="000000100000" w:firstRow="0" w:lastRow="0" w:firstColumn="0" w:lastColumn="0" w:oddVBand="0" w:evenVBand="0" w:oddHBand="1" w:evenHBand="0" w:firstRowFirstColumn="0" w:firstRowLastColumn="0" w:lastRowFirstColumn="0" w:lastRowLastColumn="0"/>
            </w:pPr>
            <w:r>
              <w:t>2058</w:t>
            </w:r>
          </w:p>
        </w:tc>
        <w:tc>
          <w:tcPr>
            <w:tcW w:w="2880" w:type="dxa"/>
          </w:tcPr>
          <w:p w14:paraId="3B42936C" w14:textId="77777777" w:rsidR="00D71CF0" w:rsidRDefault="00354607">
            <w:pPr>
              <w:cnfStyle w:val="000000100000" w:firstRow="0" w:lastRow="0" w:firstColumn="0" w:lastColumn="0" w:oddVBand="0" w:evenVBand="0" w:oddHBand="1" w:evenHBand="0" w:firstRowFirstColumn="0" w:firstRowLastColumn="0" w:lastRowFirstColumn="0" w:lastRowLastColumn="0"/>
            </w:pPr>
            <w:r>
              <w:t>100.00</w:t>
            </w:r>
          </w:p>
        </w:tc>
      </w:tr>
    </w:tbl>
    <w:p w14:paraId="1BAD9DE2" w14:textId="77777777" w:rsidR="00D71CF0" w:rsidRDefault="00D71CF0"/>
    <w:p w14:paraId="6E8EA6A3" w14:textId="77777777" w:rsidR="00D71CF0" w:rsidRDefault="00354607">
      <w:pPr>
        <w:jc w:val="center"/>
      </w:pPr>
      <w:r>
        <w:rPr>
          <w:noProof/>
        </w:rPr>
        <w:drawing>
          <wp:inline distT="0" distB="0" distL="0" distR="0" wp14:anchorId="169177D8" wp14:editId="65AF587B">
            <wp:extent cx="5486400" cy="60355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kademik_birim.png"/>
                    <pic:cNvPicPr/>
                  </pic:nvPicPr>
                  <pic:blipFill>
                    <a:blip r:embed="rId10"/>
                    <a:stretch>
                      <a:fillRect/>
                    </a:stretch>
                  </pic:blipFill>
                  <pic:spPr>
                    <a:xfrm>
                      <a:off x="0" y="0"/>
                      <a:ext cx="5486400" cy="6035595"/>
                    </a:xfrm>
                    <a:prstGeom prst="rect">
                      <a:avLst/>
                    </a:prstGeom>
                  </pic:spPr>
                </pic:pic>
              </a:graphicData>
            </a:graphic>
          </wp:inline>
        </w:drawing>
      </w:r>
    </w:p>
    <w:p w14:paraId="719BBC9D" w14:textId="77777777" w:rsidR="00D71CF0" w:rsidRDefault="00354607">
      <w:r>
        <w:br w:type="page"/>
      </w:r>
    </w:p>
    <w:p w14:paraId="7E9FC78C" w14:textId="77777777" w:rsidR="00D71CF0" w:rsidRDefault="00354607">
      <w:pPr>
        <w:pStyle w:val="Balk1"/>
      </w:pPr>
      <w:r>
        <w:lastRenderedPageBreak/>
        <w:t>3. İSTİHDAM BİLGİLERİ</w:t>
      </w:r>
    </w:p>
    <w:p w14:paraId="52B73115" w14:textId="77777777" w:rsidR="00D71CF0" w:rsidRDefault="00354607">
      <w:pPr>
        <w:pStyle w:val="Balk2"/>
      </w:pPr>
      <w:r>
        <w:t>3.1. Çalışma Durumu</w:t>
      </w:r>
    </w:p>
    <w:tbl>
      <w:tblPr>
        <w:tblStyle w:val="AkKlavuz-Vurgu1"/>
        <w:tblW w:w="0" w:type="auto"/>
        <w:tblLook w:val="04A0" w:firstRow="1" w:lastRow="0" w:firstColumn="1" w:lastColumn="0" w:noHBand="0" w:noVBand="1"/>
      </w:tblPr>
      <w:tblGrid>
        <w:gridCol w:w="2875"/>
        <w:gridCol w:w="2872"/>
        <w:gridCol w:w="2873"/>
      </w:tblGrid>
      <w:tr w:rsidR="00D71CF0" w14:paraId="7285B2A4" w14:textId="77777777" w:rsidTr="00D71C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8E2C9C5" w14:textId="77777777" w:rsidR="00D71CF0" w:rsidRDefault="00354607">
            <w:r>
              <w:t>Çalışma Durumu</w:t>
            </w:r>
          </w:p>
        </w:tc>
        <w:tc>
          <w:tcPr>
            <w:tcW w:w="2880" w:type="dxa"/>
          </w:tcPr>
          <w:p w14:paraId="0F636DED" w14:textId="77777777" w:rsidR="00D71CF0" w:rsidRDefault="00354607">
            <w:pPr>
              <w:cnfStyle w:val="100000000000" w:firstRow="1" w:lastRow="0" w:firstColumn="0" w:lastColumn="0" w:oddVBand="0" w:evenVBand="0" w:oddHBand="0" w:evenHBand="0" w:firstRowFirstColumn="0" w:firstRowLastColumn="0" w:lastRowFirstColumn="0" w:lastRowLastColumn="0"/>
            </w:pPr>
            <w:r>
              <w:t>Sayı</w:t>
            </w:r>
          </w:p>
        </w:tc>
        <w:tc>
          <w:tcPr>
            <w:tcW w:w="2880" w:type="dxa"/>
          </w:tcPr>
          <w:p w14:paraId="747CCB07" w14:textId="77777777" w:rsidR="00D71CF0" w:rsidRDefault="00354607">
            <w:pPr>
              <w:cnfStyle w:val="100000000000" w:firstRow="1" w:lastRow="0" w:firstColumn="0" w:lastColumn="0" w:oddVBand="0" w:evenVBand="0" w:oddHBand="0" w:evenHBand="0" w:firstRowFirstColumn="0" w:firstRowLastColumn="0" w:lastRowFirstColumn="0" w:lastRowLastColumn="0"/>
            </w:pPr>
            <w:r>
              <w:t>Yüzde (%)</w:t>
            </w:r>
          </w:p>
        </w:tc>
      </w:tr>
      <w:tr w:rsidR="00D71CF0" w14:paraId="75B6140E"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E233B63" w14:textId="77777777" w:rsidR="00D71CF0" w:rsidRDefault="00354607">
            <w:r>
              <w:t>Diğer (lütfen belirtin)</w:t>
            </w:r>
          </w:p>
        </w:tc>
        <w:tc>
          <w:tcPr>
            <w:tcW w:w="2880" w:type="dxa"/>
          </w:tcPr>
          <w:p w14:paraId="78A9F78A" w14:textId="77777777" w:rsidR="00D71CF0" w:rsidRDefault="00354607">
            <w:pPr>
              <w:cnfStyle w:val="000000100000" w:firstRow="0" w:lastRow="0" w:firstColumn="0" w:lastColumn="0" w:oddVBand="0" w:evenVBand="0" w:oddHBand="1" w:evenHBand="0" w:firstRowFirstColumn="0" w:firstRowLastColumn="0" w:lastRowFirstColumn="0" w:lastRowLastColumn="0"/>
            </w:pPr>
            <w:r>
              <w:t>49</w:t>
            </w:r>
          </w:p>
        </w:tc>
        <w:tc>
          <w:tcPr>
            <w:tcW w:w="2880" w:type="dxa"/>
          </w:tcPr>
          <w:p w14:paraId="2B8A5A47" w14:textId="77777777" w:rsidR="00D71CF0" w:rsidRDefault="00354607">
            <w:pPr>
              <w:cnfStyle w:val="000000100000" w:firstRow="0" w:lastRow="0" w:firstColumn="0" w:lastColumn="0" w:oddVBand="0" w:evenVBand="0" w:oddHBand="1" w:evenHBand="0" w:firstRowFirstColumn="0" w:firstRowLastColumn="0" w:lastRowFirstColumn="0" w:lastRowLastColumn="0"/>
            </w:pPr>
            <w:r>
              <w:t>2.38</w:t>
            </w:r>
          </w:p>
        </w:tc>
      </w:tr>
      <w:tr w:rsidR="00D71CF0" w14:paraId="51D29C18" w14:textId="77777777" w:rsidTr="00D71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52C5B1D" w14:textId="77777777" w:rsidR="00D71CF0" w:rsidRDefault="00354607">
            <w:r>
              <w:t>Kamu sektöründe çalışıyorum</w:t>
            </w:r>
          </w:p>
        </w:tc>
        <w:tc>
          <w:tcPr>
            <w:tcW w:w="2880" w:type="dxa"/>
          </w:tcPr>
          <w:p w14:paraId="71B05574" w14:textId="77777777" w:rsidR="00D71CF0" w:rsidRDefault="00354607">
            <w:pPr>
              <w:cnfStyle w:val="000000010000" w:firstRow="0" w:lastRow="0" w:firstColumn="0" w:lastColumn="0" w:oddVBand="0" w:evenVBand="0" w:oddHBand="0" w:evenHBand="1" w:firstRowFirstColumn="0" w:firstRowLastColumn="0" w:lastRowFirstColumn="0" w:lastRowLastColumn="0"/>
            </w:pPr>
            <w:r>
              <w:t>725</w:t>
            </w:r>
          </w:p>
        </w:tc>
        <w:tc>
          <w:tcPr>
            <w:tcW w:w="2880" w:type="dxa"/>
          </w:tcPr>
          <w:p w14:paraId="14CB2EE4" w14:textId="77777777" w:rsidR="00D71CF0" w:rsidRDefault="00354607">
            <w:pPr>
              <w:cnfStyle w:val="000000010000" w:firstRow="0" w:lastRow="0" w:firstColumn="0" w:lastColumn="0" w:oddVBand="0" w:evenVBand="0" w:oddHBand="0" w:evenHBand="1" w:firstRowFirstColumn="0" w:firstRowLastColumn="0" w:lastRowFirstColumn="0" w:lastRowLastColumn="0"/>
            </w:pPr>
            <w:r>
              <w:t>35.23</w:t>
            </w:r>
          </w:p>
        </w:tc>
      </w:tr>
      <w:tr w:rsidR="00D71CF0" w14:paraId="590242C0"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7BB3890" w14:textId="77777777" w:rsidR="00D71CF0" w:rsidRDefault="00354607">
            <w:r>
              <w:t>Özel sektörde çalışıyorum</w:t>
            </w:r>
          </w:p>
        </w:tc>
        <w:tc>
          <w:tcPr>
            <w:tcW w:w="2880" w:type="dxa"/>
          </w:tcPr>
          <w:p w14:paraId="047598C0" w14:textId="77777777" w:rsidR="00D71CF0" w:rsidRDefault="00354607">
            <w:pPr>
              <w:cnfStyle w:val="000000100000" w:firstRow="0" w:lastRow="0" w:firstColumn="0" w:lastColumn="0" w:oddVBand="0" w:evenVBand="0" w:oddHBand="1" w:evenHBand="0" w:firstRowFirstColumn="0" w:firstRowLastColumn="0" w:lastRowFirstColumn="0" w:lastRowLastColumn="0"/>
            </w:pPr>
            <w:r>
              <w:t>691</w:t>
            </w:r>
          </w:p>
        </w:tc>
        <w:tc>
          <w:tcPr>
            <w:tcW w:w="2880" w:type="dxa"/>
          </w:tcPr>
          <w:p w14:paraId="2E71A636" w14:textId="77777777" w:rsidR="00D71CF0" w:rsidRDefault="00354607">
            <w:pPr>
              <w:cnfStyle w:val="000000100000" w:firstRow="0" w:lastRow="0" w:firstColumn="0" w:lastColumn="0" w:oddVBand="0" w:evenVBand="0" w:oddHBand="1" w:evenHBand="0" w:firstRowFirstColumn="0" w:firstRowLastColumn="0" w:lastRowFirstColumn="0" w:lastRowLastColumn="0"/>
            </w:pPr>
            <w:r>
              <w:t>33.58</w:t>
            </w:r>
          </w:p>
        </w:tc>
      </w:tr>
      <w:tr w:rsidR="00D71CF0" w14:paraId="77773473" w14:textId="77777777" w:rsidTr="00D71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6C7B77C" w14:textId="77777777" w:rsidR="00D71CF0" w:rsidRDefault="00354607">
            <w:r>
              <w:t>Kendi işimde çalışıyorum</w:t>
            </w:r>
          </w:p>
        </w:tc>
        <w:tc>
          <w:tcPr>
            <w:tcW w:w="2880" w:type="dxa"/>
          </w:tcPr>
          <w:p w14:paraId="76D6F3EC" w14:textId="77777777" w:rsidR="00D71CF0" w:rsidRDefault="00354607">
            <w:pPr>
              <w:cnfStyle w:val="000000010000" w:firstRow="0" w:lastRow="0" w:firstColumn="0" w:lastColumn="0" w:oddVBand="0" w:evenVBand="0" w:oddHBand="0" w:evenHBand="1" w:firstRowFirstColumn="0" w:firstRowLastColumn="0" w:lastRowFirstColumn="0" w:lastRowLastColumn="0"/>
            </w:pPr>
            <w:r>
              <w:t>105</w:t>
            </w:r>
          </w:p>
        </w:tc>
        <w:tc>
          <w:tcPr>
            <w:tcW w:w="2880" w:type="dxa"/>
          </w:tcPr>
          <w:p w14:paraId="2F58A9CF" w14:textId="77777777" w:rsidR="00D71CF0" w:rsidRDefault="00354607">
            <w:pPr>
              <w:cnfStyle w:val="000000010000" w:firstRow="0" w:lastRow="0" w:firstColumn="0" w:lastColumn="0" w:oddVBand="0" w:evenVBand="0" w:oddHBand="0" w:evenHBand="1" w:firstRowFirstColumn="0" w:firstRowLastColumn="0" w:lastRowFirstColumn="0" w:lastRowLastColumn="0"/>
            </w:pPr>
            <w:r>
              <w:t>5.10</w:t>
            </w:r>
          </w:p>
        </w:tc>
      </w:tr>
      <w:tr w:rsidR="00D71CF0" w14:paraId="1530B7E5"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3242035" w14:textId="77777777" w:rsidR="00D71CF0" w:rsidRDefault="00354607">
            <w:r>
              <w:t>İşsiz</w:t>
            </w:r>
          </w:p>
        </w:tc>
        <w:tc>
          <w:tcPr>
            <w:tcW w:w="2880" w:type="dxa"/>
          </w:tcPr>
          <w:p w14:paraId="0BF4519F" w14:textId="77777777" w:rsidR="00D71CF0" w:rsidRDefault="00354607">
            <w:pPr>
              <w:cnfStyle w:val="000000100000" w:firstRow="0" w:lastRow="0" w:firstColumn="0" w:lastColumn="0" w:oddVBand="0" w:evenVBand="0" w:oddHBand="1" w:evenHBand="0" w:firstRowFirstColumn="0" w:firstRowLastColumn="0" w:lastRowFirstColumn="0" w:lastRowLastColumn="0"/>
            </w:pPr>
            <w:r>
              <w:t>488</w:t>
            </w:r>
          </w:p>
        </w:tc>
        <w:tc>
          <w:tcPr>
            <w:tcW w:w="2880" w:type="dxa"/>
          </w:tcPr>
          <w:p w14:paraId="36EBF55D" w14:textId="77777777" w:rsidR="00D71CF0" w:rsidRDefault="00354607">
            <w:pPr>
              <w:cnfStyle w:val="000000100000" w:firstRow="0" w:lastRow="0" w:firstColumn="0" w:lastColumn="0" w:oddVBand="0" w:evenVBand="0" w:oddHBand="1" w:evenHBand="0" w:firstRowFirstColumn="0" w:firstRowLastColumn="0" w:lastRowFirstColumn="0" w:lastRowLastColumn="0"/>
            </w:pPr>
            <w:r>
              <w:t>23.71</w:t>
            </w:r>
          </w:p>
        </w:tc>
      </w:tr>
      <w:tr w:rsidR="00D71CF0" w14:paraId="399DC913" w14:textId="77777777" w:rsidTr="00D71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90B8E22" w14:textId="77777777" w:rsidR="00D71CF0" w:rsidRDefault="00354607">
            <w:r>
              <w:t>TOPLAM</w:t>
            </w:r>
          </w:p>
        </w:tc>
        <w:tc>
          <w:tcPr>
            <w:tcW w:w="2880" w:type="dxa"/>
          </w:tcPr>
          <w:p w14:paraId="1B585BD6" w14:textId="77777777" w:rsidR="00D71CF0" w:rsidRDefault="00354607">
            <w:pPr>
              <w:cnfStyle w:val="000000010000" w:firstRow="0" w:lastRow="0" w:firstColumn="0" w:lastColumn="0" w:oddVBand="0" w:evenVBand="0" w:oddHBand="0" w:evenHBand="1" w:firstRowFirstColumn="0" w:firstRowLastColumn="0" w:lastRowFirstColumn="0" w:lastRowLastColumn="0"/>
            </w:pPr>
            <w:r>
              <w:t>2058</w:t>
            </w:r>
          </w:p>
        </w:tc>
        <w:tc>
          <w:tcPr>
            <w:tcW w:w="2880" w:type="dxa"/>
          </w:tcPr>
          <w:p w14:paraId="27C7DE09" w14:textId="77777777" w:rsidR="00D71CF0" w:rsidRDefault="00354607">
            <w:pPr>
              <w:cnfStyle w:val="000000010000" w:firstRow="0" w:lastRow="0" w:firstColumn="0" w:lastColumn="0" w:oddVBand="0" w:evenVBand="0" w:oddHBand="0" w:evenHBand="1" w:firstRowFirstColumn="0" w:firstRowLastColumn="0" w:lastRowFirstColumn="0" w:lastRowLastColumn="0"/>
            </w:pPr>
            <w:r>
              <w:t>100.00</w:t>
            </w:r>
          </w:p>
        </w:tc>
      </w:tr>
    </w:tbl>
    <w:p w14:paraId="7537B484" w14:textId="77777777" w:rsidR="00D71CF0" w:rsidRDefault="00D71CF0"/>
    <w:p w14:paraId="48294DD4" w14:textId="2E13BAEE" w:rsidR="00D71CF0" w:rsidRDefault="00354607" w:rsidP="00512D8F">
      <w:pPr>
        <w:jc w:val="center"/>
      </w:pPr>
      <w:r>
        <w:rPr>
          <w:noProof/>
        </w:rPr>
        <w:drawing>
          <wp:inline distT="0" distB="0" distL="0" distR="0" wp14:anchorId="12E25DAC" wp14:editId="1130540C">
            <wp:extent cx="5486400" cy="417424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isma_durumu.png"/>
                    <pic:cNvPicPr/>
                  </pic:nvPicPr>
                  <pic:blipFill>
                    <a:blip r:embed="rId11"/>
                    <a:stretch>
                      <a:fillRect/>
                    </a:stretch>
                  </pic:blipFill>
                  <pic:spPr>
                    <a:xfrm>
                      <a:off x="0" y="0"/>
                      <a:ext cx="5486400" cy="4174243"/>
                    </a:xfrm>
                    <a:prstGeom prst="rect">
                      <a:avLst/>
                    </a:prstGeom>
                  </pic:spPr>
                </pic:pic>
              </a:graphicData>
            </a:graphic>
          </wp:inline>
        </w:drawing>
      </w:r>
    </w:p>
    <w:p w14:paraId="739BA989" w14:textId="77777777" w:rsidR="00D71CF0" w:rsidRDefault="00354607">
      <w:r>
        <w:rPr>
          <w:b/>
        </w:rPr>
        <w:t xml:space="preserve">Not: </w:t>
      </w:r>
      <w:r>
        <w:t>"İşsiz" kategorisi "İş Arıyorum", "Çalışmıyorum" ve "Diğer" seçeneklerini içermektedir.</w:t>
      </w:r>
    </w:p>
    <w:p w14:paraId="35C3DFB6" w14:textId="77777777" w:rsidR="00D71CF0" w:rsidRDefault="00354607">
      <w:pPr>
        <w:pStyle w:val="Balk2"/>
      </w:pPr>
      <w:r>
        <w:t>3.2. Mezun Olunan Alan ile İlgili İşte Çalışma Durumu</w:t>
      </w:r>
    </w:p>
    <w:tbl>
      <w:tblPr>
        <w:tblStyle w:val="AkKlavuz-Vurgu1"/>
        <w:tblW w:w="0" w:type="auto"/>
        <w:tblLook w:val="04A0" w:firstRow="1" w:lastRow="0" w:firstColumn="1" w:lastColumn="0" w:noHBand="0" w:noVBand="1"/>
      </w:tblPr>
      <w:tblGrid>
        <w:gridCol w:w="2874"/>
        <w:gridCol w:w="2873"/>
        <w:gridCol w:w="2873"/>
      </w:tblGrid>
      <w:tr w:rsidR="00D71CF0" w14:paraId="3EA4AD14" w14:textId="77777777" w:rsidTr="00D71C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66A152C" w14:textId="77777777" w:rsidR="00D71CF0" w:rsidRDefault="00354607">
            <w:r>
              <w:t>Durum</w:t>
            </w:r>
          </w:p>
        </w:tc>
        <w:tc>
          <w:tcPr>
            <w:tcW w:w="2880" w:type="dxa"/>
          </w:tcPr>
          <w:p w14:paraId="1EBAFA79" w14:textId="77777777" w:rsidR="00D71CF0" w:rsidRDefault="00354607">
            <w:pPr>
              <w:cnfStyle w:val="100000000000" w:firstRow="1" w:lastRow="0" w:firstColumn="0" w:lastColumn="0" w:oddVBand="0" w:evenVBand="0" w:oddHBand="0" w:evenHBand="0" w:firstRowFirstColumn="0" w:firstRowLastColumn="0" w:lastRowFirstColumn="0" w:lastRowLastColumn="0"/>
            </w:pPr>
            <w:r>
              <w:t>Sayı</w:t>
            </w:r>
          </w:p>
        </w:tc>
        <w:tc>
          <w:tcPr>
            <w:tcW w:w="2880" w:type="dxa"/>
          </w:tcPr>
          <w:p w14:paraId="0627C45C" w14:textId="77777777" w:rsidR="00D71CF0" w:rsidRDefault="00354607">
            <w:pPr>
              <w:cnfStyle w:val="100000000000" w:firstRow="1" w:lastRow="0" w:firstColumn="0" w:lastColumn="0" w:oddVBand="0" w:evenVBand="0" w:oddHBand="0" w:evenHBand="0" w:firstRowFirstColumn="0" w:firstRowLastColumn="0" w:lastRowFirstColumn="0" w:lastRowLastColumn="0"/>
            </w:pPr>
            <w:r>
              <w:t>Yüzde (%)</w:t>
            </w:r>
          </w:p>
        </w:tc>
      </w:tr>
      <w:tr w:rsidR="00D71CF0" w14:paraId="55AA5CA7"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E909FD2" w14:textId="77777777" w:rsidR="00D71CF0" w:rsidRDefault="00354607">
            <w:r>
              <w:t>Evet</w:t>
            </w:r>
          </w:p>
        </w:tc>
        <w:tc>
          <w:tcPr>
            <w:tcW w:w="2880" w:type="dxa"/>
          </w:tcPr>
          <w:p w14:paraId="1D50270A" w14:textId="77777777" w:rsidR="00D71CF0" w:rsidRDefault="00354607">
            <w:pPr>
              <w:cnfStyle w:val="000000100000" w:firstRow="0" w:lastRow="0" w:firstColumn="0" w:lastColumn="0" w:oddVBand="0" w:evenVBand="0" w:oddHBand="1" w:evenHBand="0" w:firstRowFirstColumn="0" w:firstRowLastColumn="0" w:lastRowFirstColumn="0" w:lastRowLastColumn="0"/>
            </w:pPr>
            <w:r>
              <w:t>1125</w:t>
            </w:r>
          </w:p>
        </w:tc>
        <w:tc>
          <w:tcPr>
            <w:tcW w:w="2880" w:type="dxa"/>
          </w:tcPr>
          <w:p w14:paraId="26F665C1" w14:textId="77777777" w:rsidR="00D71CF0" w:rsidRDefault="00354607">
            <w:pPr>
              <w:cnfStyle w:val="000000100000" w:firstRow="0" w:lastRow="0" w:firstColumn="0" w:lastColumn="0" w:oddVBand="0" w:evenVBand="0" w:oddHBand="1" w:evenHBand="0" w:firstRowFirstColumn="0" w:firstRowLastColumn="0" w:lastRowFirstColumn="0" w:lastRowLastColumn="0"/>
            </w:pPr>
            <w:r>
              <w:t>74.80</w:t>
            </w:r>
          </w:p>
        </w:tc>
      </w:tr>
      <w:tr w:rsidR="00D71CF0" w14:paraId="48544D62" w14:textId="77777777" w:rsidTr="00D71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3B14DB6" w14:textId="77777777" w:rsidR="00D71CF0" w:rsidRDefault="00354607">
            <w:r>
              <w:t>Hayır</w:t>
            </w:r>
          </w:p>
        </w:tc>
        <w:tc>
          <w:tcPr>
            <w:tcW w:w="2880" w:type="dxa"/>
          </w:tcPr>
          <w:p w14:paraId="43FEE6D4" w14:textId="77777777" w:rsidR="00D71CF0" w:rsidRDefault="00354607">
            <w:pPr>
              <w:cnfStyle w:val="000000010000" w:firstRow="0" w:lastRow="0" w:firstColumn="0" w:lastColumn="0" w:oddVBand="0" w:evenVBand="0" w:oddHBand="0" w:evenHBand="1" w:firstRowFirstColumn="0" w:firstRowLastColumn="0" w:lastRowFirstColumn="0" w:lastRowLastColumn="0"/>
            </w:pPr>
            <w:r>
              <w:t>379</w:t>
            </w:r>
          </w:p>
        </w:tc>
        <w:tc>
          <w:tcPr>
            <w:tcW w:w="2880" w:type="dxa"/>
          </w:tcPr>
          <w:p w14:paraId="24EA3732" w14:textId="77777777" w:rsidR="00D71CF0" w:rsidRDefault="00354607">
            <w:pPr>
              <w:cnfStyle w:val="000000010000" w:firstRow="0" w:lastRow="0" w:firstColumn="0" w:lastColumn="0" w:oddVBand="0" w:evenVBand="0" w:oddHBand="0" w:evenHBand="1" w:firstRowFirstColumn="0" w:firstRowLastColumn="0" w:lastRowFirstColumn="0" w:lastRowLastColumn="0"/>
            </w:pPr>
            <w:r>
              <w:t>25.20</w:t>
            </w:r>
          </w:p>
        </w:tc>
      </w:tr>
      <w:tr w:rsidR="00D71CF0" w14:paraId="221260D7"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52988BC" w14:textId="77777777" w:rsidR="00D71CF0" w:rsidRDefault="00354607">
            <w:r>
              <w:t>TOPLAM</w:t>
            </w:r>
          </w:p>
        </w:tc>
        <w:tc>
          <w:tcPr>
            <w:tcW w:w="2880" w:type="dxa"/>
          </w:tcPr>
          <w:p w14:paraId="056F6FDD" w14:textId="77777777" w:rsidR="00D71CF0" w:rsidRDefault="00354607">
            <w:pPr>
              <w:cnfStyle w:val="000000100000" w:firstRow="0" w:lastRow="0" w:firstColumn="0" w:lastColumn="0" w:oddVBand="0" w:evenVBand="0" w:oddHBand="1" w:evenHBand="0" w:firstRowFirstColumn="0" w:firstRowLastColumn="0" w:lastRowFirstColumn="0" w:lastRowLastColumn="0"/>
            </w:pPr>
            <w:r>
              <w:t>1504</w:t>
            </w:r>
          </w:p>
        </w:tc>
        <w:tc>
          <w:tcPr>
            <w:tcW w:w="2880" w:type="dxa"/>
          </w:tcPr>
          <w:p w14:paraId="1F23236A" w14:textId="77777777" w:rsidR="00D71CF0" w:rsidRDefault="00354607">
            <w:pPr>
              <w:cnfStyle w:val="000000100000" w:firstRow="0" w:lastRow="0" w:firstColumn="0" w:lastColumn="0" w:oddVBand="0" w:evenVBand="0" w:oddHBand="1" w:evenHBand="0" w:firstRowFirstColumn="0" w:firstRowLastColumn="0" w:lastRowFirstColumn="0" w:lastRowLastColumn="0"/>
            </w:pPr>
            <w:r>
              <w:t>100.00</w:t>
            </w:r>
          </w:p>
        </w:tc>
      </w:tr>
    </w:tbl>
    <w:p w14:paraId="1BF0A7C3" w14:textId="77777777" w:rsidR="00D71CF0" w:rsidRDefault="00354607">
      <w:r>
        <w:rPr>
          <w:b/>
        </w:rPr>
        <w:t xml:space="preserve">Not: </w:t>
      </w:r>
      <w:r>
        <w:t>Bu soru sadece çalışan katılımcılar tarafından cevaplanmıştır.</w:t>
      </w:r>
    </w:p>
    <w:p w14:paraId="7A60A240" w14:textId="77777777" w:rsidR="00D71CF0" w:rsidRDefault="00354607">
      <w:pPr>
        <w:pStyle w:val="Balk2"/>
      </w:pPr>
      <w:r>
        <w:lastRenderedPageBreak/>
        <w:t>3.3. İş Bulma Süresi</w:t>
      </w:r>
    </w:p>
    <w:tbl>
      <w:tblPr>
        <w:tblStyle w:val="AkKlavuz-Vurgu1"/>
        <w:tblW w:w="0" w:type="auto"/>
        <w:tblLook w:val="04A0" w:firstRow="1" w:lastRow="0" w:firstColumn="1" w:lastColumn="0" w:noHBand="0" w:noVBand="1"/>
      </w:tblPr>
      <w:tblGrid>
        <w:gridCol w:w="2874"/>
        <w:gridCol w:w="2873"/>
        <w:gridCol w:w="2873"/>
      </w:tblGrid>
      <w:tr w:rsidR="00D71CF0" w14:paraId="586C42B3" w14:textId="77777777" w:rsidTr="00D71C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83D7D37" w14:textId="77777777" w:rsidR="00D71CF0" w:rsidRDefault="00354607">
            <w:r>
              <w:t>Süre</w:t>
            </w:r>
          </w:p>
        </w:tc>
        <w:tc>
          <w:tcPr>
            <w:tcW w:w="2880" w:type="dxa"/>
          </w:tcPr>
          <w:p w14:paraId="19F98C83" w14:textId="77777777" w:rsidR="00D71CF0" w:rsidRDefault="00354607">
            <w:pPr>
              <w:cnfStyle w:val="100000000000" w:firstRow="1" w:lastRow="0" w:firstColumn="0" w:lastColumn="0" w:oddVBand="0" w:evenVBand="0" w:oddHBand="0" w:evenHBand="0" w:firstRowFirstColumn="0" w:firstRowLastColumn="0" w:lastRowFirstColumn="0" w:lastRowLastColumn="0"/>
            </w:pPr>
            <w:r>
              <w:t>Sayı</w:t>
            </w:r>
          </w:p>
        </w:tc>
        <w:tc>
          <w:tcPr>
            <w:tcW w:w="2880" w:type="dxa"/>
          </w:tcPr>
          <w:p w14:paraId="159035CA" w14:textId="77777777" w:rsidR="00D71CF0" w:rsidRDefault="00354607">
            <w:pPr>
              <w:cnfStyle w:val="100000000000" w:firstRow="1" w:lastRow="0" w:firstColumn="0" w:lastColumn="0" w:oddVBand="0" w:evenVBand="0" w:oddHBand="0" w:evenHBand="0" w:firstRowFirstColumn="0" w:firstRowLastColumn="0" w:lastRowFirstColumn="0" w:lastRowLastColumn="0"/>
            </w:pPr>
            <w:r>
              <w:t>Yüzde (%)</w:t>
            </w:r>
          </w:p>
        </w:tc>
      </w:tr>
      <w:tr w:rsidR="00D71CF0" w14:paraId="339A5500"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C47AF55" w14:textId="77777777" w:rsidR="00D71CF0" w:rsidRDefault="00354607">
            <w:r>
              <w:t>0-1 yıl içinde</w:t>
            </w:r>
          </w:p>
        </w:tc>
        <w:tc>
          <w:tcPr>
            <w:tcW w:w="2880" w:type="dxa"/>
          </w:tcPr>
          <w:p w14:paraId="751E35B4" w14:textId="77777777" w:rsidR="00D71CF0" w:rsidRDefault="00354607">
            <w:pPr>
              <w:cnfStyle w:val="000000100000" w:firstRow="0" w:lastRow="0" w:firstColumn="0" w:lastColumn="0" w:oddVBand="0" w:evenVBand="0" w:oddHBand="1" w:evenHBand="0" w:firstRowFirstColumn="0" w:firstRowLastColumn="0" w:lastRowFirstColumn="0" w:lastRowLastColumn="0"/>
            </w:pPr>
            <w:r>
              <w:t>889</w:t>
            </w:r>
          </w:p>
        </w:tc>
        <w:tc>
          <w:tcPr>
            <w:tcW w:w="2880" w:type="dxa"/>
          </w:tcPr>
          <w:p w14:paraId="22FF34D3" w14:textId="77777777" w:rsidR="00D71CF0" w:rsidRDefault="00354607">
            <w:pPr>
              <w:cnfStyle w:val="000000100000" w:firstRow="0" w:lastRow="0" w:firstColumn="0" w:lastColumn="0" w:oddVBand="0" w:evenVBand="0" w:oddHBand="1" w:evenHBand="0" w:firstRowFirstColumn="0" w:firstRowLastColumn="0" w:lastRowFirstColumn="0" w:lastRowLastColumn="0"/>
            </w:pPr>
            <w:r>
              <w:t>59.78</w:t>
            </w:r>
          </w:p>
        </w:tc>
      </w:tr>
      <w:tr w:rsidR="00D71CF0" w14:paraId="647C62AA" w14:textId="77777777" w:rsidTr="00D71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2BBAC61" w14:textId="77777777" w:rsidR="00D71CF0" w:rsidRDefault="00354607">
            <w:r>
              <w:t>1-2 yıl içinde</w:t>
            </w:r>
          </w:p>
        </w:tc>
        <w:tc>
          <w:tcPr>
            <w:tcW w:w="2880" w:type="dxa"/>
          </w:tcPr>
          <w:p w14:paraId="34D0D4BD" w14:textId="77777777" w:rsidR="00D71CF0" w:rsidRDefault="00354607">
            <w:pPr>
              <w:cnfStyle w:val="000000010000" w:firstRow="0" w:lastRow="0" w:firstColumn="0" w:lastColumn="0" w:oddVBand="0" w:evenVBand="0" w:oddHBand="0" w:evenHBand="1" w:firstRowFirstColumn="0" w:firstRowLastColumn="0" w:lastRowFirstColumn="0" w:lastRowLastColumn="0"/>
            </w:pPr>
            <w:r>
              <w:t>292</w:t>
            </w:r>
          </w:p>
        </w:tc>
        <w:tc>
          <w:tcPr>
            <w:tcW w:w="2880" w:type="dxa"/>
          </w:tcPr>
          <w:p w14:paraId="4A7E25C9" w14:textId="77777777" w:rsidR="00D71CF0" w:rsidRDefault="00354607">
            <w:pPr>
              <w:cnfStyle w:val="000000010000" w:firstRow="0" w:lastRow="0" w:firstColumn="0" w:lastColumn="0" w:oddVBand="0" w:evenVBand="0" w:oddHBand="0" w:evenHBand="1" w:firstRowFirstColumn="0" w:firstRowLastColumn="0" w:lastRowFirstColumn="0" w:lastRowLastColumn="0"/>
            </w:pPr>
            <w:r>
              <w:t>19.64</w:t>
            </w:r>
          </w:p>
        </w:tc>
      </w:tr>
      <w:tr w:rsidR="00D71CF0" w14:paraId="05AD7BE4"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2E1FB03" w14:textId="77777777" w:rsidR="00D71CF0" w:rsidRDefault="00354607">
            <w:r>
              <w:t>2-3 yıl içinde</w:t>
            </w:r>
          </w:p>
        </w:tc>
        <w:tc>
          <w:tcPr>
            <w:tcW w:w="2880" w:type="dxa"/>
          </w:tcPr>
          <w:p w14:paraId="0267611C" w14:textId="77777777" w:rsidR="00D71CF0" w:rsidRDefault="00354607">
            <w:pPr>
              <w:cnfStyle w:val="000000100000" w:firstRow="0" w:lastRow="0" w:firstColumn="0" w:lastColumn="0" w:oddVBand="0" w:evenVBand="0" w:oddHBand="1" w:evenHBand="0" w:firstRowFirstColumn="0" w:firstRowLastColumn="0" w:lastRowFirstColumn="0" w:lastRowLastColumn="0"/>
            </w:pPr>
            <w:r>
              <w:t>135</w:t>
            </w:r>
          </w:p>
        </w:tc>
        <w:tc>
          <w:tcPr>
            <w:tcW w:w="2880" w:type="dxa"/>
          </w:tcPr>
          <w:p w14:paraId="5305196E" w14:textId="77777777" w:rsidR="00D71CF0" w:rsidRDefault="00354607">
            <w:pPr>
              <w:cnfStyle w:val="000000100000" w:firstRow="0" w:lastRow="0" w:firstColumn="0" w:lastColumn="0" w:oddVBand="0" w:evenVBand="0" w:oddHBand="1" w:evenHBand="0" w:firstRowFirstColumn="0" w:firstRowLastColumn="0" w:lastRowFirstColumn="0" w:lastRowLastColumn="0"/>
            </w:pPr>
            <w:r>
              <w:t>9.08</w:t>
            </w:r>
          </w:p>
        </w:tc>
      </w:tr>
      <w:tr w:rsidR="00D71CF0" w14:paraId="5CC4F971" w14:textId="77777777" w:rsidTr="00D71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B7685A9" w14:textId="77777777" w:rsidR="00D71CF0" w:rsidRDefault="00354607">
            <w:r>
              <w:t>3 yıldan daha uzun bir süre sonra</w:t>
            </w:r>
          </w:p>
        </w:tc>
        <w:tc>
          <w:tcPr>
            <w:tcW w:w="2880" w:type="dxa"/>
          </w:tcPr>
          <w:p w14:paraId="3CF28833" w14:textId="77777777" w:rsidR="00D71CF0" w:rsidRDefault="00354607">
            <w:pPr>
              <w:cnfStyle w:val="000000010000" w:firstRow="0" w:lastRow="0" w:firstColumn="0" w:lastColumn="0" w:oddVBand="0" w:evenVBand="0" w:oddHBand="0" w:evenHBand="1" w:firstRowFirstColumn="0" w:firstRowLastColumn="0" w:lastRowFirstColumn="0" w:lastRowLastColumn="0"/>
            </w:pPr>
            <w:r>
              <w:t>171</w:t>
            </w:r>
          </w:p>
        </w:tc>
        <w:tc>
          <w:tcPr>
            <w:tcW w:w="2880" w:type="dxa"/>
          </w:tcPr>
          <w:p w14:paraId="3F5FE445" w14:textId="77777777" w:rsidR="00D71CF0" w:rsidRDefault="00354607">
            <w:pPr>
              <w:cnfStyle w:val="000000010000" w:firstRow="0" w:lastRow="0" w:firstColumn="0" w:lastColumn="0" w:oddVBand="0" w:evenVBand="0" w:oddHBand="0" w:evenHBand="1" w:firstRowFirstColumn="0" w:firstRowLastColumn="0" w:lastRowFirstColumn="0" w:lastRowLastColumn="0"/>
            </w:pPr>
            <w:r>
              <w:t>11.50</w:t>
            </w:r>
          </w:p>
        </w:tc>
      </w:tr>
      <w:tr w:rsidR="00D71CF0" w14:paraId="7D05F0A5"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BA23DBE" w14:textId="77777777" w:rsidR="00D71CF0" w:rsidRDefault="00354607">
            <w:r>
              <w:t>TOPLAM</w:t>
            </w:r>
          </w:p>
        </w:tc>
        <w:tc>
          <w:tcPr>
            <w:tcW w:w="2880" w:type="dxa"/>
          </w:tcPr>
          <w:p w14:paraId="6A2765C2" w14:textId="77777777" w:rsidR="00D71CF0" w:rsidRDefault="00354607">
            <w:pPr>
              <w:cnfStyle w:val="000000100000" w:firstRow="0" w:lastRow="0" w:firstColumn="0" w:lastColumn="0" w:oddVBand="0" w:evenVBand="0" w:oddHBand="1" w:evenHBand="0" w:firstRowFirstColumn="0" w:firstRowLastColumn="0" w:lastRowFirstColumn="0" w:lastRowLastColumn="0"/>
            </w:pPr>
            <w:r>
              <w:t>1487</w:t>
            </w:r>
          </w:p>
        </w:tc>
        <w:tc>
          <w:tcPr>
            <w:tcW w:w="2880" w:type="dxa"/>
          </w:tcPr>
          <w:p w14:paraId="0477A51D" w14:textId="77777777" w:rsidR="00D71CF0" w:rsidRDefault="00354607">
            <w:pPr>
              <w:cnfStyle w:val="000000100000" w:firstRow="0" w:lastRow="0" w:firstColumn="0" w:lastColumn="0" w:oddVBand="0" w:evenVBand="0" w:oddHBand="1" w:evenHBand="0" w:firstRowFirstColumn="0" w:firstRowLastColumn="0" w:lastRowFirstColumn="0" w:lastRowLastColumn="0"/>
            </w:pPr>
            <w:r>
              <w:t>100.00</w:t>
            </w:r>
          </w:p>
        </w:tc>
      </w:tr>
    </w:tbl>
    <w:p w14:paraId="67EDE319" w14:textId="25BBF408" w:rsidR="00D71CF0" w:rsidRDefault="00512D8F">
      <w:r>
        <w:rPr>
          <w:b/>
        </w:rPr>
        <w:t xml:space="preserve">Not: </w:t>
      </w:r>
      <w:r>
        <w:t>Bu soru sadece çalışan katılımcılar tarafından cevaplanmıştır.</w:t>
      </w:r>
    </w:p>
    <w:p w14:paraId="2C2E2B59" w14:textId="77777777" w:rsidR="00D71CF0" w:rsidRDefault="00354607">
      <w:pPr>
        <w:jc w:val="center"/>
      </w:pPr>
      <w:r>
        <w:rPr>
          <w:noProof/>
        </w:rPr>
        <w:drawing>
          <wp:inline distT="0" distB="0" distL="0" distR="0" wp14:anchorId="06150B8E" wp14:editId="70690D17">
            <wp:extent cx="5486400" cy="329109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_bulma_suresi.png"/>
                    <pic:cNvPicPr/>
                  </pic:nvPicPr>
                  <pic:blipFill>
                    <a:blip r:embed="rId12"/>
                    <a:stretch>
                      <a:fillRect/>
                    </a:stretch>
                  </pic:blipFill>
                  <pic:spPr>
                    <a:xfrm>
                      <a:off x="0" y="0"/>
                      <a:ext cx="5486400" cy="3291096"/>
                    </a:xfrm>
                    <a:prstGeom prst="rect">
                      <a:avLst/>
                    </a:prstGeom>
                  </pic:spPr>
                </pic:pic>
              </a:graphicData>
            </a:graphic>
          </wp:inline>
        </w:drawing>
      </w:r>
    </w:p>
    <w:p w14:paraId="0241B314" w14:textId="368D8CB5" w:rsidR="00D71CF0" w:rsidRDefault="00D71CF0"/>
    <w:p w14:paraId="2D7FAD28" w14:textId="77777777" w:rsidR="00D71CF0" w:rsidRDefault="00354607">
      <w:pPr>
        <w:pStyle w:val="Balk2"/>
      </w:pPr>
      <w:r>
        <w:t>3.4. Çalışma Lokasyonu (Yurtiçi/Yurtdışı)</w:t>
      </w:r>
    </w:p>
    <w:tbl>
      <w:tblPr>
        <w:tblStyle w:val="AkKlavuz-Vurgu1"/>
        <w:tblW w:w="0" w:type="auto"/>
        <w:tblLook w:val="04A0" w:firstRow="1" w:lastRow="0" w:firstColumn="1" w:lastColumn="0" w:noHBand="0" w:noVBand="1"/>
      </w:tblPr>
      <w:tblGrid>
        <w:gridCol w:w="2874"/>
        <w:gridCol w:w="2873"/>
        <w:gridCol w:w="2873"/>
      </w:tblGrid>
      <w:tr w:rsidR="00D71CF0" w14:paraId="74FA0B41" w14:textId="77777777" w:rsidTr="00D71C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622956D" w14:textId="77777777" w:rsidR="00D71CF0" w:rsidRDefault="00354607">
            <w:r>
              <w:t>Lokasyon</w:t>
            </w:r>
          </w:p>
        </w:tc>
        <w:tc>
          <w:tcPr>
            <w:tcW w:w="2880" w:type="dxa"/>
          </w:tcPr>
          <w:p w14:paraId="47CB426D" w14:textId="77777777" w:rsidR="00D71CF0" w:rsidRDefault="00354607">
            <w:pPr>
              <w:cnfStyle w:val="100000000000" w:firstRow="1" w:lastRow="0" w:firstColumn="0" w:lastColumn="0" w:oddVBand="0" w:evenVBand="0" w:oddHBand="0" w:evenHBand="0" w:firstRowFirstColumn="0" w:firstRowLastColumn="0" w:lastRowFirstColumn="0" w:lastRowLastColumn="0"/>
            </w:pPr>
            <w:r>
              <w:t>Sayı</w:t>
            </w:r>
          </w:p>
        </w:tc>
        <w:tc>
          <w:tcPr>
            <w:tcW w:w="2880" w:type="dxa"/>
          </w:tcPr>
          <w:p w14:paraId="5BC0228B" w14:textId="77777777" w:rsidR="00D71CF0" w:rsidRDefault="00354607">
            <w:pPr>
              <w:cnfStyle w:val="100000000000" w:firstRow="1" w:lastRow="0" w:firstColumn="0" w:lastColumn="0" w:oddVBand="0" w:evenVBand="0" w:oddHBand="0" w:evenHBand="0" w:firstRowFirstColumn="0" w:firstRowLastColumn="0" w:lastRowFirstColumn="0" w:lastRowLastColumn="0"/>
            </w:pPr>
            <w:r>
              <w:t>Yüzde (%)</w:t>
            </w:r>
          </w:p>
        </w:tc>
      </w:tr>
      <w:tr w:rsidR="00D71CF0" w14:paraId="7056F030"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78EB7DF" w14:textId="77777777" w:rsidR="00D71CF0" w:rsidRDefault="00354607">
            <w:r>
              <w:t>Yurtiçi</w:t>
            </w:r>
          </w:p>
        </w:tc>
        <w:tc>
          <w:tcPr>
            <w:tcW w:w="2880" w:type="dxa"/>
          </w:tcPr>
          <w:p w14:paraId="7930B834" w14:textId="77777777" w:rsidR="00D71CF0" w:rsidRDefault="00354607">
            <w:pPr>
              <w:cnfStyle w:val="000000100000" w:firstRow="0" w:lastRow="0" w:firstColumn="0" w:lastColumn="0" w:oddVBand="0" w:evenVBand="0" w:oddHBand="1" w:evenHBand="0" w:firstRowFirstColumn="0" w:firstRowLastColumn="0" w:lastRowFirstColumn="0" w:lastRowLastColumn="0"/>
            </w:pPr>
            <w:r>
              <w:t>1490</w:t>
            </w:r>
          </w:p>
        </w:tc>
        <w:tc>
          <w:tcPr>
            <w:tcW w:w="2880" w:type="dxa"/>
          </w:tcPr>
          <w:p w14:paraId="5D17AD0F" w14:textId="77777777" w:rsidR="00D71CF0" w:rsidRDefault="00354607">
            <w:pPr>
              <w:cnfStyle w:val="000000100000" w:firstRow="0" w:lastRow="0" w:firstColumn="0" w:lastColumn="0" w:oddVBand="0" w:evenVBand="0" w:oddHBand="1" w:evenHBand="0" w:firstRowFirstColumn="0" w:firstRowLastColumn="0" w:lastRowFirstColumn="0" w:lastRowLastColumn="0"/>
            </w:pPr>
            <w:r>
              <w:t>99.07</w:t>
            </w:r>
          </w:p>
        </w:tc>
      </w:tr>
      <w:tr w:rsidR="00D71CF0" w14:paraId="5401288F" w14:textId="77777777" w:rsidTr="00D71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249562D" w14:textId="77777777" w:rsidR="00D71CF0" w:rsidRDefault="00354607">
            <w:r>
              <w:t>Yurtdışı</w:t>
            </w:r>
          </w:p>
        </w:tc>
        <w:tc>
          <w:tcPr>
            <w:tcW w:w="2880" w:type="dxa"/>
          </w:tcPr>
          <w:p w14:paraId="627BD62F" w14:textId="77777777" w:rsidR="00D71CF0" w:rsidRDefault="00354607">
            <w:pPr>
              <w:cnfStyle w:val="000000010000" w:firstRow="0" w:lastRow="0" w:firstColumn="0" w:lastColumn="0" w:oddVBand="0" w:evenVBand="0" w:oddHBand="0" w:evenHBand="1" w:firstRowFirstColumn="0" w:firstRowLastColumn="0" w:lastRowFirstColumn="0" w:lastRowLastColumn="0"/>
            </w:pPr>
            <w:r>
              <w:t>14</w:t>
            </w:r>
          </w:p>
        </w:tc>
        <w:tc>
          <w:tcPr>
            <w:tcW w:w="2880" w:type="dxa"/>
          </w:tcPr>
          <w:p w14:paraId="43D4C11C" w14:textId="77777777" w:rsidR="00D71CF0" w:rsidRDefault="00354607">
            <w:pPr>
              <w:cnfStyle w:val="000000010000" w:firstRow="0" w:lastRow="0" w:firstColumn="0" w:lastColumn="0" w:oddVBand="0" w:evenVBand="0" w:oddHBand="0" w:evenHBand="1" w:firstRowFirstColumn="0" w:firstRowLastColumn="0" w:lastRowFirstColumn="0" w:lastRowLastColumn="0"/>
            </w:pPr>
            <w:r>
              <w:t>0.93</w:t>
            </w:r>
          </w:p>
        </w:tc>
      </w:tr>
      <w:tr w:rsidR="00D71CF0" w14:paraId="6EE1F2EE"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B7DEA8A" w14:textId="77777777" w:rsidR="00D71CF0" w:rsidRDefault="00354607">
            <w:r>
              <w:t>TOPLAM</w:t>
            </w:r>
          </w:p>
        </w:tc>
        <w:tc>
          <w:tcPr>
            <w:tcW w:w="2880" w:type="dxa"/>
          </w:tcPr>
          <w:p w14:paraId="389B7BE3" w14:textId="77777777" w:rsidR="00D71CF0" w:rsidRDefault="00354607">
            <w:pPr>
              <w:cnfStyle w:val="000000100000" w:firstRow="0" w:lastRow="0" w:firstColumn="0" w:lastColumn="0" w:oddVBand="0" w:evenVBand="0" w:oddHBand="1" w:evenHBand="0" w:firstRowFirstColumn="0" w:firstRowLastColumn="0" w:lastRowFirstColumn="0" w:lastRowLastColumn="0"/>
            </w:pPr>
            <w:r>
              <w:t>1504</w:t>
            </w:r>
          </w:p>
        </w:tc>
        <w:tc>
          <w:tcPr>
            <w:tcW w:w="2880" w:type="dxa"/>
          </w:tcPr>
          <w:p w14:paraId="3FEC7F71" w14:textId="77777777" w:rsidR="00D71CF0" w:rsidRDefault="00354607">
            <w:pPr>
              <w:cnfStyle w:val="000000100000" w:firstRow="0" w:lastRow="0" w:firstColumn="0" w:lastColumn="0" w:oddVBand="0" w:evenVBand="0" w:oddHBand="1" w:evenHBand="0" w:firstRowFirstColumn="0" w:firstRowLastColumn="0" w:lastRowFirstColumn="0" w:lastRowLastColumn="0"/>
            </w:pPr>
            <w:r>
              <w:t>100.00</w:t>
            </w:r>
          </w:p>
        </w:tc>
      </w:tr>
    </w:tbl>
    <w:p w14:paraId="6D318F57" w14:textId="77777777" w:rsidR="00D71CF0" w:rsidRDefault="00354607">
      <w:pPr>
        <w:pStyle w:val="Balk2"/>
      </w:pPr>
      <w:r>
        <w:t>3.5. Devam Eden Eğitim Programı</w:t>
      </w:r>
    </w:p>
    <w:tbl>
      <w:tblPr>
        <w:tblStyle w:val="AkKlavuz-Vurgu1"/>
        <w:tblW w:w="0" w:type="auto"/>
        <w:tblLook w:val="04A0" w:firstRow="1" w:lastRow="0" w:firstColumn="1" w:lastColumn="0" w:noHBand="0" w:noVBand="1"/>
      </w:tblPr>
      <w:tblGrid>
        <w:gridCol w:w="2874"/>
        <w:gridCol w:w="2873"/>
        <w:gridCol w:w="2873"/>
      </w:tblGrid>
      <w:tr w:rsidR="00D71CF0" w14:paraId="2A89C22E" w14:textId="77777777" w:rsidTr="00D71C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154F89D" w14:textId="77777777" w:rsidR="00D71CF0" w:rsidRDefault="00354607">
            <w:r>
              <w:t>Eğitim Programı</w:t>
            </w:r>
          </w:p>
        </w:tc>
        <w:tc>
          <w:tcPr>
            <w:tcW w:w="2880" w:type="dxa"/>
          </w:tcPr>
          <w:p w14:paraId="53D26A30" w14:textId="77777777" w:rsidR="00D71CF0" w:rsidRDefault="00354607">
            <w:pPr>
              <w:cnfStyle w:val="100000000000" w:firstRow="1" w:lastRow="0" w:firstColumn="0" w:lastColumn="0" w:oddVBand="0" w:evenVBand="0" w:oddHBand="0" w:evenHBand="0" w:firstRowFirstColumn="0" w:firstRowLastColumn="0" w:lastRowFirstColumn="0" w:lastRowLastColumn="0"/>
            </w:pPr>
            <w:r>
              <w:t>Sayı</w:t>
            </w:r>
          </w:p>
        </w:tc>
        <w:tc>
          <w:tcPr>
            <w:tcW w:w="2880" w:type="dxa"/>
          </w:tcPr>
          <w:p w14:paraId="4A409465" w14:textId="77777777" w:rsidR="00D71CF0" w:rsidRDefault="00354607">
            <w:pPr>
              <w:cnfStyle w:val="100000000000" w:firstRow="1" w:lastRow="0" w:firstColumn="0" w:lastColumn="0" w:oddVBand="0" w:evenVBand="0" w:oddHBand="0" w:evenHBand="0" w:firstRowFirstColumn="0" w:firstRowLastColumn="0" w:lastRowFirstColumn="0" w:lastRowLastColumn="0"/>
            </w:pPr>
            <w:r>
              <w:t>Yüzde (%)</w:t>
            </w:r>
          </w:p>
        </w:tc>
      </w:tr>
      <w:tr w:rsidR="00D71CF0" w14:paraId="6E13CED9"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1EB303D" w14:textId="77777777" w:rsidR="00D71CF0" w:rsidRDefault="00354607">
            <w:r>
              <w:t>Yok</w:t>
            </w:r>
          </w:p>
        </w:tc>
        <w:tc>
          <w:tcPr>
            <w:tcW w:w="2880" w:type="dxa"/>
          </w:tcPr>
          <w:p w14:paraId="36A63940" w14:textId="77777777" w:rsidR="00D71CF0" w:rsidRDefault="00354607">
            <w:pPr>
              <w:cnfStyle w:val="000000100000" w:firstRow="0" w:lastRow="0" w:firstColumn="0" w:lastColumn="0" w:oddVBand="0" w:evenVBand="0" w:oddHBand="1" w:evenHBand="0" w:firstRowFirstColumn="0" w:firstRowLastColumn="0" w:lastRowFirstColumn="0" w:lastRowLastColumn="0"/>
            </w:pPr>
            <w:r>
              <w:t>1180</w:t>
            </w:r>
          </w:p>
        </w:tc>
        <w:tc>
          <w:tcPr>
            <w:tcW w:w="2880" w:type="dxa"/>
          </w:tcPr>
          <w:p w14:paraId="21EF22B9" w14:textId="77777777" w:rsidR="00D71CF0" w:rsidRDefault="00354607">
            <w:pPr>
              <w:cnfStyle w:val="000000100000" w:firstRow="0" w:lastRow="0" w:firstColumn="0" w:lastColumn="0" w:oddVBand="0" w:evenVBand="0" w:oddHBand="1" w:evenHBand="0" w:firstRowFirstColumn="0" w:firstRowLastColumn="0" w:lastRowFirstColumn="0" w:lastRowLastColumn="0"/>
            </w:pPr>
            <w:r>
              <w:t>84.41</w:t>
            </w:r>
          </w:p>
        </w:tc>
      </w:tr>
      <w:tr w:rsidR="00D71CF0" w14:paraId="498C09D4" w14:textId="77777777" w:rsidTr="00D71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8F34B27" w14:textId="77777777" w:rsidR="00D71CF0" w:rsidRDefault="00354607">
            <w:r>
              <w:t>Lisans</w:t>
            </w:r>
          </w:p>
        </w:tc>
        <w:tc>
          <w:tcPr>
            <w:tcW w:w="2880" w:type="dxa"/>
          </w:tcPr>
          <w:p w14:paraId="7896D56E" w14:textId="77777777" w:rsidR="00D71CF0" w:rsidRDefault="00354607">
            <w:pPr>
              <w:cnfStyle w:val="000000010000" w:firstRow="0" w:lastRow="0" w:firstColumn="0" w:lastColumn="0" w:oddVBand="0" w:evenVBand="0" w:oddHBand="0" w:evenHBand="1" w:firstRowFirstColumn="0" w:firstRowLastColumn="0" w:lastRowFirstColumn="0" w:lastRowLastColumn="0"/>
            </w:pPr>
            <w:r>
              <w:t>83</w:t>
            </w:r>
          </w:p>
        </w:tc>
        <w:tc>
          <w:tcPr>
            <w:tcW w:w="2880" w:type="dxa"/>
          </w:tcPr>
          <w:p w14:paraId="4D86DAFD" w14:textId="77777777" w:rsidR="00D71CF0" w:rsidRDefault="00354607">
            <w:pPr>
              <w:cnfStyle w:val="000000010000" w:firstRow="0" w:lastRow="0" w:firstColumn="0" w:lastColumn="0" w:oddVBand="0" w:evenVBand="0" w:oddHBand="0" w:evenHBand="1" w:firstRowFirstColumn="0" w:firstRowLastColumn="0" w:lastRowFirstColumn="0" w:lastRowLastColumn="0"/>
            </w:pPr>
            <w:r>
              <w:t>5.94</w:t>
            </w:r>
          </w:p>
        </w:tc>
      </w:tr>
      <w:tr w:rsidR="00D71CF0" w14:paraId="03D9A758"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C61F5C4" w14:textId="77777777" w:rsidR="00D71CF0" w:rsidRDefault="00354607">
            <w:r>
              <w:t>Yüksek Lisans</w:t>
            </w:r>
          </w:p>
        </w:tc>
        <w:tc>
          <w:tcPr>
            <w:tcW w:w="2880" w:type="dxa"/>
          </w:tcPr>
          <w:p w14:paraId="751E1B52" w14:textId="77777777" w:rsidR="00D71CF0" w:rsidRDefault="00354607">
            <w:pPr>
              <w:cnfStyle w:val="000000100000" w:firstRow="0" w:lastRow="0" w:firstColumn="0" w:lastColumn="0" w:oddVBand="0" w:evenVBand="0" w:oddHBand="1" w:evenHBand="0" w:firstRowFirstColumn="0" w:firstRowLastColumn="0" w:lastRowFirstColumn="0" w:lastRowLastColumn="0"/>
            </w:pPr>
            <w:r>
              <w:t>110</w:t>
            </w:r>
          </w:p>
        </w:tc>
        <w:tc>
          <w:tcPr>
            <w:tcW w:w="2880" w:type="dxa"/>
          </w:tcPr>
          <w:p w14:paraId="1F0AFEB2" w14:textId="77777777" w:rsidR="00D71CF0" w:rsidRDefault="00354607">
            <w:pPr>
              <w:cnfStyle w:val="000000100000" w:firstRow="0" w:lastRow="0" w:firstColumn="0" w:lastColumn="0" w:oddVBand="0" w:evenVBand="0" w:oddHBand="1" w:evenHBand="0" w:firstRowFirstColumn="0" w:firstRowLastColumn="0" w:lastRowFirstColumn="0" w:lastRowLastColumn="0"/>
            </w:pPr>
            <w:r>
              <w:t>7.87</w:t>
            </w:r>
          </w:p>
        </w:tc>
      </w:tr>
      <w:tr w:rsidR="00D71CF0" w14:paraId="776AE3FD" w14:textId="77777777" w:rsidTr="00D71CF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FF582AE" w14:textId="77777777" w:rsidR="00D71CF0" w:rsidRDefault="00354607">
            <w:r>
              <w:t>Doktora</w:t>
            </w:r>
          </w:p>
        </w:tc>
        <w:tc>
          <w:tcPr>
            <w:tcW w:w="2880" w:type="dxa"/>
          </w:tcPr>
          <w:p w14:paraId="18A33165" w14:textId="77777777" w:rsidR="00D71CF0" w:rsidRDefault="00354607">
            <w:pPr>
              <w:cnfStyle w:val="000000010000" w:firstRow="0" w:lastRow="0" w:firstColumn="0" w:lastColumn="0" w:oddVBand="0" w:evenVBand="0" w:oddHBand="0" w:evenHBand="1" w:firstRowFirstColumn="0" w:firstRowLastColumn="0" w:lastRowFirstColumn="0" w:lastRowLastColumn="0"/>
            </w:pPr>
            <w:r>
              <w:t>25</w:t>
            </w:r>
          </w:p>
        </w:tc>
        <w:tc>
          <w:tcPr>
            <w:tcW w:w="2880" w:type="dxa"/>
          </w:tcPr>
          <w:p w14:paraId="47AA9D8C" w14:textId="77777777" w:rsidR="00D71CF0" w:rsidRDefault="00354607">
            <w:pPr>
              <w:cnfStyle w:val="000000010000" w:firstRow="0" w:lastRow="0" w:firstColumn="0" w:lastColumn="0" w:oddVBand="0" w:evenVBand="0" w:oddHBand="0" w:evenHBand="1" w:firstRowFirstColumn="0" w:firstRowLastColumn="0" w:lastRowFirstColumn="0" w:lastRowLastColumn="0"/>
            </w:pPr>
            <w:r>
              <w:t>1.79</w:t>
            </w:r>
          </w:p>
        </w:tc>
      </w:tr>
      <w:tr w:rsidR="00D71CF0" w14:paraId="7EF9D19C" w14:textId="77777777" w:rsidTr="00D71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AB962D6" w14:textId="77777777" w:rsidR="00D71CF0" w:rsidRDefault="00354607">
            <w:r>
              <w:t>TOPLAM</w:t>
            </w:r>
          </w:p>
        </w:tc>
        <w:tc>
          <w:tcPr>
            <w:tcW w:w="2880" w:type="dxa"/>
          </w:tcPr>
          <w:p w14:paraId="15118463" w14:textId="77777777" w:rsidR="00D71CF0" w:rsidRDefault="00354607">
            <w:pPr>
              <w:cnfStyle w:val="000000100000" w:firstRow="0" w:lastRow="0" w:firstColumn="0" w:lastColumn="0" w:oddVBand="0" w:evenVBand="0" w:oddHBand="1" w:evenHBand="0" w:firstRowFirstColumn="0" w:firstRowLastColumn="0" w:lastRowFirstColumn="0" w:lastRowLastColumn="0"/>
            </w:pPr>
            <w:r>
              <w:t>1398</w:t>
            </w:r>
          </w:p>
        </w:tc>
        <w:tc>
          <w:tcPr>
            <w:tcW w:w="2880" w:type="dxa"/>
          </w:tcPr>
          <w:p w14:paraId="5C1078DE" w14:textId="77777777" w:rsidR="00D71CF0" w:rsidRDefault="00354607">
            <w:pPr>
              <w:cnfStyle w:val="000000100000" w:firstRow="0" w:lastRow="0" w:firstColumn="0" w:lastColumn="0" w:oddVBand="0" w:evenVBand="0" w:oddHBand="1" w:evenHBand="0" w:firstRowFirstColumn="0" w:firstRowLastColumn="0" w:lastRowFirstColumn="0" w:lastRowLastColumn="0"/>
            </w:pPr>
            <w:r>
              <w:t>100.00</w:t>
            </w:r>
          </w:p>
        </w:tc>
      </w:tr>
    </w:tbl>
    <w:p w14:paraId="08248309" w14:textId="77777777" w:rsidR="00512D8F" w:rsidRDefault="00512D8F" w:rsidP="00512D8F"/>
    <w:p w14:paraId="7BC3A205" w14:textId="7FC490B1" w:rsidR="00512D8F" w:rsidRDefault="008D4C35" w:rsidP="00512D8F">
      <w:pPr>
        <w:pStyle w:val="Balk1"/>
      </w:pPr>
      <w:r>
        <w:t>4</w:t>
      </w:r>
      <w:r w:rsidR="00512D8F">
        <w:t>. GENEL MEMNUNİYET SKORLARI</w:t>
      </w:r>
    </w:p>
    <w:p w14:paraId="1B2B8B09" w14:textId="77777777" w:rsidR="00512D8F" w:rsidRDefault="00512D8F" w:rsidP="00512D8F">
      <w:r>
        <w:t>Bu bölümde ankette yer alan farklı kategorilere göre hesaplanan memnuniyet skorları sunulmaktadır. Tüm skorlar 0-5 arası Likert ölçeğine göre hesaplanmıştır.</w:t>
      </w:r>
    </w:p>
    <w:p w14:paraId="70819D6D" w14:textId="77777777" w:rsidR="00512D8F" w:rsidRDefault="00512D8F" w:rsidP="00512D8F">
      <w:pPr>
        <w:pStyle w:val="Balk2"/>
      </w:pPr>
      <w:r>
        <w:t>1.1. Memnuniyet Skorları Özet Tablosu</w:t>
      </w:r>
    </w:p>
    <w:tbl>
      <w:tblPr>
        <w:tblStyle w:val="AkKlavuz-Vurgu1"/>
        <w:tblW w:w="0" w:type="auto"/>
        <w:tblLook w:val="04A0" w:firstRow="1" w:lastRow="0" w:firstColumn="1" w:lastColumn="0" w:noHBand="0" w:noVBand="1"/>
      </w:tblPr>
      <w:tblGrid>
        <w:gridCol w:w="1452"/>
        <w:gridCol w:w="1436"/>
        <w:gridCol w:w="1433"/>
        <w:gridCol w:w="1435"/>
        <w:gridCol w:w="1432"/>
        <w:gridCol w:w="1432"/>
      </w:tblGrid>
      <w:tr w:rsidR="00512D8F" w14:paraId="4F092525" w14:textId="77777777" w:rsidTr="003546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Pr>
          <w:p w14:paraId="3781518A" w14:textId="77777777" w:rsidR="00512D8F" w:rsidRDefault="00512D8F" w:rsidP="00354607">
            <w:r>
              <w:t>Kategori</w:t>
            </w:r>
          </w:p>
        </w:tc>
        <w:tc>
          <w:tcPr>
            <w:tcW w:w="1440" w:type="dxa"/>
          </w:tcPr>
          <w:p w14:paraId="7721E72F"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Ortalama</w:t>
            </w:r>
          </w:p>
        </w:tc>
        <w:tc>
          <w:tcPr>
            <w:tcW w:w="1440" w:type="dxa"/>
          </w:tcPr>
          <w:p w14:paraId="6AAEDDEC"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Std Sapma</w:t>
            </w:r>
          </w:p>
        </w:tc>
        <w:tc>
          <w:tcPr>
            <w:tcW w:w="1440" w:type="dxa"/>
          </w:tcPr>
          <w:p w14:paraId="51849DA5"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Medyan</w:t>
            </w:r>
          </w:p>
        </w:tc>
        <w:tc>
          <w:tcPr>
            <w:tcW w:w="1440" w:type="dxa"/>
          </w:tcPr>
          <w:p w14:paraId="67A0A6E5"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Min</w:t>
            </w:r>
          </w:p>
        </w:tc>
        <w:tc>
          <w:tcPr>
            <w:tcW w:w="1440" w:type="dxa"/>
          </w:tcPr>
          <w:p w14:paraId="192F84DF"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Max</w:t>
            </w:r>
          </w:p>
        </w:tc>
      </w:tr>
      <w:tr w:rsidR="00512D8F" w14:paraId="682276A9"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Pr>
          <w:p w14:paraId="2CE2D6E2" w14:textId="77777777" w:rsidR="00512D8F" w:rsidRDefault="00512D8F" w:rsidP="00354607">
            <w:r>
              <w:t>Eğitim Kalitesi</w:t>
            </w:r>
          </w:p>
        </w:tc>
        <w:tc>
          <w:tcPr>
            <w:tcW w:w="1440" w:type="dxa"/>
          </w:tcPr>
          <w:p w14:paraId="155A58CC"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3.287/5 (65.74)</w:t>
            </w:r>
          </w:p>
        </w:tc>
        <w:tc>
          <w:tcPr>
            <w:tcW w:w="1440" w:type="dxa"/>
          </w:tcPr>
          <w:p w14:paraId="460D428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1.173</w:t>
            </w:r>
          </w:p>
        </w:tc>
        <w:tc>
          <w:tcPr>
            <w:tcW w:w="1440" w:type="dxa"/>
          </w:tcPr>
          <w:p w14:paraId="05BE2CA2"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3.600</w:t>
            </w:r>
          </w:p>
        </w:tc>
        <w:tc>
          <w:tcPr>
            <w:tcW w:w="1440" w:type="dxa"/>
          </w:tcPr>
          <w:p w14:paraId="6BC2F26E"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0.000</w:t>
            </w:r>
          </w:p>
        </w:tc>
        <w:tc>
          <w:tcPr>
            <w:tcW w:w="1440" w:type="dxa"/>
          </w:tcPr>
          <w:p w14:paraId="30DB4CEA"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5.000</w:t>
            </w:r>
          </w:p>
        </w:tc>
      </w:tr>
      <w:tr w:rsidR="00512D8F" w14:paraId="64A84CD0"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Pr>
          <w:p w14:paraId="0D2F2071" w14:textId="77777777" w:rsidR="00512D8F" w:rsidRDefault="00512D8F" w:rsidP="00354607">
            <w:r>
              <w:t>Eğitim Olanakları</w:t>
            </w:r>
          </w:p>
        </w:tc>
        <w:tc>
          <w:tcPr>
            <w:tcW w:w="1440" w:type="dxa"/>
          </w:tcPr>
          <w:p w14:paraId="63FC49D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3.023/5 (60.46)</w:t>
            </w:r>
          </w:p>
        </w:tc>
        <w:tc>
          <w:tcPr>
            <w:tcW w:w="1440" w:type="dxa"/>
          </w:tcPr>
          <w:p w14:paraId="60AABA0A"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1.045</w:t>
            </w:r>
          </w:p>
        </w:tc>
        <w:tc>
          <w:tcPr>
            <w:tcW w:w="1440" w:type="dxa"/>
          </w:tcPr>
          <w:p w14:paraId="10AFFD28"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3.000</w:t>
            </w:r>
          </w:p>
        </w:tc>
        <w:tc>
          <w:tcPr>
            <w:tcW w:w="1440" w:type="dxa"/>
          </w:tcPr>
          <w:p w14:paraId="4A8FB41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0.000</w:t>
            </w:r>
          </w:p>
        </w:tc>
        <w:tc>
          <w:tcPr>
            <w:tcW w:w="1440" w:type="dxa"/>
          </w:tcPr>
          <w:p w14:paraId="05FD6214"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5.000</w:t>
            </w:r>
          </w:p>
        </w:tc>
      </w:tr>
      <w:tr w:rsidR="00512D8F" w14:paraId="237CC7EB"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Pr>
          <w:p w14:paraId="2797C691" w14:textId="77777777" w:rsidR="00512D8F" w:rsidRDefault="00512D8F" w:rsidP="00354607">
            <w:r>
              <w:t>Kariyer Katkısı</w:t>
            </w:r>
          </w:p>
        </w:tc>
        <w:tc>
          <w:tcPr>
            <w:tcW w:w="1440" w:type="dxa"/>
          </w:tcPr>
          <w:p w14:paraId="04A97DF3"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2.844/5 (56.88)</w:t>
            </w:r>
          </w:p>
        </w:tc>
        <w:tc>
          <w:tcPr>
            <w:tcW w:w="1440" w:type="dxa"/>
          </w:tcPr>
          <w:p w14:paraId="75517B83"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1.192</w:t>
            </w:r>
          </w:p>
        </w:tc>
        <w:tc>
          <w:tcPr>
            <w:tcW w:w="1440" w:type="dxa"/>
          </w:tcPr>
          <w:p w14:paraId="51FC3F2F"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3.000</w:t>
            </w:r>
          </w:p>
        </w:tc>
        <w:tc>
          <w:tcPr>
            <w:tcW w:w="1440" w:type="dxa"/>
          </w:tcPr>
          <w:p w14:paraId="5510CBCF"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0.000</w:t>
            </w:r>
          </w:p>
        </w:tc>
        <w:tc>
          <w:tcPr>
            <w:tcW w:w="1440" w:type="dxa"/>
          </w:tcPr>
          <w:p w14:paraId="0067A6F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5.000</w:t>
            </w:r>
          </w:p>
        </w:tc>
      </w:tr>
      <w:tr w:rsidR="00512D8F" w14:paraId="522F0295"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Pr>
          <w:p w14:paraId="050E3DB8" w14:textId="77777777" w:rsidR="00512D8F" w:rsidRDefault="00512D8F" w:rsidP="00354607">
            <w:r>
              <w:t>Kişisel Gelişim</w:t>
            </w:r>
          </w:p>
        </w:tc>
        <w:tc>
          <w:tcPr>
            <w:tcW w:w="1440" w:type="dxa"/>
          </w:tcPr>
          <w:p w14:paraId="0E627850"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3.390/5 (67.8)</w:t>
            </w:r>
          </w:p>
        </w:tc>
        <w:tc>
          <w:tcPr>
            <w:tcW w:w="1440" w:type="dxa"/>
          </w:tcPr>
          <w:p w14:paraId="72AE5EF0"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1.179</w:t>
            </w:r>
          </w:p>
        </w:tc>
        <w:tc>
          <w:tcPr>
            <w:tcW w:w="1440" w:type="dxa"/>
          </w:tcPr>
          <w:p w14:paraId="267D2123"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3.750</w:t>
            </w:r>
          </w:p>
        </w:tc>
        <w:tc>
          <w:tcPr>
            <w:tcW w:w="1440" w:type="dxa"/>
          </w:tcPr>
          <w:p w14:paraId="296D109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0.000</w:t>
            </w:r>
          </w:p>
        </w:tc>
        <w:tc>
          <w:tcPr>
            <w:tcW w:w="1440" w:type="dxa"/>
          </w:tcPr>
          <w:p w14:paraId="582302C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5.000</w:t>
            </w:r>
          </w:p>
        </w:tc>
      </w:tr>
      <w:tr w:rsidR="00512D8F" w14:paraId="2AC12AE1"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Pr>
          <w:p w14:paraId="7082E9FD" w14:textId="77777777" w:rsidR="00512D8F" w:rsidRDefault="00512D8F" w:rsidP="00354607">
            <w:r>
              <w:t>Genel Eğitim Memnuniyeti (A)</w:t>
            </w:r>
          </w:p>
        </w:tc>
        <w:tc>
          <w:tcPr>
            <w:tcW w:w="1440" w:type="dxa"/>
          </w:tcPr>
          <w:p w14:paraId="6957834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3.136/5 (62.7)</w:t>
            </w:r>
          </w:p>
        </w:tc>
        <w:tc>
          <w:tcPr>
            <w:tcW w:w="1440" w:type="dxa"/>
          </w:tcPr>
          <w:p w14:paraId="5D53F1B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1.024</w:t>
            </w:r>
          </w:p>
        </w:tc>
        <w:tc>
          <w:tcPr>
            <w:tcW w:w="1440" w:type="dxa"/>
          </w:tcPr>
          <w:p w14:paraId="786CD8C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3.263</w:t>
            </w:r>
          </w:p>
        </w:tc>
        <w:tc>
          <w:tcPr>
            <w:tcW w:w="1440" w:type="dxa"/>
          </w:tcPr>
          <w:p w14:paraId="02C5990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0.000</w:t>
            </w:r>
          </w:p>
        </w:tc>
        <w:tc>
          <w:tcPr>
            <w:tcW w:w="1440" w:type="dxa"/>
          </w:tcPr>
          <w:p w14:paraId="718C345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5.000</w:t>
            </w:r>
          </w:p>
        </w:tc>
      </w:tr>
      <w:tr w:rsidR="00512D8F" w14:paraId="7F854449"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Pr>
          <w:p w14:paraId="4F96BD8C" w14:textId="77777777" w:rsidR="00512D8F" w:rsidRDefault="00512D8F" w:rsidP="00354607">
            <w:r>
              <w:t>Genel Memnuniyet (B)</w:t>
            </w:r>
          </w:p>
        </w:tc>
        <w:tc>
          <w:tcPr>
            <w:tcW w:w="1440" w:type="dxa"/>
          </w:tcPr>
          <w:p w14:paraId="64F28C75"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3.319/5 (66.38)</w:t>
            </w:r>
          </w:p>
        </w:tc>
        <w:tc>
          <w:tcPr>
            <w:tcW w:w="1440" w:type="dxa"/>
          </w:tcPr>
          <w:p w14:paraId="48035439"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1.228</w:t>
            </w:r>
          </w:p>
        </w:tc>
        <w:tc>
          <w:tcPr>
            <w:tcW w:w="1440" w:type="dxa"/>
          </w:tcPr>
          <w:p w14:paraId="42C2E1E1"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3.750</w:t>
            </w:r>
          </w:p>
        </w:tc>
        <w:tc>
          <w:tcPr>
            <w:tcW w:w="1440" w:type="dxa"/>
          </w:tcPr>
          <w:p w14:paraId="4960400A"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0.000</w:t>
            </w:r>
          </w:p>
        </w:tc>
        <w:tc>
          <w:tcPr>
            <w:tcW w:w="1440" w:type="dxa"/>
          </w:tcPr>
          <w:p w14:paraId="0C85AE88"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5.000</w:t>
            </w:r>
          </w:p>
        </w:tc>
      </w:tr>
    </w:tbl>
    <w:p w14:paraId="36999D28" w14:textId="77777777" w:rsidR="00512D8F" w:rsidRDefault="00512D8F" w:rsidP="00512D8F"/>
    <w:p w14:paraId="3E2ECC17" w14:textId="77777777" w:rsidR="00512D8F" w:rsidRDefault="00512D8F" w:rsidP="00512D8F">
      <w:r>
        <w:rPr>
          <w:b/>
        </w:rPr>
        <w:t xml:space="preserve">Not: </w:t>
      </w:r>
      <w:r>
        <w:t>Genel Eğitim Memnuniyeti (A), Eğitim Kalitesi, Eğitim Olanakları, Kariyer Katkısı ve Kişisel Gelişim kategorilerinin ortalamasıdır. Genel Memnuniyet (B) ise anketteki genel memnuniyet sorularının ortalamasıdır.</w:t>
      </w:r>
    </w:p>
    <w:p w14:paraId="24586FEA" w14:textId="77777777" w:rsidR="00512D8F" w:rsidRDefault="00512D8F" w:rsidP="00512D8F">
      <w:pPr>
        <w:jc w:val="center"/>
      </w:pPr>
      <w:r>
        <w:rPr>
          <w:noProof/>
        </w:rPr>
        <w:drawing>
          <wp:inline distT="0" distB="0" distL="0" distR="0" wp14:anchorId="6483CF82" wp14:editId="6AC02F38">
            <wp:extent cx="5943600" cy="2951788"/>
            <wp:effectExtent l="0" t="0" r="0" b="0"/>
            <wp:docPr id="1415610328" name="Picture 1" descr="metin, ekran görüntüsü, diyagram, öykü gelişim çizgisi; kumpas; grafiğini çıkarma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610328" name="Picture 1" descr="metin, ekran görüntüsü, diyagram, öykü gelişim çizgisi; kumpas; grafiğini çıkarma içeren bir resim&#10;&#10;Yapay zeka tarafından oluşturulmuş içerik yanlış olabilir."/>
                    <pic:cNvPicPr/>
                  </pic:nvPicPr>
                  <pic:blipFill>
                    <a:blip r:embed="rId13"/>
                    <a:stretch>
                      <a:fillRect/>
                    </a:stretch>
                  </pic:blipFill>
                  <pic:spPr>
                    <a:xfrm>
                      <a:off x="0" y="0"/>
                      <a:ext cx="5943600" cy="2951788"/>
                    </a:xfrm>
                    <a:prstGeom prst="rect">
                      <a:avLst/>
                    </a:prstGeom>
                  </pic:spPr>
                </pic:pic>
              </a:graphicData>
            </a:graphic>
          </wp:inline>
        </w:drawing>
      </w:r>
    </w:p>
    <w:p w14:paraId="6FCA2A83" w14:textId="32EB884E" w:rsidR="00512D8F" w:rsidRDefault="008D4C35" w:rsidP="00512D8F">
      <w:pPr>
        <w:pStyle w:val="Balk1"/>
      </w:pPr>
      <w:r>
        <w:lastRenderedPageBreak/>
        <w:t>5</w:t>
      </w:r>
      <w:r w:rsidR="00512D8F">
        <w:t>. CİNSİYETE GÖRE KARŞILAŞTIRMA</w:t>
      </w:r>
    </w:p>
    <w:p w14:paraId="39CDE0DF" w14:textId="6CC4260B" w:rsidR="00512D8F" w:rsidRDefault="008D4C35" w:rsidP="00512D8F">
      <w:pPr>
        <w:pStyle w:val="Balk2"/>
      </w:pPr>
      <w:r>
        <w:t>5</w:t>
      </w:r>
      <w:r w:rsidR="00512D8F">
        <w:t>.1. Cinsiyete Göre Ortalama Skorlar</w:t>
      </w:r>
    </w:p>
    <w:tbl>
      <w:tblPr>
        <w:tblStyle w:val="AkKlavuz-Vurgu1"/>
        <w:tblW w:w="0" w:type="auto"/>
        <w:tblLook w:val="04A0" w:firstRow="1" w:lastRow="0" w:firstColumn="1" w:lastColumn="0" w:noHBand="0" w:noVBand="1"/>
      </w:tblPr>
      <w:tblGrid>
        <w:gridCol w:w="2157"/>
        <w:gridCol w:w="2154"/>
        <w:gridCol w:w="2155"/>
        <w:gridCol w:w="2154"/>
      </w:tblGrid>
      <w:tr w:rsidR="00512D8F" w14:paraId="6BA6BA96" w14:textId="77777777" w:rsidTr="003546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2A389977" w14:textId="77777777" w:rsidR="00512D8F" w:rsidRDefault="00512D8F" w:rsidP="00354607">
            <w:r>
              <w:t>Kategori</w:t>
            </w:r>
          </w:p>
        </w:tc>
        <w:tc>
          <w:tcPr>
            <w:tcW w:w="2160" w:type="dxa"/>
          </w:tcPr>
          <w:p w14:paraId="58642486"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Cinsiyet</w:t>
            </w:r>
          </w:p>
        </w:tc>
        <w:tc>
          <w:tcPr>
            <w:tcW w:w="2160" w:type="dxa"/>
          </w:tcPr>
          <w:p w14:paraId="14DA0EA9"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Ortalama</w:t>
            </w:r>
          </w:p>
        </w:tc>
        <w:tc>
          <w:tcPr>
            <w:tcW w:w="2160" w:type="dxa"/>
          </w:tcPr>
          <w:p w14:paraId="0C71250A"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Std Sapma</w:t>
            </w:r>
          </w:p>
        </w:tc>
      </w:tr>
      <w:tr w:rsidR="00512D8F" w14:paraId="5AE3E527"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7650F10B" w14:textId="77777777" w:rsidR="00512D8F" w:rsidRDefault="00512D8F" w:rsidP="00354607">
            <w:r>
              <w:t>Eğitim Kalitesi</w:t>
            </w:r>
          </w:p>
        </w:tc>
        <w:tc>
          <w:tcPr>
            <w:tcW w:w="2160" w:type="dxa"/>
          </w:tcPr>
          <w:p w14:paraId="1A3C2A3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Erkek</w:t>
            </w:r>
          </w:p>
        </w:tc>
        <w:tc>
          <w:tcPr>
            <w:tcW w:w="2160" w:type="dxa"/>
          </w:tcPr>
          <w:p w14:paraId="112C0CCC" w14:textId="2962580E" w:rsidR="00512D8F" w:rsidRDefault="00512D8F" w:rsidP="00354607">
            <w:pPr>
              <w:cnfStyle w:val="000000100000" w:firstRow="0" w:lastRow="0" w:firstColumn="0" w:lastColumn="0" w:oddVBand="0" w:evenVBand="0" w:oddHBand="1" w:evenHBand="0" w:firstRowFirstColumn="0" w:firstRowLastColumn="0" w:lastRowFirstColumn="0" w:lastRowLastColumn="0"/>
            </w:pPr>
            <w:r>
              <w:t>3.221</w:t>
            </w:r>
            <w:r w:rsidR="00354607">
              <w:t xml:space="preserve"> (64.42)</w:t>
            </w:r>
          </w:p>
        </w:tc>
        <w:tc>
          <w:tcPr>
            <w:tcW w:w="2160" w:type="dxa"/>
          </w:tcPr>
          <w:p w14:paraId="61F3A3E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1.220</w:t>
            </w:r>
          </w:p>
        </w:tc>
      </w:tr>
      <w:tr w:rsidR="00512D8F" w14:paraId="009F5EBA"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73DAFC41" w14:textId="77777777" w:rsidR="00512D8F" w:rsidRDefault="00512D8F" w:rsidP="00354607">
            <w:r>
              <w:t>Eğitim Kalitesi</w:t>
            </w:r>
          </w:p>
        </w:tc>
        <w:tc>
          <w:tcPr>
            <w:tcW w:w="2160" w:type="dxa"/>
          </w:tcPr>
          <w:p w14:paraId="330C49D1"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Kadın</w:t>
            </w:r>
          </w:p>
        </w:tc>
        <w:tc>
          <w:tcPr>
            <w:tcW w:w="2160" w:type="dxa"/>
          </w:tcPr>
          <w:p w14:paraId="7978A8AB" w14:textId="448062C3" w:rsidR="00512D8F" w:rsidRDefault="00512D8F" w:rsidP="00354607">
            <w:pPr>
              <w:cnfStyle w:val="000000010000" w:firstRow="0" w:lastRow="0" w:firstColumn="0" w:lastColumn="0" w:oddVBand="0" w:evenVBand="0" w:oddHBand="0" w:evenHBand="1" w:firstRowFirstColumn="0" w:firstRowLastColumn="0" w:lastRowFirstColumn="0" w:lastRowLastColumn="0"/>
            </w:pPr>
            <w:r>
              <w:t>3.351</w:t>
            </w:r>
            <w:r w:rsidR="00354607">
              <w:t xml:space="preserve"> (67.02)</w:t>
            </w:r>
          </w:p>
        </w:tc>
        <w:tc>
          <w:tcPr>
            <w:tcW w:w="2160" w:type="dxa"/>
          </w:tcPr>
          <w:p w14:paraId="24EBAED8"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1.122</w:t>
            </w:r>
          </w:p>
        </w:tc>
      </w:tr>
      <w:tr w:rsidR="00512D8F" w14:paraId="0034D8A9"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7D01B944" w14:textId="77777777" w:rsidR="00512D8F" w:rsidRDefault="00512D8F" w:rsidP="00354607">
            <w:r>
              <w:t>Eğitim Olanakları</w:t>
            </w:r>
          </w:p>
        </w:tc>
        <w:tc>
          <w:tcPr>
            <w:tcW w:w="2160" w:type="dxa"/>
          </w:tcPr>
          <w:p w14:paraId="462D72A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Erkek</w:t>
            </w:r>
          </w:p>
        </w:tc>
        <w:tc>
          <w:tcPr>
            <w:tcW w:w="2160" w:type="dxa"/>
          </w:tcPr>
          <w:p w14:paraId="5893FC95" w14:textId="63505AC3" w:rsidR="00512D8F" w:rsidRDefault="00512D8F" w:rsidP="00354607">
            <w:pPr>
              <w:cnfStyle w:val="000000100000" w:firstRow="0" w:lastRow="0" w:firstColumn="0" w:lastColumn="0" w:oddVBand="0" w:evenVBand="0" w:oddHBand="1" w:evenHBand="0" w:firstRowFirstColumn="0" w:firstRowLastColumn="0" w:lastRowFirstColumn="0" w:lastRowLastColumn="0"/>
            </w:pPr>
            <w:r>
              <w:t>3.017</w:t>
            </w:r>
            <w:r w:rsidR="00354607">
              <w:t xml:space="preserve"> (60.34)</w:t>
            </w:r>
          </w:p>
        </w:tc>
        <w:tc>
          <w:tcPr>
            <w:tcW w:w="2160" w:type="dxa"/>
          </w:tcPr>
          <w:p w14:paraId="404DB56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1.058</w:t>
            </w:r>
          </w:p>
        </w:tc>
      </w:tr>
      <w:tr w:rsidR="00512D8F" w14:paraId="24904103"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6686D44" w14:textId="77777777" w:rsidR="00512D8F" w:rsidRDefault="00512D8F" w:rsidP="00354607">
            <w:r>
              <w:t>Eğitim Olanakları</w:t>
            </w:r>
          </w:p>
        </w:tc>
        <w:tc>
          <w:tcPr>
            <w:tcW w:w="2160" w:type="dxa"/>
          </w:tcPr>
          <w:p w14:paraId="6F348113"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Kadın</w:t>
            </w:r>
          </w:p>
        </w:tc>
        <w:tc>
          <w:tcPr>
            <w:tcW w:w="2160" w:type="dxa"/>
          </w:tcPr>
          <w:p w14:paraId="4C48A708" w14:textId="451B21BB" w:rsidR="00512D8F" w:rsidRDefault="00512D8F" w:rsidP="00354607">
            <w:pPr>
              <w:cnfStyle w:val="000000010000" w:firstRow="0" w:lastRow="0" w:firstColumn="0" w:lastColumn="0" w:oddVBand="0" w:evenVBand="0" w:oddHBand="0" w:evenHBand="1" w:firstRowFirstColumn="0" w:firstRowLastColumn="0" w:lastRowFirstColumn="0" w:lastRowLastColumn="0"/>
            </w:pPr>
            <w:r>
              <w:t>3.028</w:t>
            </w:r>
            <w:r w:rsidR="00354607">
              <w:t xml:space="preserve"> (60.56)</w:t>
            </w:r>
          </w:p>
        </w:tc>
        <w:tc>
          <w:tcPr>
            <w:tcW w:w="2160" w:type="dxa"/>
          </w:tcPr>
          <w:p w14:paraId="1A3CAB9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1.033</w:t>
            </w:r>
          </w:p>
        </w:tc>
      </w:tr>
      <w:tr w:rsidR="00512D8F" w14:paraId="582590E0"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4D1AD28D" w14:textId="77777777" w:rsidR="00512D8F" w:rsidRDefault="00512D8F" w:rsidP="00354607">
            <w:r>
              <w:t>Kariyer Katkısı</w:t>
            </w:r>
          </w:p>
        </w:tc>
        <w:tc>
          <w:tcPr>
            <w:tcW w:w="2160" w:type="dxa"/>
          </w:tcPr>
          <w:p w14:paraId="190C497C"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Erkek</w:t>
            </w:r>
          </w:p>
        </w:tc>
        <w:tc>
          <w:tcPr>
            <w:tcW w:w="2160" w:type="dxa"/>
          </w:tcPr>
          <w:p w14:paraId="076BE0DC" w14:textId="305CE187" w:rsidR="00512D8F" w:rsidRDefault="00512D8F" w:rsidP="00354607">
            <w:pPr>
              <w:cnfStyle w:val="000000100000" w:firstRow="0" w:lastRow="0" w:firstColumn="0" w:lastColumn="0" w:oddVBand="0" w:evenVBand="0" w:oddHBand="1" w:evenHBand="0" w:firstRowFirstColumn="0" w:firstRowLastColumn="0" w:lastRowFirstColumn="0" w:lastRowLastColumn="0"/>
            </w:pPr>
            <w:r>
              <w:t>2.804</w:t>
            </w:r>
            <w:r w:rsidR="00354607">
              <w:t xml:space="preserve"> (56.08)</w:t>
            </w:r>
          </w:p>
        </w:tc>
        <w:tc>
          <w:tcPr>
            <w:tcW w:w="2160" w:type="dxa"/>
          </w:tcPr>
          <w:p w14:paraId="509DFDFC"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1.217</w:t>
            </w:r>
          </w:p>
        </w:tc>
      </w:tr>
      <w:tr w:rsidR="00512D8F" w14:paraId="1900A990"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3433C388" w14:textId="77777777" w:rsidR="00512D8F" w:rsidRDefault="00512D8F" w:rsidP="00354607">
            <w:r>
              <w:t>Kariyer Katkısı</w:t>
            </w:r>
          </w:p>
        </w:tc>
        <w:tc>
          <w:tcPr>
            <w:tcW w:w="2160" w:type="dxa"/>
          </w:tcPr>
          <w:p w14:paraId="40E1104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Kadın</w:t>
            </w:r>
          </w:p>
        </w:tc>
        <w:tc>
          <w:tcPr>
            <w:tcW w:w="2160" w:type="dxa"/>
          </w:tcPr>
          <w:p w14:paraId="153B0FED" w14:textId="790E2F12" w:rsidR="00512D8F" w:rsidRDefault="00512D8F" w:rsidP="00354607">
            <w:pPr>
              <w:cnfStyle w:val="000000010000" w:firstRow="0" w:lastRow="0" w:firstColumn="0" w:lastColumn="0" w:oddVBand="0" w:evenVBand="0" w:oddHBand="0" w:evenHBand="1" w:firstRowFirstColumn="0" w:firstRowLastColumn="0" w:lastRowFirstColumn="0" w:lastRowLastColumn="0"/>
            </w:pPr>
            <w:r>
              <w:t>2.883</w:t>
            </w:r>
            <w:r w:rsidR="00354607">
              <w:t xml:space="preserve"> (57.66)</w:t>
            </w:r>
          </w:p>
        </w:tc>
        <w:tc>
          <w:tcPr>
            <w:tcW w:w="2160" w:type="dxa"/>
          </w:tcPr>
          <w:p w14:paraId="15DEA22F"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1.167</w:t>
            </w:r>
          </w:p>
        </w:tc>
      </w:tr>
      <w:tr w:rsidR="00512D8F" w14:paraId="22740F4E"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4975AD8A" w14:textId="77777777" w:rsidR="00512D8F" w:rsidRDefault="00512D8F" w:rsidP="00354607">
            <w:r>
              <w:t>Kişisel Gelişim</w:t>
            </w:r>
          </w:p>
        </w:tc>
        <w:tc>
          <w:tcPr>
            <w:tcW w:w="2160" w:type="dxa"/>
          </w:tcPr>
          <w:p w14:paraId="428F51C3"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Erkek</w:t>
            </w:r>
          </w:p>
        </w:tc>
        <w:tc>
          <w:tcPr>
            <w:tcW w:w="2160" w:type="dxa"/>
          </w:tcPr>
          <w:p w14:paraId="0F407C63" w14:textId="050065B1" w:rsidR="00512D8F" w:rsidRDefault="00512D8F" w:rsidP="00354607">
            <w:pPr>
              <w:cnfStyle w:val="000000100000" w:firstRow="0" w:lastRow="0" w:firstColumn="0" w:lastColumn="0" w:oddVBand="0" w:evenVBand="0" w:oddHBand="1" w:evenHBand="0" w:firstRowFirstColumn="0" w:firstRowLastColumn="0" w:lastRowFirstColumn="0" w:lastRowLastColumn="0"/>
            </w:pPr>
            <w:r>
              <w:t>3.335</w:t>
            </w:r>
            <w:r w:rsidR="00354607">
              <w:t xml:space="preserve"> (66.70)</w:t>
            </w:r>
          </w:p>
        </w:tc>
        <w:tc>
          <w:tcPr>
            <w:tcW w:w="2160" w:type="dxa"/>
          </w:tcPr>
          <w:p w14:paraId="37F08D93"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1.229</w:t>
            </w:r>
          </w:p>
        </w:tc>
      </w:tr>
      <w:tr w:rsidR="00512D8F" w14:paraId="4FEFAB87"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597BE113" w14:textId="77777777" w:rsidR="00512D8F" w:rsidRDefault="00512D8F" w:rsidP="00354607">
            <w:r>
              <w:t>Kişisel Gelişim</w:t>
            </w:r>
          </w:p>
        </w:tc>
        <w:tc>
          <w:tcPr>
            <w:tcW w:w="2160" w:type="dxa"/>
          </w:tcPr>
          <w:p w14:paraId="00768985"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Kadın</w:t>
            </w:r>
          </w:p>
        </w:tc>
        <w:tc>
          <w:tcPr>
            <w:tcW w:w="2160" w:type="dxa"/>
          </w:tcPr>
          <w:p w14:paraId="5E867135" w14:textId="4EC49271" w:rsidR="00512D8F" w:rsidRDefault="00512D8F" w:rsidP="00354607">
            <w:pPr>
              <w:cnfStyle w:val="000000010000" w:firstRow="0" w:lastRow="0" w:firstColumn="0" w:lastColumn="0" w:oddVBand="0" w:evenVBand="0" w:oddHBand="0" w:evenHBand="1" w:firstRowFirstColumn="0" w:firstRowLastColumn="0" w:lastRowFirstColumn="0" w:lastRowLastColumn="0"/>
            </w:pPr>
            <w:r>
              <w:t>3.443</w:t>
            </w:r>
            <w:r w:rsidR="00354607">
              <w:t xml:space="preserve"> (68.86)</w:t>
            </w:r>
          </w:p>
        </w:tc>
        <w:tc>
          <w:tcPr>
            <w:tcW w:w="2160" w:type="dxa"/>
          </w:tcPr>
          <w:p w14:paraId="66B1D971"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1.125</w:t>
            </w:r>
          </w:p>
        </w:tc>
      </w:tr>
      <w:tr w:rsidR="00512D8F" w14:paraId="03D0220F"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38942DF7" w14:textId="77777777" w:rsidR="00512D8F" w:rsidRDefault="00512D8F" w:rsidP="00354607">
            <w:r>
              <w:t>Genel Eğitim Memnuniyeti (A)</w:t>
            </w:r>
          </w:p>
        </w:tc>
        <w:tc>
          <w:tcPr>
            <w:tcW w:w="2160" w:type="dxa"/>
          </w:tcPr>
          <w:p w14:paraId="27B420FE"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Erkek</w:t>
            </w:r>
          </w:p>
        </w:tc>
        <w:tc>
          <w:tcPr>
            <w:tcW w:w="2160" w:type="dxa"/>
          </w:tcPr>
          <w:p w14:paraId="446275F5" w14:textId="55581965" w:rsidR="00512D8F" w:rsidRDefault="00512D8F" w:rsidP="00354607">
            <w:pPr>
              <w:cnfStyle w:val="000000100000" w:firstRow="0" w:lastRow="0" w:firstColumn="0" w:lastColumn="0" w:oddVBand="0" w:evenVBand="0" w:oddHBand="1" w:evenHBand="0" w:firstRowFirstColumn="0" w:firstRowLastColumn="0" w:lastRowFirstColumn="0" w:lastRowLastColumn="0"/>
            </w:pPr>
            <w:r>
              <w:t>3.094</w:t>
            </w:r>
            <w:r w:rsidR="00354607">
              <w:t xml:space="preserve"> (61.88)</w:t>
            </w:r>
          </w:p>
        </w:tc>
        <w:tc>
          <w:tcPr>
            <w:tcW w:w="2160" w:type="dxa"/>
          </w:tcPr>
          <w:p w14:paraId="10540F00"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1.058</w:t>
            </w:r>
          </w:p>
        </w:tc>
      </w:tr>
      <w:tr w:rsidR="00512D8F" w14:paraId="32ABC079"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2B74F9F" w14:textId="77777777" w:rsidR="00512D8F" w:rsidRDefault="00512D8F" w:rsidP="00354607">
            <w:r>
              <w:t>Genel Eğitim Memnuniyeti (A)</w:t>
            </w:r>
          </w:p>
        </w:tc>
        <w:tc>
          <w:tcPr>
            <w:tcW w:w="2160" w:type="dxa"/>
          </w:tcPr>
          <w:p w14:paraId="2D766D1D"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Kadın</w:t>
            </w:r>
          </w:p>
        </w:tc>
        <w:tc>
          <w:tcPr>
            <w:tcW w:w="2160" w:type="dxa"/>
          </w:tcPr>
          <w:p w14:paraId="3344D005" w14:textId="50416F07" w:rsidR="00512D8F" w:rsidRDefault="00512D8F" w:rsidP="00354607">
            <w:pPr>
              <w:cnfStyle w:val="000000010000" w:firstRow="0" w:lastRow="0" w:firstColumn="0" w:lastColumn="0" w:oddVBand="0" w:evenVBand="0" w:oddHBand="0" w:evenHBand="1" w:firstRowFirstColumn="0" w:firstRowLastColumn="0" w:lastRowFirstColumn="0" w:lastRowLastColumn="0"/>
            </w:pPr>
            <w:r>
              <w:t>3.177</w:t>
            </w:r>
            <w:r w:rsidR="00354607">
              <w:t xml:space="preserve"> (63.54)</w:t>
            </w:r>
          </w:p>
        </w:tc>
        <w:tc>
          <w:tcPr>
            <w:tcW w:w="2160" w:type="dxa"/>
          </w:tcPr>
          <w:p w14:paraId="71ED2B87"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0.989</w:t>
            </w:r>
          </w:p>
        </w:tc>
      </w:tr>
      <w:tr w:rsidR="00512D8F" w14:paraId="1136AD42"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203A120" w14:textId="77777777" w:rsidR="00512D8F" w:rsidRDefault="00512D8F" w:rsidP="00354607">
            <w:r>
              <w:t>Genel Memnuniyet (B)</w:t>
            </w:r>
          </w:p>
        </w:tc>
        <w:tc>
          <w:tcPr>
            <w:tcW w:w="2160" w:type="dxa"/>
          </w:tcPr>
          <w:p w14:paraId="604900D2"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Erkek</w:t>
            </w:r>
          </w:p>
        </w:tc>
        <w:tc>
          <w:tcPr>
            <w:tcW w:w="2160" w:type="dxa"/>
          </w:tcPr>
          <w:p w14:paraId="6BB15AF8" w14:textId="6E1BE8BA" w:rsidR="00512D8F" w:rsidRDefault="00512D8F" w:rsidP="00354607">
            <w:pPr>
              <w:cnfStyle w:val="000000100000" w:firstRow="0" w:lastRow="0" w:firstColumn="0" w:lastColumn="0" w:oddVBand="0" w:evenVBand="0" w:oddHBand="1" w:evenHBand="0" w:firstRowFirstColumn="0" w:firstRowLastColumn="0" w:lastRowFirstColumn="0" w:lastRowLastColumn="0"/>
            </w:pPr>
            <w:r>
              <w:t>3.285</w:t>
            </w:r>
            <w:r w:rsidR="00354607">
              <w:t xml:space="preserve"> (65.70)</w:t>
            </w:r>
          </w:p>
        </w:tc>
        <w:tc>
          <w:tcPr>
            <w:tcW w:w="2160" w:type="dxa"/>
          </w:tcPr>
          <w:p w14:paraId="0DFBD56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1.265</w:t>
            </w:r>
          </w:p>
        </w:tc>
      </w:tr>
      <w:tr w:rsidR="00512D8F" w14:paraId="2B1CEA42"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79A17279" w14:textId="77777777" w:rsidR="00512D8F" w:rsidRDefault="00512D8F" w:rsidP="00354607">
            <w:r>
              <w:t>Genel Memnuniyet (B)</w:t>
            </w:r>
          </w:p>
        </w:tc>
        <w:tc>
          <w:tcPr>
            <w:tcW w:w="2160" w:type="dxa"/>
          </w:tcPr>
          <w:p w14:paraId="41B1805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Kadın</w:t>
            </w:r>
          </w:p>
        </w:tc>
        <w:tc>
          <w:tcPr>
            <w:tcW w:w="2160" w:type="dxa"/>
          </w:tcPr>
          <w:p w14:paraId="5194A713" w14:textId="278030F3" w:rsidR="00512D8F" w:rsidRDefault="00512D8F" w:rsidP="00354607">
            <w:pPr>
              <w:cnfStyle w:val="000000010000" w:firstRow="0" w:lastRow="0" w:firstColumn="0" w:lastColumn="0" w:oddVBand="0" w:evenVBand="0" w:oddHBand="0" w:evenHBand="1" w:firstRowFirstColumn="0" w:firstRowLastColumn="0" w:lastRowFirstColumn="0" w:lastRowLastColumn="0"/>
            </w:pPr>
            <w:r>
              <w:t>3.353</w:t>
            </w:r>
            <w:r w:rsidR="00354607">
              <w:t xml:space="preserve"> (67.06)</w:t>
            </w:r>
          </w:p>
        </w:tc>
        <w:tc>
          <w:tcPr>
            <w:tcW w:w="2160" w:type="dxa"/>
          </w:tcPr>
          <w:p w14:paraId="4EDA6336"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1.190</w:t>
            </w:r>
          </w:p>
        </w:tc>
      </w:tr>
    </w:tbl>
    <w:p w14:paraId="0F539F13" w14:textId="2BFAFBA0" w:rsidR="00512D8F" w:rsidRDefault="008D4C35" w:rsidP="00512D8F">
      <w:pPr>
        <w:pStyle w:val="Balk2"/>
      </w:pPr>
      <w:r>
        <w:t>5</w:t>
      </w:r>
      <w:r w:rsidR="00512D8F">
        <w:t>.2. İstatistiksel Test Sonuçları (T-Test)</w:t>
      </w:r>
    </w:p>
    <w:tbl>
      <w:tblPr>
        <w:tblStyle w:val="AkKlavuz-Vurgu1"/>
        <w:tblW w:w="0" w:type="auto"/>
        <w:tblLook w:val="04A0" w:firstRow="1" w:lastRow="0" w:firstColumn="1" w:lastColumn="0" w:noHBand="0" w:noVBand="1"/>
      </w:tblPr>
      <w:tblGrid>
        <w:gridCol w:w="2156"/>
        <w:gridCol w:w="2155"/>
        <w:gridCol w:w="2154"/>
        <w:gridCol w:w="2155"/>
      </w:tblGrid>
      <w:tr w:rsidR="00512D8F" w14:paraId="693FCF60" w14:textId="77777777" w:rsidTr="003546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60A5F1E" w14:textId="77777777" w:rsidR="00512D8F" w:rsidRDefault="00512D8F" w:rsidP="00354607">
            <w:r>
              <w:t>Kategori</w:t>
            </w:r>
          </w:p>
        </w:tc>
        <w:tc>
          <w:tcPr>
            <w:tcW w:w="2160" w:type="dxa"/>
          </w:tcPr>
          <w:p w14:paraId="26EFB2C1"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t-istatistik</w:t>
            </w:r>
          </w:p>
        </w:tc>
        <w:tc>
          <w:tcPr>
            <w:tcW w:w="2160" w:type="dxa"/>
          </w:tcPr>
          <w:p w14:paraId="54A95A13"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p-değeri</w:t>
            </w:r>
          </w:p>
        </w:tc>
        <w:tc>
          <w:tcPr>
            <w:tcW w:w="2160" w:type="dxa"/>
          </w:tcPr>
          <w:p w14:paraId="7FF15B12"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Anlamlı (p&lt;0.05)</w:t>
            </w:r>
          </w:p>
        </w:tc>
      </w:tr>
      <w:tr w:rsidR="00512D8F" w14:paraId="0C22423F"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5003903B" w14:textId="77777777" w:rsidR="00512D8F" w:rsidRDefault="00512D8F" w:rsidP="00354607">
            <w:r>
              <w:t>Eğitim Kalitesi</w:t>
            </w:r>
          </w:p>
        </w:tc>
        <w:tc>
          <w:tcPr>
            <w:tcW w:w="2160" w:type="dxa"/>
          </w:tcPr>
          <w:p w14:paraId="33C1190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-2.167</w:t>
            </w:r>
          </w:p>
        </w:tc>
        <w:tc>
          <w:tcPr>
            <w:tcW w:w="2160" w:type="dxa"/>
          </w:tcPr>
          <w:p w14:paraId="11E9E31C"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0.0304</w:t>
            </w:r>
          </w:p>
        </w:tc>
        <w:tc>
          <w:tcPr>
            <w:tcW w:w="2160" w:type="dxa"/>
          </w:tcPr>
          <w:p w14:paraId="54BA5A2D"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Evet</w:t>
            </w:r>
          </w:p>
        </w:tc>
      </w:tr>
      <w:tr w:rsidR="00512D8F" w14:paraId="69DE2F5B"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95432D2" w14:textId="77777777" w:rsidR="00512D8F" w:rsidRDefault="00512D8F" w:rsidP="00354607">
            <w:r>
              <w:t>Eğitim Olanakları</w:t>
            </w:r>
          </w:p>
        </w:tc>
        <w:tc>
          <w:tcPr>
            <w:tcW w:w="2160" w:type="dxa"/>
          </w:tcPr>
          <w:p w14:paraId="4E2E6427"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-0.219</w:t>
            </w:r>
          </w:p>
        </w:tc>
        <w:tc>
          <w:tcPr>
            <w:tcW w:w="2160" w:type="dxa"/>
          </w:tcPr>
          <w:p w14:paraId="64C4F90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0.8269</w:t>
            </w:r>
          </w:p>
        </w:tc>
        <w:tc>
          <w:tcPr>
            <w:tcW w:w="2160" w:type="dxa"/>
          </w:tcPr>
          <w:p w14:paraId="739302C5"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Hayır</w:t>
            </w:r>
          </w:p>
        </w:tc>
      </w:tr>
      <w:tr w:rsidR="00512D8F" w14:paraId="045C6DE1"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BCBB690" w14:textId="77777777" w:rsidR="00512D8F" w:rsidRDefault="00512D8F" w:rsidP="00354607">
            <w:r>
              <w:t>Kariyer Katkısı</w:t>
            </w:r>
          </w:p>
        </w:tc>
        <w:tc>
          <w:tcPr>
            <w:tcW w:w="2160" w:type="dxa"/>
          </w:tcPr>
          <w:p w14:paraId="2127797F"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-1.296</w:t>
            </w:r>
          </w:p>
        </w:tc>
        <w:tc>
          <w:tcPr>
            <w:tcW w:w="2160" w:type="dxa"/>
          </w:tcPr>
          <w:p w14:paraId="026CC60C"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0.1950</w:t>
            </w:r>
          </w:p>
        </w:tc>
        <w:tc>
          <w:tcPr>
            <w:tcW w:w="2160" w:type="dxa"/>
          </w:tcPr>
          <w:p w14:paraId="21F663B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Hayır</w:t>
            </w:r>
          </w:p>
        </w:tc>
      </w:tr>
      <w:tr w:rsidR="00512D8F" w14:paraId="594093B9"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8F007A9" w14:textId="77777777" w:rsidR="00512D8F" w:rsidRDefault="00512D8F" w:rsidP="00354607">
            <w:r>
              <w:t>Kişisel Gelişim</w:t>
            </w:r>
          </w:p>
        </w:tc>
        <w:tc>
          <w:tcPr>
            <w:tcW w:w="2160" w:type="dxa"/>
          </w:tcPr>
          <w:p w14:paraId="5B62BDB4"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-1.788</w:t>
            </w:r>
          </w:p>
        </w:tc>
        <w:tc>
          <w:tcPr>
            <w:tcW w:w="2160" w:type="dxa"/>
          </w:tcPr>
          <w:p w14:paraId="76147E06"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0.0739</w:t>
            </w:r>
          </w:p>
        </w:tc>
        <w:tc>
          <w:tcPr>
            <w:tcW w:w="2160" w:type="dxa"/>
          </w:tcPr>
          <w:p w14:paraId="0B33B201"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Hayır</w:t>
            </w:r>
          </w:p>
        </w:tc>
      </w:tr>
      <w:tr w:rsidR="00512D8F" w14:paraId="06B94F4B"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D70055D" w14:textId="77777777" w:rsidR="00512D8F" w:rsidRDefault="00512D8F" w:rsidP="00354607">
            <w:r>
              <w:t>Genel Eğitim Memnuniyeti (A)</w:t>
            </w:r>
          </w:p>
        </w:tc>
        <w:tc>
          <w:tcPr>
            <w:tcW w:w="2160" w:type="dxa"/>
          </w:tcPr>
          <w:p w14:paraId="6D8A7C80"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-1.575</w:t>
            </w:r>
          </w:p>
        </w:tc>
        <w:tc>
          <w:tcPr>
            <w:tcW w:w="2160" w:type="dxa"/>
          </w:tcPr>
          <w:p w14:paraId="74D731C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0.1154</w:t>
            </w:r>
          </w:p>
        </w:tc>
        <w:tc>
          <w:tcPr>
            <w:tcW w:w="2160" w:type="dxa"/>
          </w:tcPr>
          <w:p w14:paraId="7E9DCC73"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Hayır</w:t>
            </w:r>
          </w:p>
        </w:tc>
      </w:tr>
      <w:tr w:rsidR="00512D8F" w14:paraId="73734298"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E2398EF" w14:textId="77777777" w:rsidR="00512D8F" w:rsidRDefault="00512D8F" w:rsidP="00354607">
            <w:r>
              <w:t>Genel Memnuniyet (B)</w:t>
            </w:r>
          </w:p>
        </w:tc>
        <w:tc>
          <w:tcPr>
            <w:tcW w:w="2160" w:type="dxa"/>
          </w:tcPr>
          <w:p w14:paraId="06AED481"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-1.077</w:t>
            </w:r>
          </w:p>
        </w:tc>
        <w:tc>
          <w:tcPr>
            <w:tcW w:w="2160" w:type="dxa"/>
          </w:tcPr>
          <w:p w14:paraId="7C1B1DD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0.2816</w:t>
            </w:r>
          </w:p>
        </w:tc>
        <w:tc>
          <w:tcPr>
            <w:tcW w:w="2160" w:type="dxa"/>
          </w:tcPr>
          <w:p w14:paraId="3755D904"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Hayır</w:t>
            </w:r>
          </w:p>
        </w:tc>
      </w:tr>
    </w:tbl>
    <w:p w14:paraId="27CEC0C0" w14:textId="77777777" w:rsidR="00512D8F" w:rsidRDefault="00512D8F" w:rsidP="00512D8F"/>
    <w:p w14:paraId="41C53F38" w14:textId="77777777" w:rsidR="00512D8F" w:rsidRDefault="00512D8F" w:rsidP="00512D8F">
      <w:pPr>
        <w:jc w:val="center"/>
      </w:pPr>
      <w:r>
        <w:rPr>
          <w:noProof/>
        </w:rPr>
        <w:lastRenderedPageBreak/>
        <w:drawing>
          <wp:inline distT="0" distB="0" distL="0" distR="0" wp14:anchorId="71CAA2AB" wp14:editId="69E06869">
            <wp:extent cx="5943600" cy="2954671"/>
            <wp:effectExtent l="0" t="0" r="0" b="0"/>
            <wp:docPr id="1673166333" name="Picture 2" descr="metin, ekran görüntüsü, öykü gelişim çizgisi; kumpas; grafiğini çıkarma, çizg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166333" name="Picture 2" descr="metin, ekran görüntüsü, öykü gelişim çizgisi; kumpas; grafiğini çıkarma, çizgi içeren bir resim&#10;&#10;Yapay zeka tarafından oluşturulmuş içerik yanlış olabilir."/>
                    <pic:cNvPicPr/>
                  </pic:nvPicPr>
                  <pic:blipFill>
                    <a:blip r:embed="rId14"/>
                    <a:stretch>
                      <a:fillRect/>
                    </a:stretch>
                  </pic:blipFill>
                  <pic:spPr>
                    <a:xfrm>
                      <a:off x="0" y="0"/>
                      <a:ext cx="5943600" cy="2954671"/>
                    </a:xfrm>
                    <a:prstGeom prst="rect">
                      <a:avLst/>
                    </a:prstGeom>
                  </pic:spPr>
                </pic:pic>
              </a:graphicData>
            </a:graphic>
          </wp:inline>
        </w:drawing>
      </w:r>
    </w:p>
    <w:p w14:paraId="47172D65" w14:textId="77777777" w:rsidR="00512D8F" w:rsidRDefault="00512D8F" w:rsidP="00512D8F">
      <w:r>
        <w:br w:type="page"/>
      </w:r>
    </w:p>
    <w:p w14:paraId="5F3564AA" w14:textId="027CE65F" w:rsidR="00512D8F" w:rsidRDefault="008D4C35" w:rsidP="00512D8F">
      <w:pPr>
        <w:pStyle w:val="Balk1"/>
      </w:pPr>
      <w:r>
        <w:lastRenderedPageBreak/>
        <w:t>6</w:t>
      </w:r>
      <w:r w:rsidR="00512D8F">
        <w:t>. ÇALIŞMA DURUMUNA GÖRE KARŞILAŞTIRMA</w:t>
      </w:r>
    </w:p>
    <w:p w14:paraId="1E63B9F5" w14:textId="431F20C2" w:rsidR="00512D8F" w:rsidRDefault="008D4C35" w:rsidP="00512D8F">
      <w:pPr>
        <w:pStyle w:val="Balk2"/>
      </w:pPr>
      <w:r>
        <w:t>6</w:t>
      </w:r>
      <w:r w:rsidR="00512D8F">
        <w:t>.1. Çalışma Durumuna Göre Ortalama Skorlar</w:t>
      </w:r>
    </w:p>
    <w:tbl>
      <w:tblPr>
        <w:tblStyle w:val="AkKlavuz-Vurgu1"/>
        <w:tblW w:w="0" w:type="auto"/>
        <w:tblLook w:val="04A0" w:firstRow="1" w:lastRow="0" w:firstColumn="1" w:lastColumn="0" w:noHBand="0" w:noVBand="1"/>
      </w:tblPr>
      <w:tblGrid>
        <w:gridCol w:w="2156"/>
        <w:gridCol w:w="2156"/>
        <w:gridCol w:w="2155"/>
        <w:gridCol w:w="2153"/>
      </w:tblGrid>
      <w:tr w:rsidR="00512D8F" w14:paraId="181B5583" w14:textId="77777777" w:rsidTr="003546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72E1AA91" w14:textId="77777777" w:rsidR="00512D8F" w:rsidRDefault="00512D8F" w:rsidP="00354607">
            <w:r>
              <w:t>Kategori</w:t>
            </w:r>
          </w:p>
        </w:tc>
        <w:tc>
          <w:tcPr>
            <w:tcW w:w="2160" w:type="dxa"/>
          </w:tcPr>
          <w:p w14:paraId="56597037"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Çalışma Durumu</w:t>
            </w:r>
          </w:p>
        </w:tc>
        <w:tc>
          <w:tcPr>
            <w:tcW w:w="2160" w:type="dxa"/>
          </w:tcPr>
          <w:p w14:paraId="4032CB6B"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Ortalama</w:t>
            </w:r>
          </w:p>
        </w:tc>
        <w:tc>
          <w:tcPr>
            <w:tcW w:w="2160" w:type="dxa"/>
          </w:tcPr>
          <w:p w14:paraId="77B28EC0"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Std Sapma</w:t>
            </w:r>
          </w:p>
        </w:tc>
      </w:tr>
      <w:tr w:rsidR="00512D8F" w14:paraId="6E55A34F"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BAC3C82" w14:textId="77777777" w:rsidR="00512D8F" w:rsidRDefault="00512D8F" w:rsidP="00354607">
            <w:r>
              <w:t>Eğitim Kalitesi</w:t>
            </w:r>
          </w:p>
        </w:tc>
        <w:tc>
          <w:tcPr>
            <w:tcW w:w="2160" w:type="dxa"/>
          </w:tcPr>
          <w:p w14:paraId="499A30BA"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Diğer (lütfen belirtin)</w:t>
            </w:r>
          </w:p>
        </w:tc>
        <w:tc>
          <w:tcPr>
            <w:tcW w:w="2160" w:type="dxa"/>
          </w:tcPr>
          <w:p w14:paraId="3B4C1FD2" w14:textId="15E76BD9" w:rsidR="00512D8F" w:rsidRDefault="00512D8F" w:rsidP="00354607">
            <w:pPr>
              <w:cnfStyle w:val="000000100000" w:firstRow="0" w:lastRow="0" w:firstColumn="0" w:lastColumn="0" w:oddVBand="0" w:evenVBand="0" w:oddHBand="1" w:evenHBand="0" w:firstRowFirstColumn="0" w:firstRowLastColumn="0" w:lastRowFirstColumn="0" w:lastRowLastColumn="0"/>
            </w:pPr>
            <w:r>
              <w:t>3.059</w:t>
            </w:r>
            <w:r w:rsidR="00354607">
              <w:t xml:space="preserve"> (61.18)</w:t>
            </w:r>
          </w:p>
        </w:tc>
        <w:tc>
          <w:tcPr>
            <w:tcW w:w="2160" w:type="dxa"/>
          </w:tcPr>
          <w:p w14:paraId="726D835E"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1.096</w:t>
            </w:r>
          </w:p>
        </w:tc>
      </w:tr>
      <w:tr w:rsidR="00512D8F" w14:paraId="3F8DAB6F"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666F8C5" w14:textId="77777777" w:rsidR="00512D8F" w:rsidRDefault="00512D8F" w:rsidP="00354607">
            <w:r>
              <w:t>Eğitim Kalitesi</w:t>
            </w:r>
          </w:p>
        </w:tc>
        <w:tc>
          <w:tcPr>
            <w:tcW w:w="2160" w:type="dxa"/>
          </w:tcPr>
          <w:p w14:paraId="17628D23"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Özel sektörde çalışıyorum</w:t>
            </w:r>
          </w:p>
        </w:tc>
        <w:tc>
          <w:tcPr>
            <w:tcW w:w="2160" w:type="dxa"/>
          </w:tcPr>
          <w:p w14:paraId="3ACD3CF3" w14:textId="1F801F53" w:rsidR="00512D8F" w:rsidRDefault="00512D8F" w:rsidP="00354607">
            <w:pPr>
              <w:cnfStyle w:val="000000010000" w:firstRow="0" w:lastRow="0" w:firstColumn="0" w:lastColumn="0" w:oddVBand="0" w:evenVBand="0" w:oddHBand="0" w:evenHBand="1" w:firstRowFirstColumn="0" w:firstRowLastColumn="0" w:lastRowFirstColumn="0" w:lastRowLastColumn="0"/>
            </w:pPr>
            <w:r>
              <w:t>3.258</w:t>
            </w:r>
            <w:r w:rsidR="00354607">
              <w:t xml:space="preserve"> (65.16)</w:t>
            </w:r>
          </w:p>
        </w:tc>
        <w:tc>
          <w:tcPr>
            <w:tcW w:w="2160" w:type="dxa"/>
          </w:tcPr>
          <w:p w14:paraId="6EA809D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1.147</w:t>
            </w:r>
          </w:p>
        </w:tc>
      </w:tr>
      <w:tr w:rsidR="00512D8F" w14:paraId="795D9CF0"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38F69BC3" w14:textId="77777777" w:rsidR="00512D8F" w:rsidRDefault="00512D8F" w:rsidP="00354607">
            <w:r>
              <w:t>Eğitim Kalitesi</w:t>
            </w:r>
          </w:p>
        </w:tc>
        <w:tc>
          <w:tcPr>
            <w:tcW w:w="2160" w:type="dxa"/>
          </w:tcPr>
          <w:p w14:paraId="67C26AE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İşsiz</w:t>
            </w:r>
          </w:p>
        </w:tc>
        <w:tc>
          <w:tcPr>
            <w:tcW w:w="2160" w:type="dxa"/>
          </w:tcPr>
          <w:p w14:paraId="288BB1FA" w14:textId="50D2883D" w:rsidR="00512D8F" w:rsidRDefault="00512D8F" w:rsidP="00354607">
            <w:pPr>
              <w:cnfStyle w:val="000000100000" w:firstRow="0" w:lastRow="0" w:firstColumn="0" w:lastColumn="0" w:oddVBand="0" w:evenVBand="0" w:oddHBand="1" w:evenHBand="0" w:firstRowFirstColumn="0" w:firstRowLastColumn="0" w:lastRowFirstColumn="0" w:lastRowLastColumn="0"/>
            </w:pPr>
            <w:r>
              <w:t>2.711</w:t>
            </w:r>
            <w:r w:rsidR="00354607">
              <w:t xml:space="preserve"> (54.22)</w:t>
            </w:r>
          </w:p>
        </w:tc>
        <w:tc>
          <w:tcPr>
            <w:tcW w:w="2160" w:type="dxa"/>
          </w:tcPr>
          <w:p w14:paraId="1237950C"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1.193</w:t>
            </w:r>
          </w:p>
        </w:tc>
      </w:tr>
      <w:tr w:rsidR="00512D8F" w14:paraId="746E0C64"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75A8A24" w14:textId="77777777" w:rsidR="00512D8F" w:rsidRDefault="00512D8F" w:rsidP="00354607">
            <w:r>
              <w:t>Eğitim Kalitesi</w:t>
            </w:r>
          </w:p>
        </w:tc>
        <w:tc>
          <w:tcPr>
            <w:tcW w:w="2160" w:type="dxa"/>
          </w:tcPr>
          <w:p w14:paraId="077250BD"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Kamu sektöründe çalışıyorum</w:t>
            </w:r>
          </w:p>
        </w:tc>
        <w:tc>
          <w:tcPr>
            <w:tcW w:w="2160" w:type="dxa"/>
          </w:tcPr>
          <w:p w14:paraId="479004FA" w14:textId="2BE43368" w:rsidR="00512D8F" w:rsidRDefault="00512D8F" w:rsidP="00354607">
            <w:pPr>
              <w:cnfStyle w:val="000000010000" w:firstRow="0" w:lastRow="0" w:firstColumn="0" w:lastColumn="0" w:oddVBand="0" w:evenVBand="0" w:oddHBand="0" w:evenHBand="1" w:firstRowFirstColumn="0" w:firstRowLastColumn="0" w:lastRowFirstColumn="0" w:lastRowLastColumn="0"/>
            </w:pPr>
            <w:r>
              <w:t>3.649</w:t>
            </w:r>
            <w:r w:rsidR="00354607">
              <w:t xml:space="preserve"> (72.98)</w:t>
            </w:r>
          </w:p>
        </w:tc>
        <w:tc>
          <w:tcPr>
            <w:tcW w:w="2160" w:type="dxa"/>
          </w:tcPr>
          <w:p w14:paraId="7B1BCC00"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1.047</w:t>
            </w:r>
          </w:p>
        </w:tc>
      </w:tr>
      <w:tr w:rsidR="00512D8F" w14:paraId="3A5D6C17"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3CDE43DA" w14:textId="77777777" w:rsidR="00512D8F" w:rsidRDefault="00512D8F" w:rsidP="00354607">
            <w:r>
              <w:t>Eğitim Kalitesi</w:t>
            </w:r>
          </w:p>
        </w:tc>
        <w:tc>
          <w:tcPr>
            <w:tcW w:w="2160" w:type="dxa"/>
          </w:tcPr>
          <w:p w14:paraId="35DDCED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Kendi işimde çalışıyorum</w:t>
            </w:r>
          </w:p>
        </w:tc>
        <w:tc>
          <w:tcPr>
            <w:tcW w:w="2160" w:type="dxa"/>
          </w:tcPr>
          <w:p w14:paraId="19552DB5" w14:textId="4B21220F" w:rsidR="00512D8F" w:rsidRDefault="00512D8F" w:rsidP="00354607">
            <w:pPr>
              <w:cnfStyle w:val="000000100000" w:firstRow="0" w:lastRow="0" w:firstColumn="0" w:lastColumn="0" w:oddVBand="0" w:evenVBand="0" w:oddHBand="1" w:evenHBand="0" w:firstRowFirstColumn="0" w:firstRowLastColumn="0" w:lastRowFirstColumn="0" w:lastRowLastColumn="0"/>
            </w:pPr>
            <w:r>
              <w:t>3.444</w:t>
            </w:r>
            <w:r w:rsidR="00354607">
              <w:t xml:space="preserve"> (68.88)</w:t>
            </w:r>
          </w:p>
        </w:tc>
        <w:tc>
          <w:tcPr>
            <w:tcW w:w="2160" w:type="dxa"/>
          </w:tcPr>
          <w:p w14:paraId="73C7282E"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1.168</w:t>
            </w:r>
          </w:p>
        </w:tc>
      </w:tr>
      <w:tr w:rsidR="00512D8F" w14:paraId="567CC1AA"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2D08801B" w14:textId="77777777" w:rsidR="00512D8F" w:rsidRDefault="00512D8F" w:rsidP="00354607">
            <w:r>
              <w:t>Eğitim Olanakları</w:t>
            </w:r>
          </w:p>
        </w:tc>
        <w:tc>
          <w:tcPr>
            <w:tcW w:w="2160" w:type="dxa"/>
          </w:tcPr>
          <w:p w14:paraId="3A2745C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Diğer (lütfen belirtin)</w:t>
            </w:r>
          </w:p>
        </w:tc>
        <w:tc>
          <w:tcPr>
            <w:tcW w:w="2160" w:type="dxa"/>
          </w:tcPr>
          <w:p w14:paraId="0FADB9F1"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2.800</w:t>
            </w:r>
          </w:p>
        </w:tc>
        <w:tc>
          <w:tcPr>
            <w:tcW w:w="2160" w:type="dxa"/>
          </w:tcPr>
          <w:p w14:paraId="16C31EA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1.076</w:t>
            </w:r>
          </w:p>
        </w:tc>
      </w:tr>
      <w:tr w:rsidR="00512D8F" w14:paraId="3D1241BF"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B1E8967" w14:textId="77777777" w:rsidR="00512D8F" w:rsidRDefault="00512D8F" w:rsidP="00354607">
            <w:r>
              <w:t>Eğitim Olanakları</w:t>
            </w:r>
          </w:p>
        </w:tc>
        <w:tc>
          <w:tcPr>
            <w:tcW w:w="2160" w:type="dxa"/>
          </w:tcPr>
          <w:p w14:paraId="2D89E473"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Özel sektörde çalışıyorum</w:t>
            </w:r>
          </w:p>
        </w:tc>
        <w:tc>
          <w:tcPr>
            <w:tcW w:w="2160" w:type="dxa"/>
          </w:tcPr>
          <w:p w14:paraId="1E0DD3D1"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3.032</w:t>
            </w:r>
          </w:p>
        </w:tc>
        <w:tc>
          <w:tcPr>
            <w:tcW w:w="2160" w:type="dxa"/>
          </w:tcPr>
          <w:p w14:paraId="1383A9B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1.016</w:t>
            </w:r>
          </w:p>
        </w:tc>
      </w:tr>
      <w:tr w:rsidR="00512D8F" w14:paraId="6813C4E4"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07110AF" w14:textId="77777777" w:rsidR="00512D8F" w:rsidRDefault="00512D8F" w:rsidP="00354607">
            <w:r>
              <w:t>Eğitim Olanakları</w:t>
            </w:r>
          </w:p>
        </w:tc>
        <w:tc>
          <w:tcPr>
            <w:tcW w:w="2160" w:type="dxa"/>
          </w:tcPr>
          <w:p w14:paraId="0C99CA51"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İşsiz</w:t>
            </w:r>
          </w:p>
        </w:tc>
        <w:tc>
          <w:tcPr>
            <w:tcW w:w="2160" w:type="dxa"/>
          </w:tcPr>
          <w:p w14:paraId="02F3368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2.646</w:t>
            </w:r>
          </w:p>
        </w:tc>
        <w:tc>
          <w:tcPr>
            <w:tcW w:w="2160" w:type="dxa"/>
          </w:tcPr>
          <w:p w14:paraId="477ED73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1.024</w:t>
            </w:r>
          </w:p>
        </w:tc>
      </w:tr>
      <w:tr w:rsidR="00512D8F" w14:paraId="73809632"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59755ECE" w14:textId="77777777" w:rsidR="00512D8F" w:rsidRDefault="00512D8F" w:rsidP="00354607">
            <w:r>
              <w:t>Eğitim Olanakları</w:t>
            </w:r>
          </w:p>
        </w:tc>
        <w:tc>
          <w:tcPr>
            <w:tcW w:w="2160" w:type="dxa"/>
          </w:tcPr>
          <w:p w14:paraId="06C2E7F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Kamu sektöründe çalışıyorum</w:t>
            </w:r>
          </w:p>
        </w:tc>
        <w:tc>
          <w:tcPr>
            <w:tcW w:w="2160" w:type="dxa"/>
          </w:tcPr>
          <w:p w14:paraId="7E49D47B"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3.224</w:t>
            </w:r>
          </w:p>
        </w:tc>
        <w:tc>
          <w:tcPr>
            <w:tcW w:w="2160" w:type="dxa"/>
          </w:tcPr>
          <w:p w14:paraId="7169662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1.025</w:t>
            </w:r>
          </w:p>
        </w:tc>
      </w:tr>
      <w:tr w:rsidR="00512D8F" w14:paraId="16F297A4"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270EE6A4" w14:textId="77777777" w:rsidR="00512D8F" w:rsidRDefault="00512D8F" w:rsidP="00354607">
            <w:r>
              <w:t>Eğitim Olanakları</w:t>
            </w:r>
          </w:p>
        </w:tc>
        <w:tc>
          <w:tcPr>
            <w:tcW w:w="2160" w:type="dxa"/>
          </w:tcPr>
          <w:p w14:paraId="01B2D967"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Kendi işimde çalışıyorum</w:t>
            </w:r>
          </w:p>
        </w:tc>
        <w:tc>
          <w:tcPr>
            <w:tcW w:w="2160" w:type="dxa"/>
          </w:tcPr>
          <w:p w14:paraId="454B044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3.206</w:t>
            </w:r>
          </w:p>
        </w:tc>
        <w:tc>
          <w:tcPr>
            <w:tcW w:w="2160" w:type="dxa"/>
          </w:tcPr>
          <w:p w14:paraId="69EF2886"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1.039</w:t>
            </w:r>
          </w:p>
        </w:tc>
      </w:tr>
      <w:tr w:rsidR="00512D8F" w14:paraId="6D1948AB"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73B024D3" w14:textId="77777777" w:rsidR="00512D8F" w:rsidRDefault="00512D8F" w:rsidP="00354607">
            <w:r>
              <w:t>Kariyer Katkısı</w:t>
            </w:r>
          </w:p>
        </w:tc>
        <w:tc>
          <w:tcPr>
            <w:tcW w:w="2160" w:type="dxa"/>
          </w:tcPr>
          <w:p w14:paraId="47819FF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Diğer (lütfen belirtin)</w:t>
            </w:r>
          </w:p>
        </w:tc>
        <w:tc>
          <w:tcPr>
            <w:tcW w:w="2160" w:type="dxa"/>
          </w:tcPr>
          <w:p w14:paraId="52E2EDE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2.478</w:t>
            </w:r>
          </w:p>
        </w:tc>
        <w:tc>
          <w:tcPr>
            <w:tcW w:w="2160" w:type="dxa"/>
          </w:tcPr>
          <w:p w14:paraId="66CD4D3F"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0.997</w:t>
            </w:r>
          </w:p>
        </w:tc>
      </w:tr>
      <w:tr w:rsidR="00512D8F" w14:paraId="468BE9EA"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7E05BFB4" w14:textId="77777777" w:rsidR="00512D8F" w:rsidRDefault="00512D8F" w:rsidP="00354607">
            <w:r>
              <w:t>Kariyer Katkısı</w:t>
            </w:r>
          </w:p>
        </w:tc>
        <w:tc>
          <w:tcPr>
            <w:tcW w:w="2160" w:type="dxa"/>
          </w:tcPr>
          <w:p w14:paraId="3D9858B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Özel sektörde çalışıyorum</w:t>
            </w:r>
          </w:p>
        </w:tc>
        <w:tc>
          <w:tcPr>
            <w:tcW w:w="2160" w:type="dxa"/>
          </w:tcPr>
          <w:p w14:paraId="188F8BB1"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2.854</w:t>
            </w:r>
          </w:p>
        </w:tc>
        <w:tc>
          <w:tcPr>
            <w:tcW w:w="2160" w:type="dxa"/>
          </w:tcPr>
          <w:p w14:paraId="55EED5C6"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1.148</w:t>
            </w:r>
          </w:p>
        </w:tc>
      </w:tr>
      <w:tr w:rsidR="00512D8F" w14:paraId="2BBF7BB7"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0999FD0" w14:textId="77777777" w:rsidR="00512D8F" w:rsidRDefault="00512D8F" w:rsidP="00354607">
            <w:r>
              <w:t>Kariyer Katkısı</w:t>
            </w:r>
          </w:p>
        </w:tc>
        <w:tc>
          <w:tcPr>
            <w:tcW w:w="2160" w:type="dxa"/>
          </w:tcPr>
          <w:p w14:paraId="20948DF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İşsiz</w:t>
            </w:r>
          </w:p>
        </w:tc>
        <w:tc>
          <w:tcPr>
            <w:tcW w:w="2160" w:type="dxa"/>
          </w:tcPr>
          <w:p w14:paraId="7E16CDF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2.158</w:t>
            </w:r>
          </w:p>
        </w:tc>
        <w:tc>
          <w:tcPr>
            <w:tcW w:w="2160" w:type="dxa"/>
          </w:tcPr>
          <w:p w14:paraId="4BE8598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1.082</w:t>
            </w:r>
          </w:p>
        </w:tc>
      </w:tr>
      <w:tr w:rsidR="00512D8F" w14:paraId="064A70BB"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BF9F5FE" w14:textId="77777777" w:rsidR="00512D8F" w:rsidRDefault="00512D8F" w:rsidP="00354607">
            <w:r>
              <w:t>Kariyer Katkısı</w:t>
            </w:r>
          </w:p>
        </w:tc>
        <w:tc>
          <w:tcPr>
            <w:tcW w:w="2160" w:type="dxa"/>
          </w:tcPr>
          <w:p w14:paraId="6F5EFB4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Kamu sektöründe çalışıyorum</w:t>
            </w:r>
          </w:p>
        </w:tc>
        <w:tc>
          <w:tcPr>
            <w:tcW w:w="2160" w:type="dxa"/>
          </w:tcPr>
          <w:p w14:paraId="29DB6D59"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3.228</w:t>
            </w:r>
          </w:p>
        </w:tc>
        <w:tc>
          <w:tcPr>
            <w:tcW w:w="2160" w:type="dxa"/>
          </w:tcPr>
          <w:p w14:paraId="61FEC7F8"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1.131</w:t>
            </w:r>
          </w:p>
        </w:tc>
      </w:tr>
      <w:tr w:rsidR="00512D8F" w14:paraId="23BB4AF2"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70D35E2B" w14:textId="77777777" w:rsidR="00512D8F" w:rsidRDefault="00512D8F" w:rsidP="00354607">
            <w:r>
              <w:t>Kariyer Katkısı</w:t>
            </w:r>
          </w:p>
        </w:tc>
        <w:tc>
          <w:tcPr>
            <w:tcW w:w="2160" w:type="dxa"/>
          </w:tcPr>
          <w:p w14:paraId="77D0863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Kendi işimde çalışıyorum</w:t>
            </w:r>
          </w:p>
        </w:tc>
        <w:tc>
          <w:tcPr>
            <w:tcW w:w="2160" w:type="dxa"/>
          </w:tcPr>
          <w:p w14:paraId="15B9C9B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3.078</w:t>
            </w:r>
          </w:p>
        </w:tc>
        <w:tc>
          <w:tcPr>
            <w:tcW w:w="2160" w:type="dxa"/>
          </w:tcPr>
          <w:p w14:paraId="137C5450"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1.151</w:t>
            </w:r>
          </w:p>
        </w:tc>
      </w:tr>
      <w:tr w:rsidR="00512D8F" w14:paraId="3B7D15CA"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336DD22" w14:textId="77777777" w:rsidR="00512D8F" w:rsidRDefault="00512D8F" w:rsidP="00354607">
            <w:r>
              <w:t>Kişisel Gelişim</w:t>
            </w:r>
          </w:p>
        </w:tc>
        <w:tc>
          <w:tcPr>
            <w:tcW w:w="2160" w:type="dxa"/>
          </w:tcPr>
          <w:p w14:paraId="4ACE5C89"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Diğer (lütfen belirtin)</w:t>
            </w:r>
          </w:p>
        </w:tc>
        <w:tc>
          <w:tcPr>
            <w:tcW w:w="2160" w:type="dxa"/>
          </w:tcPr>
          <w:p w14:paraId="69C0BEE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3.243</w:t>
            </w:r>
          </w:p>
        </w:tc>
        <w:tc>
          <w:tcPr>
            <w:tcW w:w="2160" w:type="dxa"/>
          </w:tcPr>
          <w:p w14:paraId="226944B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1.124</w:t>
            </w:r>
          </w:p>
        </w:tc>
      </w:tr>
      <w:tr w:rsidR="00512D8F" w14:paraId="5833CA46"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48B9B7E8" w14:textId="77777777" w:rsidR="00512D8F" w:rsidRDefault="00512D8F" w:rsidP="00354607">
            <w:r>
              <w:t>Kişisel Gelişim</w:t>
            </w:r>
          </w:p>
        </w:tc>
        <w:tc>
          <w:tcPr>
            <w:tcW w:w="2160" w:type="dxa"/>
          </w:tcPr>
          <w:p w14:paraId="17D10ABD"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Özel sektörde çalışıyorum</w:t>
            </w:r>
          </w:p>
        </w:tc>
        <w:tc>
          <w:tcPr>
            <w:tcW w:w="2160" w:type="dxa"/>
          </w:tcPr>
          <w:p w14:paraId="4995A4C4"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3.377</w:t>
            </w:r>
          </w:p>
        </w:tc>
        <w:tc>
          <w:tcPr>
            <w:tcW w:w="2160" w:type="dxa"/>
          </w:tcPr>
          <w:p w14:paraId="0CDEBE3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1.167</w:t>
            </w:r>
          </w:p>
        </w:tc>
      </w:tr>
      <w:tr w:rsidR="00512D8F" w14:paraId="0CD85FBE"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55E3C329" w14:textId="77777777" w:rsidR="00512D8F" w:rsidRDefault="00512D8F" w:rsidP="00354607">
            <w:r>
              <w:t>Kişisel Gelişim</w:t>
            </w:r>
          </w:p>
        </w:tc>
        <w:tc>
          <w:tcPr>
            <w:tcW w:w="2160" w:type="dxa"/>
          </w:tcPr>
          <w:p w14:paraId="1DC2CCA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İşsiz</w:t>
            </w:r>
          </w:p>
        </w:tc>
        <w:tc>
          <w:tcPr>
            <w:tcW w:w="2160" w:type="dxa"/>
          </w:tcPr>
          <w:p w14:paraId="55328E9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2.933</w:t>
            </w:r>
          </w:p>
        </w:tc>
        <w:tc>
          <w:tcPr>
            <w:tcW w:w="2160" w:type="dxa"/>
          </w:tcPr>
          <w:p w14:paraId="0F961CB7"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1.256</w:t>
            </w:r>
          </w:p>
        </w:tc>
      </w:tr>
      <w:tr w:rsidR="00512D8F" w14:paraId="185D3220"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3DDA588" w14:textId="77777777" w:rsidR="00512D8F" w:rsidRDefault="00512D8F" w:rsidP="00354607">
            <w:r>
              <w:t>Kişisel Gelişim</w:t>
            </w:r>
          </w:p>
        </w:tc>
        <w:tc>
          <w:tcPr>
            <w:tcW w:w="2160" w:type="dxa"/>
          </w:tcPr>
          <w:p w14:paraId="4924445F"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Kamu sektöründe çalışıyorum</w:t>
            </w:r>
          </w:p>
        </w:tc>
        <w:tc>
          <w:tcPr>
            <w:tcW w:w="2160" w:type="dxa"/>
          </w:tcPr>
          <w:p w14:paraId="0F5FD4EB"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3.650</w:t>
            </w:r>
          </w:p>
        </w:tc>
        <w:tc>
          <w:tcPr>
            <w:tcW w:w="2160" w:type="dxa"/>
          </w:tcPr>
          <w:p w14:paraId="6A77FE21"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1.058</w:t>
            </w:r>
          </w:p>
        </w:tc>
      </w:tr>
      <w:tr w:rsidR="00512D8F" w14:paraId="1ADFCAF3"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4A58ABF3" w14:textId="77777777" w:rsidR="00512D8F" w:rsidRDefault="00512D8F" w:rsidP="00354607">
            <w:r>
              <w:t>Kişisel Gelişim</w:t>
            </w:r>
          </w:p>
        </w:tc>
        <w:tc>
          <w:tcPr>
            <w:tcW w:w="2160" w:type="dxa"/>
          </w:tcPr>
          <w:p w14:paraId="46C95734"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Kendi işimde çalışıyorum</w:t>
            </w:r>
          </w:p>
        </w:tc>
        <w:tc>
          <w:tcPr>
            <w:tcW w:w="2160" w:type="dxa"/>
          </w:tcPr>
          <w:p w14:paraId="35233C2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3.610</w:t>
            </w:r>
          </w:p>
        </w:tc>
        <w:tc>
          <w:tcPr>
            <w:tcW w:w="2160" w:type="dxa"/>
          </w:tcPr>
          <w:p w14:paraId="23C6C0D1"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1.190</w:t>
            </w:r>
          </w:p>
        </w:tc>
      </w:tr>
      <w:tr w:rsidR="00512D8F" w14:paraId="540EB070"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6798886" w14:textId="77777777" w:rsidR="00512D8F" w:rsidRDefault="00512D8F" w:rsidP="00354607">
            <w:r>
              <w:t>Genel Eğitim Memnuniyeti (A)</w:t>
            </w:r>
          </w:p>
        </w:tc>
        <w:tc>
          <w:tcPr>
            <w:tcW w:w="2160" w:type="dxa"/>
          </w:tcPr>
          <w:p w14:paraId="4F7731A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Diğer (lütfen belirtin)</w:t>
            </w:r>
          </w:p>
        </w:tc>
        <w:tc>
          <w:tcPr>
            <w:tcW w:w="2160" w:type="dxa"/>
          </w:tcPr>
          <w:p w14:paraId="2AB8BD9E"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2.895</w:t>
            </w:r>
          </w:p>
        </w:tc>
        <w:tc>
          <w:tcPr>
            <w:tcW w:w="2160" w:type="dxa"/>
          </w:tcPr>
          <w:p w14:paraId="0C4F2A1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0.940</w:t>
            </w:r>
          </w:p>
        </w:tc>
      </w:tr>
      <w:tr w:rsidR="00512D8F" w14:paraId="75CBCD00"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52938ABC" w14:textId="77777777" w:rsidR="00512D8F" w:rsidRDefault="00512D8F" w:rsidP="00354607">
            <w:r>
              <w:t>Genel Eğitim Memnuniyeti (A)</w:t>
            </w:r>
          </w:p>
        </w:tc>
        <w:tc>
          <w:tcPr>
            <w:tcW w:w="2160" w:type="dxa"/>
          </w:tcPr>
          <w:p w14:paraId="013E242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Özel sektörde çalışıyorum</w:t>
            </w:r>
          </w:p>
        </w:tc>
        <w:tc>
          <w:tcPr>
            <w:tcW w:w="2160" w:type="dxa"/>
          </w:tcPr>
          <w:p w14:paraId="47FE3F3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3.130</w:t>
            </w:r>
          </w:p>
        </w:tc>
        <w:tc>
          <w:tcPr>
            <w:tcW w:w="2160" w:type="dxa"/>
          </w:tcPr>
          <w:p w14:paraId="7FCCFB26"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0.997</w:t>
            </w:r>
          </w:p>
        </w:tc>
      </w:tr>
      <w:tr w:rsidR="00512D8F" w14:paraId="1659440B"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26845DEE" w14:textId="77777777" w:rsidR="00512D8F" w:rsidRDefault="00512D8F" w:rsidP="00354607">
            <w:r>
              <w:t>Genel Eğitim Memnuniyeti (A)</w:t>
            </w:r>
          </w:p>
        </w:tc>
        <w:tc>
          <w:tcPr>
            <w:tcW w:w="2160" w:type="dxa"/>
          </w:tcPr>
          <w:p w14:paraId="3F1440B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İşsiz</w:t>
            </w:r>
          </w:p>
        </w:tc>
        <w:tc>
          <w:tcPr>
            <w:tcW w:w="2160" w:type="dxa"/>
          </w:tcPr>
          <w:p w14:paraId="07036A60"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2.614</w:t>
            </w:r>
          </w:p>
        </w:tc>
        <w:tc>
          <w:tcPr>
            <w:tcW w:w="2160" w:type="dxa"/>
          </w:tcPr>
          <w:p w14:paraId="291499B4"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1.003</w:t>
            </w:r>
          </w:p>
        </w:tc>
      </w:tr>
      <w:tr w:rsidR="00512D8F" w14:paraId="4D635F98"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79940F91" w14:textId="77777777" w:rsidR="00512D8F" w:rsidRDefault="00512D8F" w:rsidP="00354607">
            <w:r>
              <w:lastRenderedPageBreak/>
              <w:t>Genel Eğitim Memnuniyeti (A)</w:t>
            </w:r>
          </w:p>
        </w:tc>
        <w:tc>
          <w:tcPr>
            <w:tcW w:w="2160" w:type="dxa"/>
          </w:tcPr>
          <w:p w14:paraId="4026290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Kamu sektöründe çalışıyorum</w:t>
            </w:r>
          </w:p>
        </w:tc>
        <w:tc>
          <w:tcPr>
            <w:tcW w:w="2160" w:type="dxa"/>
          </w:tcPr>
          <w:p w14:paraId="13000AF8"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3.438</w:t>
            </w:r>
          </w:p>
        </w:tc>
        <w:tc>
          <w:tcPr>
            <w:tcW w:w="2160" w:type="dxa"/>
          </w:tcPr>
          <w:p w14:paraId="03B18C63"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0.948</w:t>
            </w:r>
          </w:p>
        </w:tc>
      </w:tr>
      <w:tr w:rsidR="00512D8F" w14:paraId="03CBE1CF"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78573BCF" w14:textId="77777777" w:rsidR="00512D8F" w:rsidRDefault="00512D8F" w:rsidP="00354607">
            <w:r>
              <w:t>Genel Eğitim Memnuniyeti (A)</w:t>
            </w:r>
          </w:p>
        </w:tc>
        <w:tc>
          <w:tcPr>
            <w:tcW w:w="2160" w:type="dxa"/>
          </w:tcPr>
          <w:p w14:paraId="459E5C20"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Kendi işimde çalışıyorum</w:t>
            </w:r>
          </w:p>
        </w:tc>
        <w:tc>
          <w:tcPr>
            <w:tcW w:w="2160" w:type="dxa"/>
          </w:tcPr>
          <w:p w14:paraId="67410F10"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3.335</w:t>
            </w:r>
          </w:p>
        </w:tc>
        <w:tc>
          <w:tcPr>
            <w:tcW w:w="2160" w:type="dxa"/>
          </w:tcPr>
          <w:p w14:paraId="45EBD80A"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0.969</w:t>
            </w:r>
          </w:p>
        </w:tc>
      </w:tr>
      <w:tr w:rsidR="00512D8F" w14:paraId="4F34B7A1"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3FA28470" w14:textId="77777777" w:rsidR="00512D8F" w:rsidRDefault="00512D8F" w:rsidP="00354607">
            <w:r>
              <w:t>Genel Memnuniyet (B)</w:t>
            </w:r>
          </w:p>
        </w:tc>
        <w:tc>
          <w:tcPr>
            <w:tcW w:w="2160" w:type="dxa"/>
          </w:tcPr>
          <w:p w14:paraId="58BF860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Diğer (lütfen belirtin)</w:t>
            </w:r>
          </w:p>
        </w:tc>
        <w:tc>
          <w:tcPr>
            <w:tcW w:w="2160" w:type="dxa"/>
          </w:tcPr>
          <w:p w14:paraId="4686272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3.279</w:t>
            </w:r>
          </w:p>
        </w:tc>
        <w:tc>
          <w:tcPr>
            <w:tcW w:w="2160" w:type="dxa"/>
          </w:tcPr>
          <w:p w14:paraId="239967ED"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1.231</w:t>
            </w:r>
          </w:p>
        </w:tc>
      </w:tr>
      <w:tr w:rsidR="00512D8F" w14:paraId="23A3DBCF"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34756EBC" w14:textId="77777777" w:rsidR="00512D8F" w:rsidRDefault="00512D8F" w:rsidP="00354607">
            <w:r>
              <w:t>Genel Memnuniyet (B)</w:t>
            </w:r>
          </w:p>
        </w:tc>
        <w:tc>
          <w:tcPr>
            <w:tcW w:w="2160" w:type="dxa"/>
          </w:tcPr>
          <w:p w14:paraId="1825F492"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Özel sektörde çalışıyorum</w:t>
            </w:r>
          </w:p>
        </w:tc>
        <w:tc>
          <w:tcPr>
            <w:tcW w:w="2160" w:type="dxa"/>
          </w:tcPr>
          <w:p w14:paraId="03244974"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3.293</w:t>
            </w:r>
          </w:p>
        </w:tc>
        <w:tc>
          <w:tcPr>
            <w:tcW w:w="2160" w:type="dxa"/>
          </w:tcPr>
          <w:p w14:paraId="2222946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1.215</w:t>
            </w:r>
          </w:p>
        </w:tc>
      </w:tr>
      <w:tr w:rsidR="00512D8F" w14:paraId="66127B49"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0345B01" w14:textId="77777777" w:rsidR="00512D8F" w:rsidRDefault="00512D8F" w:rsidP="00354607">
            <w:r>
              <w:t>Genel Memnuniyet (B)</w:t>
            </w:r>
          </w:p>
        </w:tc>
        <w:tc>
          <w:tcPr>
            <w:tcW w:w="2160" w:type="dxa"/>
          </w:tcPr>
          <w:p w14:paraId="53942827"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İşsiz</w:t>
            </w:r>
          </w:p>
        </w:tc>
        <w:tc>
          <w:tcPr>
            <w:tcW w:w="2160" w:type="dxa"/>
          </w:tcPr>
          <w:p w14:paraId="75D5447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2.724</w:t>
            </w:r>
          </w:p>
        </w:tc>
        <w:tc>
          <w:tcPr>
            <w:tcW w:w="2160" w:type="dxa"/>
          </w:tcPr>
          <w:p w14:paraId="11B19E4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1.242</w:t>
            </w:r>
          </w:p>
        </w:tc>
      </w:tr>
      <w:tr w:rsidR="00512D8F" w14:paraId="2FFA0E82"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E1089C4" w14:textId="77777777" w:rsidR="00512D8F" w:rsidRDefault="00512D8F" w:rsidP="00354607">
            <w:r>
              <w:t>Genel Memnuniyet (B)</w:t>
            </w:r>
          </w:p>
        </w:tc>
        <w:tc>
          <w:tcPr>
            <w:tcW w:w="2160" w:type="dxa"/>
          </w:tcPr>
          <w:p w14:paraId="0B8213C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Kamu sektöründe çalışıyorum</w:t>
            </w:r>
          </w:p>
        </w:tc>
        <w:tc>
          <w:tcPr>
            <w:tcW w:w="2160" w:type="dxa"/>
          </w:tcPr>
          <w:p w14:paraId="183D583E"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3.678</w:t>
            </w:r>
          </w:p>
        </w:tc>
        <w:tc>
          <w:tcPr>
            <w:tcW w:w="2160" w:type="dxa"/>
          </w:tcPr>
          <w:p w14:paraId="046EF6AD"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1.084</w:t>
            </w:r>
          </w:p>
        </w:tc>
      </w:tr>
      <w:tr w:rsidR="00512D8F" w14:paraId="6443CFA2"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270B6BE4" w14:textId="77777777" w:rsidR="00512D8F" w:rsidRDefault="00512D8F" w:rsidP="00354607">
            <w:r>
              <w:t>Genel Memnuniyet (B)</w:t>
            </w:r>
          </w:p>
        </w:tc>
        <w:tc>
          <w:tcPr>
            <w:tcW w:w="2160" w:type="dxa"/>
          </w:tcPr>
          <w:p w14:paraId="7C36DB6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Kendi işimde çalışıyorum</w:t>
            </w:r>
          </w:p>
        </w:tc>
        <w:tc>
          <w:tcPr>
            <w:tcW w:w="2160" w:type="dxa"/>
          </w:tcPr>
          <w:p w14:paraId="5F8CB704"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3.471</w:t>
            </w:r>
          </w:p>
        </w:tc>
        <w:tc>
          <w:tcPr>
            <w:tcW w:w="2160" w:type="dxa"/>
          </w:tcPr>
          <w:p w14:paraId="34560D2A"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1.253</w:t>
            </w:r>
          </w:p>
        </w:tc>
      </w:tr>
    </w:tbl>
    <w:p w14:paraId="18816FB7" w14:textId="405D71BF" w:rsidR="00512D8F" w:rsidRDefault="008D4C35" w:rsidP="00512D8F">
      <w:pPr>
        <w:pStyle w:val="Balk2"/>
      </w:pPr>
      <w:r>
        <w:t>6</w:t>
      </w:r>
      <w:r w:rsidR="00512D8F">
        <w:t>.2. İstatistiksel Test Sonuçları (ANOVA)</w:t>
      </w:r>
    </w:p>
    <w:tbl>
      <w:tblPr>
        <w:tblStyle w:val="AkKlavuz-Vurgu1"/>
        <w:tblW w:w="0" w:type="auto"/>
        <w:tblLook w:val="04A0" w:firstRow="1" w:lastRow="0" w:firstColumn="1" w:lastColumn="0" w:noHBand="0" w:noVBand="1"/>
      </w:tblPr>
      <w:tblGrid>
        <w:gridCol w:w="2156"/>
        <w:gridCol w:w="2155"/>
        <w:gridCol w:w="2154"/>
        <w:gridCol w:w="2155"/>
      </w:tblGrid>
      <w:tr w:rsidR="00512D8F" w14:paraId="1F402AF4" w14:textId="77777777" w:rsidTr="003546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38A78E9B" w14:textId="77777777" w:rsidR="00512D8F" w:rsidRDefault="00512D8F" w:rsidP="00354607">
            <w:r>
              <w:t>Kategori</w:t>
            </w:r>
          </w:p>
        </w:tc>
        <w:tc>
          <w:tcPr>
            <w:tcW w:w="2160" w:type="dxa"/>
          </w:tcPr>
          <w:p w14:paraId="0F16A2F5"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F-istatistik</w:t>
            </w:r>
          </w:p>
        </w:tc>
        <w:tc>
          <w:tcPr>
            <w:tcW w:w="2160" w:type="dxa"/>
          </w:tcPr>
          <w:p w14:paraId="727651E4"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p-değeri</w:t>
            </w:r>
          </w:p>
        </w:tc>
        <w:tc>
          <w:tcPr>
            <w:tcW w:w="2160" w:type="dxa"/>
          </w:tcPr>
          <w:p w14:paraId="40307D35"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Anlamlı (p&lt;0.05)</w:t>
            </w:r>
          </w:p>
        </w:tc>
      </w:tr>
      <w:tr w:rsidR="00512D8F" w14:paraId="5FE85687"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7BBC9E2A" w14:textId="77777777" w:rsidR="00512D8F" w:rsidRDefault="00512D8F" w:rsidP="00354607">
            <w:r>
              <w:t>Eğitim Kalitesi</w:t>
            </w:r>
          </w:p>
        </w:tc>
        <w:tc>
          <w:tcPr>
            <w:tcW w:w="2160" w:type="dxa"/>
          </w:tcPr>
          <w:p w14:paraId="0E0CB50F"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36.272</w:t>
            </w:r>
          </w:p>
        </w:tc>
        <w:tc>
          <w:tcPr>
            <w:tcW w:w="2160" w:type="dxa"/>
          </w:tcPr>
          <w:p w14:paraId="188AC76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0.0000</w:t>
            </w:r>
          </w:p>
        </w:tc>
        <w:tc>
          <w:tcPr>
            <w:tcW w:w="2160" w:type="dxa"/>
          </w:tcPr>
          <w:p w14:paraId="1F10BB2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Evet</w:t>
            </w:r>
          </w:p>
        </w:tc>
      </w:tr>
      <w:tr w:rsidR="00512D8F" w14:paraId="40891CE5"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F4C5BF2" w14:textId="77777777" w:rsidR="00512D8F" w:rsidRDefault="00512D8F" w:rsidP="00354607">
            <w:r>
              <w:t>Eğitim Olanakları</w:t>
            </w:r>
          </w:p>
        </w:tc>
        <w:tc>
          <w:tcPr>
            <w:tcW w:w="2160" w:type="dxa"/>
          </w:tcPr>
          <w:p w14:paraId="5F704A20"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17.258</w:t>
            </w:r>
          </w:p>
        </w:tc>
        <w:tc>
          <w:tcPr>
            <w:tcW w:w="2160" w:type="dxa"/>
          </w:tcPr>
          <w:p w14:paraId="71D88729"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0.0000</w:t>
            </w:r>
          </w:p>
        </w:tc>
        <w:tc>
          <w:tcPr>
            <w:tcW w:w="2160" w:type="dxa"/>
          </w:tcPr>
          <w:p w14:paraId="1AC6326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Evet</w:t>
            </w:r>
          </w:p>
        </w:tc>
      </w:tr>
      <w:tr w:rsidR="00512D8F" w14:paraId="318ED55D"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72657DA" w14:textId="77777777" w:rsidR="00512D8F" w:rsidRDefault="00512D8F" w:rsidP="00354607">
            <w:r>
              <w:t>Kariyer Katkısı</w:t>
            </w:r>
          </w:p>
        </w:tc>
        <w:tc>
          <w:tcPr>
            <w:tcW w:w="2160" w:type="dxa"/>
          </w:tcPr>
          <w:p w14:paraId="45053E2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47.539</w:t>
            </w:r>
          </w:p>
        </w:tc>
        <w:tc>
          <w:tcPr>
            <w:tcW w:w="2160" w:type="dxa"/>
          </w:tcPr>
          <w:p w14:paraId="752E56F3"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0.0000</w:t>
            </w:r>
          </w:p>
        </w:tc>
        <w:tc>
          <w:tcPr>
            <w:tcW w:w="2160" w:type="dxa"/>
          </w:tcPr>
          <w:p w14:paraId="0DCAA0FD"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Evet</w:t>
            </w:r>
          </w:p>
        </w:tc>
      </w:tr>
      <w:tr w:rsidR="00512D8F" w14:paraId="6DB39FB7"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4F9C2740" w14:textId="77777777" w:rsidR="00512D8F" w:rsidRDefault="00512D8F" w:rsidP="00354607">
            <w:r>
              <w:t>Kişisel Gelişim</w:t>
            </w:r>
          </w:p>
        </w:tc>
        <w:tc>
          <w:tcPr>
            <w:tcW w:w="2160" w:type="dxa"/>
          </w:tcPr>
          <w:p w14:paraId="349AB39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20.598</w:t>
            </w:r>
          </w:p>
        </w:tc>
        <w:tc>
          <w:tcPr>
            <w:tcW w:w="2160" w:type="dxa"/>
          </w:tcPr>
          <w:p w14:paraId="2DE9876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0.0000</w:t>
            </w:r>
          </w:p>
        </w:tc>
        <w:tc>
          <w:tcPr>
            <w:tcW w:w="2160" w:type="dxa"/>
          </w:tcPr>
          <w:p w14:paraId="72FCF799"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Evet</w:t>
            </w:r>
          </w:p>
        </w:tc>
      </w:tr>
      <w:tr w:rsidR="00512D8F" w14:paraId="76793258"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F03287E" w14:textId="77777777" w:rsidR="00512D8F" w:rsidRDefault="00512D8F" w:rsidP="00354607">
            <w:r>
              <w:t>Genel Eğitim Memnuniyeti (A)</w:t>
            </w:r>
          </w:p>
        </w:tc>
        <w:tc>
          <w:tcPr>
            <w:tcW w:w="2160" w:type="dxa"/>
          </w:tcPr>
          <w:p w14:paraId="57352ABC"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37.309</w:t>
            </w:r>
          </w:p>
        </w:tc>
        <w:tc>
          <w:tcPr>
            <w:tcW w:w="2160" w:type="dxa"/>
          </w:tcPr>
          <w:p w14:paraId="2DB55AA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0.0000</w:t>
            </w:r>
          </w:p>
        </w:tc>
        <w:tc>
          <w:tcPr>
            <w:tcW w:w="2160" w:type="dxa"/>
          </w:tcPr>
          <w:p w14:paraId="21633872"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Evet</w:t>
            </w:r>
          </w:p>
        </w:tc>
      </w:tr>
      <w:tr w:rsidR="00512D8F" w14:paraId="26FE0D7D"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228D5E5F" w14:textId="77777777" w:rsidR="00512D8F" w:rsidRDefault="00512D8F" w:rsidP="00354607">
            <w:r>
              <w:t>Genel Memnuniyet (B)</w:t>
            </w:r>
          </w:p>
        </w:tc>
        <w:tc>
          <w:tcPr>
            <w:tcW w:w="2160" w:type="dxa"/>
          </w:tcPr>
          <w:p w14:paraId="246A147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33.735</w:t>
            </w:r>
          </w:p>
        </w:tc>
        <w:tc>
          <w:tcPr>
            <w:tcW w:w="2160" w:type="dxa"/>
          </w:tcPr>
          <w:p w14:paraId="14A0DF2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0.0000</w:t>
            </w:r>
          </w:p>
        </w:tc>
        <w:tc>
          <w:tcPr>
            <w:tcW w:w="2160" w:type="dxa"/>
          </w:tcPr>
          <w:p w14:paraId="7A9E53B4"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Evet</w:t>
            </w:r>
          </w:p>
        </w:tc>
      </w:tr>
    </w:tbl>
    <w:p w14:paraId="7B5839DE" w14:textId="77777777" w:rsidR="00512D8F" w:rsidRDefault="00512D8F" w:rsidP="00512D8F"/>
    <w:p w14:paraId="02B0E21A" w14:textId="77777777" w:rsidR="00512D8F" w:rsidRDefault="00512D8F" w:rsidP="00512D8F">
      <w:pPr>
        <w:jc w:val="center"/>
      </w:pPr>
      <w:r>
        <w:rPr>
          <w:noProof/>
        </w:rPr>
        <w:drawing>
          <wp:inline distT="0" distB="0" distL="0" distR="0" wp14:anchorId="0241632A" wp14:editId="611261A7">
            <wp:extent cx="5943600" cy="3374320"/>
            <wp:effectExtent l="0" t="0" r="0" b="0"/>
            <wp:docPr id="804144970" name="Picture 3" descr="metin, ekran görüntüsü, çizgi, renklilik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144970" name="Picture 3" descr="metin, ekran görüntüsü, çizgi, renklilik içeren bir resim&#10;&#10;Yapay zeka tarafından oluşturulmuş içerik yanlış olabilir."/>
                    <pic:cNvPicPr/>
                  </pic:nvPicPr>
                  <pic:blipFill>
                    <a:blip r:embed="rId15"/>
                    <a:stretch>
                      <a:fillRect/>
                    </a:stretch>
                  </pic:blipFill>
                  <pic:spPr>
                    <a:xfrm>
                      <a:off x="0" y="0"/>
                      <a:ext cx="5943600" cy="3374320"/>
                    </a:xfrm>
                    <a:prstGeom prst="rect">
                      <a:avLst/>
                    </a:prstGeom>
                  </pic:spPr>
                </pic:pic>
              </a:graphicData>
            </a:graphic>
          </wp:inline>
        </w:drawing>
      </w:r>
    </w:p>
    <w:p w14:paraId="56DEBB03" w14:textId="77777777" w:rsidR="00512D8F" w:rsidRDefault="00512D8F" w:rsidP="00512D8F"/>
    <w:p w14:paraId="39B94B71" w14:textId="732CB02A" w:rsidR="00512D8F" w:rsidRDefault="008D4C35" w:rsidP="00512D8F">
      <w:pPr>
        <w:pStyle w:val="Balk1"/>
      </w:pPr>
      <w:r>
        <w:t>7</w:t>
      </w:r>
      <w:r w:rsidR="00512D8F">
        <w:t>. MEZUN OLUNAN ALAN İLE İLGİLİ İŞTE ÇALIŞMA DURUMUNA GÖRE</w:t>
      </w:r>
    </w:p>
    <w:p w14:paraId="1490075E" w14:textId="0AD0099D" w:rsidR="00512D8F" w:rsidRDefault="008D4C35" w:rsidP="00512D8F">
      <w:pPr>
        <w:pStyle w:val="Balk2"/>
      </w:pPr>
      <w:r>
        <w:t>7</w:t>
      </w:r>
      <w:r w:rsidR="00512D8F">
        <w:t>.1. Alan Uyumuna Göre Ortalama Skorlar</w:t>
      </w:r>
    </w:p>
    <w:tbl>
      <w:tblPr>
        <w:tblStyle w:val="AkKlavuz-Vurgu1"/>
        <w:tblW w:w="0" w:type="auto"/>
        <w:tblLook w:val="04A0" w:firstRow="1" w:lastRow="0" w:firstColumn="1" w:lastColumn="0" w:noHBand="0" w:noVBand="1"/>
      </w:tblPr>
      <w:tblGrid>
        <w:gridCol w:w="2157"/>
        <w:gridCol w:w="2154"/>
        <w:gridCol w:w="2155"/>
        <w:gridCol w:w="2154"/>
      </w:tblGrid>
      <w:tr w:rsidR="00512D8F" w14:paraId="4F37B285" w14:textId="77777777" w:rsidTr="003546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74776867" w14:textId="77777777" w:rsidR="00512D8F" w:rsidRDefault="00512D8F" w:rsidP="00354607">
            <w:r>
              <w:t>Kategori</w:t>
            </w:r>
          </w:p>
        </w:tc>
        <w:tc>
          <w:tcPr>
            <w:tcW w:w="2160" w:type="dxa"/>
          </w:tcPr>
          <w:p w14:paraId="23ED2DA8"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Alan Uyumu</w:t>
            </w:r>
          </w:p>
        </w:tc>
        <w:tc>
          <w:tcPr>
            <w:tcW w:w="2160" w:type="dxa"/>
          </w:tcPr>
          <w:p w14:paraId="5CFD51C8"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Ortalama</w:t>
            </w:r>
          </w:p>
        </w:tc>
        <w:tc>
          <w:tcPr>
            <w:tcW w:w="2160" w:type="dxa"/>
          </w:tcPr>
          <w:p w14:paraId="7D3757FE"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Std Sapma</w:t>
            </w:r>
          </w:p>
        </w:tc>
      </w:tr>
      <w:tr w:rsidR="00512D8F" w14:paraId="38EF9565"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26C86CEA" w14:textId="77777777" w:rsidR="00512D8F" w:rsidRDefault="00512D8F" w:rsidP="00354607">
            <w:r>
              <w:t>Eğitim Kalitesi</w:t>
            </w:r>
          </w:p>
        </w:tc>
        <w:tc>
          <w:tcPr>
            <w:tcW w:w="2160" w:type="dxa"/>
          </w:tcPr>
          <w:p w14:paraId="72070341"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Evet</w:t>
            </w:r>
          </w:p>
        </w:tc>
        <w:tc>
          <w:tcPr>
            <w:tcW w:w="2160" w:type="dxa"/>
          </w:tcPr>
          <w:p w14:paraId="1214C1F0"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3.587</w:t>
            </w:r>
          </w:p>
        </w:tc>
        <w:tc>
          <w:tcPr>
            <w:tcW w:w="2160" w:type="dxa"/>
          </w:tcPr>
          <w:p w14:paraId="4160C843"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1.025</w:t>
            </w:r>
          </w:p>
        </w:tc>
      </w:tr>
      <w:tr w:rsidR="00512D8F" w14:paraId="3C78A915"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5A432279" w14:textId="77777777" w:rsidR="00512D8F" w:rsidRDefault="00512D8F" w:rsidP="00354607">
            <w:r>
              <w:t>Eğitim Kalitesi</w:t>
            </w:r>
          </w:p>
        </w:tc>
        <w:tc>
          <w:tcPr>
            <w:tcW w:w="2160" w:type="dxa"/>
          </w:tcPr>
          <w:p w14:paraId="5C8E738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Hayır</w:t>
            </w:r>
          </w:p>
        </w:tc>
        <w:tc>
          <w:tcPr>
            <w:tcW w:w="2160" w:type="dxa"/>
          </w:tcPr>
          <w:p w14:paraId="5FF37170"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3.043</w:t>
            </w:r>
          </w:p>
        </w:tc>
        <w:tc>
          <w:tcPr>
            <w:tcW w:w="2160" w:type="dxa"/>
          </w:tcPr>
          <w:p w14:paraId="1953BCA4"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1.281</w:t>
            </w:r>
          </w:p>
        </w:tc>
      </w:tr>
      <w:tr w:rsidR="00512D8F" w14:paraId="7A388138"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7BFB6BBC" w14:textId="77777777" w:rsidR="00512D8F" w:rsidRDefault="00512D8F" w:rsidP="00354607">
            <w:r>
              <w:t>Eğitim Olanakları</w:t>
            </w:r>
          </w:p>
        </w:tc>
        <w:tc>
          <w:tcPr>
            <w:tcW w:w="2160" w:type="dxa"/>
          </w:tcPr>
          <w:p w14:paraId="7760F4B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Evet</w:t>
            </w:r>
          </w:p>
        </w:tc>
        <w:tc>
          <w:tcPr>
            <w:tcW w:w="2160" w:type="dxa"/>
          </w:tcPr>
          <w:p w14:paraId="5D99268F"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3.200</w:t>
            </w:r>
          </w:p>
        </w:tc>
        <w:tc>
          <w:tcPr>
            <w:tcW w:w="2160" w:type="dxa"/>
          </w:tcPr>
          <w:p w14:paraId="5769358F"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0.983</w:t>
            </w:r>
          </w:p>
        </w:tc>
      </w:tr>
      <w:tr w:rsidR="00512D8F" w14:paraId="3E66DAAA"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4C22C1D" w14:textId="77777777" w:rsidR="00512D8F" w:rsidRDefault="00512D8F" w:rsidP="00354607">
            <w:r>
              <w:t>Eğitim Olanakları</w:t>
            </w:r>
          </w:p>
        </w:tc>
        <w:tc>
          <w:tcPr>
            <w:tcW w:w="2160" w:type="dxa"/>
          </w:tcPr>
          <w:p w14:paraId="08234E99"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Hayır</w:t>
            </w:r>
          </w:p>
        </w:tc>
        <w:tc>
          <w:tcPr>
            <w:tcW w:w="2160" w:type="dxa"/>
          </w:tcPr>
          <w:p w14:paraId="4D8AF2F0"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2.931</w:t>
            </w:r>
          </w:p>
        </w:tc>
        <w:tc>
          <w:tcPr>
            <w:tcW w:w="2160" w:type="dxa"/>
          </w:tcPr>
          <w:p w14:paraId="6696B33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1.122</w:t>
            </w:r>
          </w:p>
        </w:tc>
      </w:tr>
      <w:tr w:rsidR="00512D8F" w14:paraId="66B5EBDD"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ADF8BBF" w14:textId="77777777" w:rsidR="00512D8F" w:rsidRDefault="00512D8F" w:rsidP="00354607">
            <w:r>
              <w:t>Kariyer Katkısı</w:t>
            </w:r>
          </w:p>
        </w:tc>
        <w:tc>
          <w:tcPr>
            <w:tcW w:w="2160" w:type="dxa"/>
          </w:tcPr>
          <w:p w14:paraId="3D00C5A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Evet</w:t>
            </w:r>
          </w:p>
        </w:tc>
        <w:tc>
          <w:tcPr>
            <w:tcW w:w="2160" w:type="dxa"/>
          </w:tcPr>
          <w:p w14:paraId="61AB520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3.170</w:t>
            </w:r>
          </w:p>
        </w:tc>
        <w:tc>
          <w:tcPr>
            <w:tcW w:w="2160" w:type="dxa"/>
          </w:tcPr>
          <w:p w14:paraId="0477103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1.095</w:t>
            </w:r>
          </w:p>
        </w:tc>
      </w:tr>
      <w:tr w:rsidR="00512D8F" w14:paraId="20965142"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C266DFA" w14:textId="77777777" w:rsidR="00512D8F" w:rsidRDefault="00512D8F" w:rsidP="00354607">
            <w:r>
              <w:t>Kariyer Katkısı</w:t>
            </w:r>
          </w:p>
        </w:tc>
        <w:tc>
          <w:tcPr>
            <w:tcW w:w="2160" w:type="dxa"/>
          </w:tcPr>
          <w:p w14:paraId="1955F0D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Hayır</w:t>
            </w:r>
          </w:p>
        </w:tc>
        <w:tc>
          <w:tcPr>
            <w:tcW w:w="2160" w:type="dxa"/>
          </w:tcPr>
          <w:p w14:paraId="1105BDB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2.658</w:t>
            </w:r>
          </w:p>
        </w:tc>
        <w:tc>
          <w:tcPr>
            <w:tcW w:w="2160" w:type="dxa"/>
          </w:tcPr>
          <w:p w14:paraId="244C5CF1"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1.245</w:t>
            </w:r>
          </w:p>
        </w:tc>
      </w:tr>
      <w:tr w:rsidR="00512D8F" w14:paraId="7AE0294C"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41B8244C" w14:textId="77777777" w:rsidR="00512D8F" w:rsidRDefault="00512D8F" w:rsidP="00354607">
            <w:r>
              <w:t>Kişisel Gelişim</w:t>
            </w:r>
          </w:p>
        </w:tc>
        <w:tc>
          <w:tcPr>
            <w:tcW w:w="2160" w:type="dxa"/>
          </w:tcPr>
          <w:p w14:paraId="505550D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Evet</w:t>
            </w:r>
          </w:p>
        </w:tc>
        <w:tc>
          <w:tcPr>
            <w:tcW w:w="2160" w:type="dxa"/>
          </w:tcPr>
          <w:p w14:paraId="740B7B7B"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3.623</w:t>
            </w:r>
          </w:p>
        </w:tc>
        <w:tc>
          <w:tcPr>
            <w:tcW w:w="2160" w:type="dxa"/>
          </w:tcPr>
          <w:p w14:paraId="778D180A"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1.047</w:t>
            </w:r>
          </w:p>
        </w:tc>
      </w:tr>
      <w:tr w:rsidR="00512D8F" w14:paraId="3DD341D8"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49D3795" w14:textId="77777777" w:rsidR="00512D8F" w:rsidRDefault="00512D8F" w:rsidP="00354607">
            <w:r>
              <w:t>Kişisel Gelişim</w:t>
            </w:r>
          </w:p>
        </w:tc>
        <w:tc>
          <w:tcPr>
            <w:tcW w:w="2160" w:type="dxa"/>
          </w:tcPr>
          <w:p w14:paraId="1E6A030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Hayır</w:t>
            </w:r>
          </w:p>
        </w:tc>
        <w:tc>
          <w:tcPr>
            <w:tcW w:w="2160" w:type="dxa"/>
          </w:tcPr>
          <w:p w14:paraId="64040534"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3.203</w:t>
            </w:r>
          </w:p>
        </w:tc>
        <w:tc>
          <w:tcPr>
            <w:tcW w:w="2160" w:type="dxa"/>
          </w:tcPr>
          <w:p w14:paraId="094882E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1.290</w:t>
            </w:r>
          </w:p>
        </w:tc>
      </w:tr>
      <w:tr w:rsidR="00512D8F" w14:paraId="3FF992B1"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C91D874" w14:textId="77777777" w:rsidR="00512D8F" w:rsidRDefault="00512D8F" w:rsidP="00354607">
            <w:r>
              <w:t>Genel Eğitim Memnuniyeti (A)</w:t>
            </w:r>
          </w:p>
        </w:tc>
        <w:tc>
          <w:tcPr>
            <w:tcW w:w="2160" w:type="dxa"/>
          </w:tcPr>
          <w:p w14:paraId="3229C3F1"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Evet</w:t>
            </w:r>
          </w:p>
        </w:tc>
        <w:tc>
          <w:tcPr>
            <w:tcW w:w="2160" w:type="dxa"/>
          </w:tcPr>
          <w:p w14:paraId="074EBA50"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3.395</w:t>
            </w:r>
          </w:p>
        </w:tc>
        <w:tc>
          <w:tcPr>
            <w:tcW w:w="2160" w:type="dxa"/>
          </w:tcPr>
          <w:p w14:paraId="724E46A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0.910</w:t>
            </w:r>
          </w:p>
        </w:tc>
      </w:tr>
      <w:tr w:rsidR="00512D8F" w14:paraId="6D4FC795"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47D6D49" w14:textId="77777777" w:rsidR="00512D8F" w:rsidRDefault="00512D8F" w:rsidP="00354607">
            <w:r>
              <w:t>Genel Eğitim Memnuniyeti (A)</w:t>
            </w:r>
          </w:p>
        </w:tc>
        <w:tc>
          <w:tcPr>
            <w:tcW w:w="2160" w:type="dxa"/>
          </w:tcPr>
          <w:p w14:paraId="3AD6735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Hayır</w:t>
            </w:r>
          </w:p>
        </w:tc>
        <w:tc>
          <w:tcPr>
            <w:tcW w:w="2160" w:type="dxa"/>
          </w:tcPr>
          <w:p w14:paraId="5012D68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2.959</w:t>
            </w:r>
          </w:p>
        </w:tc>
        <w:tc>
          <w:tcPr>
            <w:tcW w:w="2160" w:type="dxa"/>
          </w:tcPr>
          <w:p w14:paraId="7DBD96D1"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1.120</w:t>
            </w:r>
          </w:p>
        </w:tc>
      </w:tr>
      <w:tr w:rsidR="00512D8F" w14:paraId="50E93BCB"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28A8A27B" w14:textId="77777777" w:rsidR="00512D8F" w:rsidRDefault="00512D8F" w:rsidP="00354607">
            <w:r>
              <w:t>Genel Memnuniyet (B)</w:t>
            </w:r>
          </w:p>
        </w:tc>
        <w:tc>
          <w:tcPr>
            <w:tcW w:w="2160" w:type="dxa"/>
          </w:tcPr>
          <w:p w14:paraId="686E0C31"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Evet</w:t>
            </w:r>
          </w:p>
        </w:tc>
        <w:tc>
          <w:tcPr>
            <w:tcW w:w="2160" w:type="dxa"/>
          </w:tcPr>
          <w:p w14:paraId="60D6A6E4"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3.608</w:t>
            </w:r>
          </w:p>
        </w:tc>
        <w:tc>
          <w:tcPr>
            <w:tcW w:w="2160" w:type="dxa"/>
          </w:tcPr>
          <w:p w14:paraId="25CD52AB"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1.100</w:t>
            </w:r>
          </w:p>
        </w:tc>
      </w:tr>
      <w:tr w:rsidR="00512D8F" w14:paraId="66E20AF1"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EA7B423" w14:textId="77777777" w:rsidR="00512D8F" w:rsidRDefault="00512D8F" w:rsidP="00354607">
            <w:r>
              <w:t>Genel Memnuniyet (B)</w:t>
            </w:r>
          </w:p>
        </w:tc>
        <w:tc>
          <w:tcPr>
            <w:tcW w:w="2160" w:type="dxa"/>
          </w:tcPr>
          <w:p w14:paraId="22B670F1"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Hayır</w:t>
            </w:r>
          </w:p>
        </w:tc>
        <w:tc>
          <w:tcPr>
            <w:tcW w:w="2160" w:type="dxa"/>
          </w:tcPr>
          <w:p w14:paraId="4C17994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3.104</w:t>
            </w:r>
          </w:p>
        </w:tc>
        <w:tc>
          <w:tcPr>
            <w:tcW w:w="2160" w:type="dxa"/>
          </w:tcPr>
          <w:p w14:paraId="40611150"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1.299</w:t>
            </w:r>
          </w:p>
        </w:tc>
      </w:tr>
    </w:tbl>
    <w:p w14:paraId="08CABA70" w14:textId="249F2238" w:rsidR="00512D8F" w:rsidRDefault="008D4C35" w:rsidP="00512D8F">
      <w:pPr>
        <w:pStyle w:val="Balk2"/>
      </w:pPr>
      <w:r>
        <w:t>7</w:t>
      </w:r>
      <w:r w:rsidR="00512D8F">
        <w:t>.2. İstatistiksel Test Sonuçları (T-Test)</w:t>
      </w:r>
    </w:p>
    <w:tbl>
      <w:tblPr>
        <w:tblStyle w:val="AkKlavuz-Vurgu1"/>
        <w:tblW w:w="0" w:type="auto"/>
        <w:tblLook w:val="04A0" w:firstRow="1" w:lastRow="0" w:firstColumn="1" w:lastColumn="0" w:noHBand="0" w:noVBand="1"/>
      </w:tblPr>
      <w:tblGrid>
        <w:gridCol w:w="2156"/>
        <w:gridCol w:w="2155"/>
        <w:gridCol w:w="2154"/>
        <w:gridCol w:w="2155"/>
      </w:tblGrid>
      <w:tr w:rsidR="00512D8F" w14:paraId="27B2A853" w14:textId="77777777" w:rsidTr="003546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45F09F7" w14:textId="77777777" w:rsidR="00512D8F" w:rsidRDefault="00512D8F" w:rsidP="00354607">
            <w:r>
              <w:t>Kategori</w:t>
            </w:r>
          </w:p>
        </w:tc>
        <w:tc>
          <w:tcPr>
            <w:tcW w:w="2160" w:type="dxa"/>
          </w:tcPr>
          <w:p w14:paraId="2D0E3A2C"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t-istatistik</w:t>
            </w:r>
          </w:p>
        </w:tc>
        <w:tc>
          <w:tcPr>
            <w:tcW w:w="2160" w:type="dxa"/>
          </w:tcPr>
          <w:p w14:paraId="15DA83FA"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p-değeri</w:t>
            </w:r>
          </w:p>
        </w:tc>
        <w:tc>
          <w:tcPr>
            <w:tcW w:w="2160" w:type="dxa"/>
          </w:tcPr>
          <w:p w14:paraId="7B05C710"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Anlamlı (p&lt;0.05)</w:t>
            </w:r>
          </w:p>
        </w:tc>
      </w:tr>
      <w:tr w:rsidR="00512D8F" w14:paraId="64CB4BED"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BF04735" w14:textId="77777777" w:rsidR="00512D8F" w:rsidRDefault="00512D8F" w:rsidP="00354607">
            <w:r>
              <w:t>Eğitim Kalitesi</w:t>
            </w:r>
          </w:p>
        </w:tc>
        <w:tc>
          <w:tcPr>
            <w:tcW w:w="2160" w:type="dxa"/>
          </w:tcPr>
          <w:p w14:paraId="1BE86192"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nan</w:t>
            </w:r>
          </w:p>
        </w:tc>
        <w:tc>
          <w:tcPr>
            <w:tcW w:w="2160" w:type="dxa"/>
          </w:tcPr>
          <w:p w14:paraId="3CF3E30C"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nan</w:t>
            </w:r>
          </w:p>
        </w:tc>
        <w:tc>
          <w:tcPr>
            <w:tcW w:w="2160" w:type="dxa"/>
          </w:tcPr>
          <w:p w14:paraId="735A285C"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Hayır</w:t>
            </w:r>
          </w:p>
        </w:tc>
      </w:tr>
      <w:tr w:rsidR="00512D8F" w14:paraId="208D009D"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62CC2B3" w14:textId="77777777" w:rsidR="00512D8F" w:rsidRDefault="00512D8F" w:rsidP="00354607">
            <w:r>
              <w:t>Eğitim Olanakları</w:t>
            </w:r>
          </w:p>
        </w:tc>
        <w:tc>
          <w:tcPr>
            <w:tcW w:w="2160" w:type="dxa"/>
          </w:tcPr>
          <w:p w14:paraId="5E3633AD"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nan</w:t>
            </w:r>
          </w:p>
        </w:tc>
        <w:tc>
          <w:tcPr>
            <w:tcW w:w="2160" w:type="dxa"/>
          </w:tcPr>
          <w:p w14:paraId="60696E34"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nan</w:t>
            </w:r>
          </w:p>
        </w:tc>
        <w:tc>
          <w:tcPr>
            <w:tcW w:w="2160" w:type="dxa"/>
          </w:tcPr>
          <w:p w14:paraId="47B5B27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Hayır</w:t>
            </w:r>
          </w:p>
        </w:tc>
      </w:tr>
      <w:tr w:rsidR="00512D8F" w14:paraId="0A200579"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5C5D3809" w14:textId="77777777" w:rsidR="00512D8F" w:rsidRDefault="00512D8F" w:rsidP="00354607">
            <w:r>
              <w:t>Kariyer Katkısı</w:t>
            </w:r>
          </w:p>
        </w:tc>
        <w:tc>
          <w:tcPr>
            <w:tcW w:w="2160" w:type="dxa"/>
          </w:tcPr>
          <w:p w14:paraId="7F3BA98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nan</w:t>
            </w:r>
          </w:p>
        </w:tc>
        <w:tc>
          <w:tcPr>
            <w:tcW w:w="2160" w:type="dxa"/>
          </w:tcPr>
          <w:p w14:paraId="2EE38E5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nan</w:t>
            </w:r>
          </w:p>
        </w:tc>
        <w:tc>
          <w:tcPr>
            <w:tcW w:w="2160" w:type="dxa"/>
          </w:tcPr>
          <w:p w14:paraId="6AD8617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Hayır</w:t>
            </w:r>
          </w:p>
        </w:tc>
      </w:tr>
      <w:tr w:rsidR="00512D8F" w14:paraId="212F01B1"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97EB486" w14:textId="77777777" w:rsidR="00512D8F" w:rsidRDefault="00512D8F" w:rsidP="00354607">
            <w:r>
              <w:t>Kişisel Gelişim</w:t>
            </w:r>
          </w:p>
        </w:tc>
        <w:tc>
          <w:tcPr>
            <w:tcW w:w="2160" w:type="dxa"/>
          </w:tcPr>
          <w:p w14:paraId="5CE029A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nan</w:t>
            </w:r>
          </w:p>
        </w:tc>
        <w:tc>
          <w:tcPr>
            <w:tcW w:w="2160" w:type="dxa"/>
          </w:tcPr>
          <w:p w14:paraId="1EABF079"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nan</w:t>
            </w:r>
          </w:p>
        </w:tc>
        <w:tc>
          <w:tcPr>
            <w:tcW w:w="2160" w:type="dxa"/>
          </w:tcPr>
          <w:p w14:paraId="453519E3"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Hayır</w:t>
            </w:r>
          </w:p>
        </w:tc>
      </w:tr>
      <w:tr w:rsidR="00512D8F" w14:paraId="0A36AA41"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2360B02E" w14:textId="77777777" w:rsidR="00512D8F" w:rsidRDefault="00512D8F" w:rsidP="00354607">
            <w:r>
              <w:t>Genel Eğitim Memnuniyeti (A)</w:t>
            </w:r>
          </w:p>
        </w:tc>
        <w:tc>
          <w:tcPr>
            <w:tcW w:w="2160" w:type="dxa"/>
          </w:tcPr>
          <w:p w14:paraId="4F53961F"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nan</w:t>
            </w:r>
          </w:p>
        </w:tc>
        <w:tc>
          <w:tcPr>
            <w:tcW w:w="2160" w:type="dxa"/>
          </w:tcPr>
          <w:p w14:paraId="54B3130E"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nan</w:t>
            </w:r>
          </w:p>
        </w:tc>
        <w:tc>
          <w:tcPr>
            <w:tcW w:w="2160" w:type="dxa"/>
          </w:tcPr>
          <w:p w14:paraId="74EEDA3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Hayır</w:t>
            </w:r>
          </w:p>
        </w:tc>
      </w:tr>
      <w:tr w:rsidR="00512D8F" w14:paraId="12796F08"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E2E48AA" w14:textId="77777777" w:rsidR="00512D8F" w:rsidRDefault="00512D8F" w:rsidP="00354607">
            <w:r>
              <w:t>Genel Memnuniyet (B)</w:t>
            </w:r>
          </w:p>
        </w:tc>
        <w:tc>
          <w:tcPr>
            <w:tcW w:w="2160" w:type="dxa"/>
          </w:tcPr>
          <w:p w14:paraId="00A6A5C9"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nan</w:t>
            </w:r>
          </w:p>
        </w:tc>
        <w:tc>
          <w:tcPr>
            <w:tcW w:w="2160" w:type="dxa"/>
          </w:tcPr>
          <w:p w14:paraId="1432C599"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nan</w:t>
            </w:r>
          </w:p>
        </w:tc>
        <w:tc>
          <w:tcPr>
            <w:tcW w:w="2160" w:type="dxa"/>
          </w:tcPr>
          <w:p w14:paraId="7AD32D2F"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Hayır</w:t>
            </w:r>
          </w:p>
        </w:tc>
      </w:tr>
    </w:tbl>
    <w:p w14:paraId="57A54705" w14:textId="77777777" w:rsidR="00512D8F" w:rsidRDefault="00512D8F" w:rsidP="00512D8F"/>
    <w:p w14:paraId="7AA25EBC" w14:textId="77777777" w:rsidR="00512D8F" w:rsidRDefault="00512D8F" w:rsidP="00512D8F">
      <w:pPr>
        <w:jc w:val="center"/>
      </w:pPr>
      <w:r>
        <w:rPr>
          <w:noProof/>
        </w:rPr>
        <w:lastRenderedPageBreak/>
        <w:drawing>
          <wp:inline distT="0" distB="0" distL="0" distR="0" wp14:anchorId="2A4DE930" wp14:editId="193937E2">
            <wp:extent cx="5943600" cy="2968215"/>
            <wp:effectExtent l="0" t="0" r="0" b="0"/>
            <wp:docPr id="1374666960" name="Picture 4" descr="metin, ekran görüntüsü, öykü gelişim çizgisi; kumpas; grafiğini çıkarma, çizg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666960" name="Picture 4" descr="metin, ekran görüntüsü, öykü gelişim çizgisi; kumpas; grafiğini çıkarma, çizgi içeren bir resim&#10;&#10;Yapay zeka tarafından oluşturulmuş içerik yanlış olabilir."/>
                    <pic:cNvPicPr/>
                  </pic:nvPicPr>
                  <pic:blipFill>
                    <a:blip r:embed="rId16"/>
                    <a:stretch>
                      <a:fillRect/>
                    </a:stretch>
                  </pic:blipFill>
                  <pic:spPr>
                    <a:xfrm>
                      <a:off x="0" y="0"/>
                      <a:ext cx="5943600" cy="2968215"/>
                    </a:xfrm>
                    <a:prstGeom prst="rect">
                      <a:avLst/>
                    </a:prstGeom>
                  </pic:spPr>
                </pic:pic>
              </a:graphicData>
            </a:graphic>
          </wp:inline>
        </w:drawing>
      </w:r>
    </w:p>
    <w:p w14:paraId="42193CEC" w14:textId="77777777" w:rsidR="00512D8F" w:rsidRDefault="00512D8F" w:rsidP="00512D8F">
      <w:r>
        <w:br w:type="page"/>
      </w:r>
    </w:p>
    <w:p w14:paraId="5D42EF7E" w14:textId="303CA097" w:rsidR="00512D8F" w:rsidRDefault="008D4C35" w:rsidP="00512D8F">
      <w:pPr>
        <w:pStyle w:val="Balk1"/>
      </w:pPr>
      <w:r>
        <w:lastRenderedPageBreak/>
        <w:t>8</w:t>
      </w:r>
      <w:r w:rsidR="00512D8F">
        <w:t>. MEZUNİYET YILINA GÖRE KARŞILAŞTIRMA</w:t>
      </w:r>
    </w:p>
    <w:p w14:paraId="6BEA92BB" w14:textId="3973B7C8" w:rsidR="00512D8F" w:rsidRDefault="008D4C35" w:rsidP="00512D8F">
      <w:pPr>
        <w:pStyle w:val="Balk2"/>
      </w:pPr>
      <w:r>
        <w:t>8</w:t>
      </w:r>
      <w:r w:rsidR="00512D8F">
        <w:t>.1. Mezuniyet Yılına Göre Ortalama Skorlar</w:t>
      </w:r>
    </w:p>
    <w:tbl>
      <w:tblPr>
        <w:tblStyle w:val="AkKlavuz-Vurgu1"/>
        <w:tblW w:w="0" w:type="auto"/>
        <w:tblLook w:val="04A0" w:firstRow="1" w:lastRow="0" w:firstColumn="1" w:lastColumn="0" w:noHBand="0" w:noVBand="1"/>
      </w:tblPr>
      <w:tblGrid>
        <w:gridCol w:w="2156"/>
        <w:gridCol w:w="2155"/>
        <w:gridCol w:w="2155"/>
        <w:gridCol w:w="2154"/>
      </w:tblGrid>
      <w:tr w:rsidR="00512D8F" w14:paraId="6337F868" w14:textId="77777777" w:rsidTr="003546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210C0799" w14:textId="77777777" w:rsidR="00512D8F" w:rsidRDefault="00512D8F" w:rsidP="00354607">
            <w:r>
              <w:t>Kategori</w:t>
            </w:r>
          </w:p>
        </w:tc>
        <w:tc>
          <w:tcPr>
            <w:tcW w:w="2160" w:type="dxa"/>
          </w:tcPr>
          <w:p w14:paraId="658C2F34"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Mezuniyet Yılı</w:t>
            </w:r>
          </w:p>
        </w:tc>
        <w:tc>
          <w:tcPr>
            <w:tcW w:w="2160" w:type="dxa"/>
          </w:tcPr>
          <w:p w14:paraId="4DFBC7B0"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Ortalama</w:t>
            </w:r>
          </w:p>
        </w:tc>
        <w:tc>
          <w:tcPr>
            <w:tcW w:w="2160" w:type="dxa"/>
          </w:tcPr>
          <w:p w14:paraId="4F28970F"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Std Sapma</w:t>
            </w:r>
          </w:p>
        </w:tc>
      </w:tr>
      <w:tr w:rsidR="00512D8F" w14:paraId="31D6B53D"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7541A570" w14:textId="77777777" w:rsidR="00512D8F" w:rsidRDefault="00512D8F" w:rsidP="00354607">
            <w:r>
              <w:t>Eğitim Kalitesi</w:t>
            </w:r>
          </w:p>
        </w:tc>
        <w:tc>
          <w:tcPr>
            <w:tcW w:w="2160" w:type="dxa"/>
          </w:tcPr>
          <w:p w14:paraId="7274BCF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1996-2010</w:t>
            </w:r>
          </w:p>
        </w:tc>
        <w:tc>
          <w:tcPr>
            <w:tcW w:w="2160" w:type="dxa"/>
          </w:tcPr>
          <w:p w14:paraId="03820C34"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3.600</w:t>
            </w:r>
          </w:p>
        </w:tc>
        <w:tc>
          <w:tcPr>
            <w:tcW w:w="2160" w:type="dxa"/>
          </w:tcPr>
          <w:p w14:paraId="2F1ACA7C"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1.523</w:t>
            </w:r>
          </w:p>
        </w:tc>
      </w:tr>
      <w:tr w:rsidR="00512D8F" w14:paraId="04859AAF"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4F3B5DC" w14:textId="77777777" w:rsidR="00512D8F" w:rsidRDefault="00512D8F" w:rsidP="00354607">
            <w:r>
              <w:t>Eğitim Kalitesi</w:t>
            </w:r>
          </w:p>
        </w:tc>
        <w:tc>
          <w:tcPr>
            <w:tcW w:w="2160" w:type="dxa"/>
          </w:tcPr>
          <w:p w14:paraId="64948473"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2011-2015</w:t>
            </w:r>
          </w:p>
        </w:tc>
        <w:tc>
          <w:tcPr>
            <w:tcW w:w="2160" w:type="dxa"/>
          </w:tcPr>
          <w:p w14:paraId="30AA0D37"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3.391</w:t>
            </w:r>
          </w:p>
        </w:tc>
        <w:tc>
          <w:tcPr>
            <w:tcW w:w="2160" w:type="dxa"/>
          </w:tcPr>
          <w:p w14:paraId="06C9BDD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1.199</w:t>
            </w:r>
          </w:p>
        </w:tc>
      </w:tr>
      <w:tr w:rsidR="00512D8F" w14:paraId="00CB25AE"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48BE56C" w14:textId="77777777" w:rsidR="00512D8F" w:rsidRDefault="00512D8F" w:rsidP="00354607">
            <w:r>
              <w:t>Eğitim Kalitesi</w:t>
            </w:r>
          </w:p>
        </w:tc>
        <w:tc>
          <w:tcPr>
            <w:tcW w:w="2160" w:type="dxa"/>
          </w:tcPr>
          <w:p w14:paraId="55ED1C6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2016-2020</w:t>
            </w:r>
          </w:p>
        </w:tc>
        <w:tc>
          <w:tcPr>
            <w:tcW w:w="2160" w:type="dxa"/>
          </w:tcPr>
          <w:p w14:paraId="04676FCB"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3.305</w:t>
            </w:r>
          </w:p>
        </w:tc>
        <w:tc>
          <w:tcPr>
            <w:tcW w:w="2160" w:type="dxa"/>
          </w:tcPr>
          <w:p w14:paraId="0F38601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1.146</w:t>
            </w:r>
          </w:p>
        </w:tc>
      </w:tr>
      <w:tr w:rsidR="00512D8F" w14:paraId="0E60A876"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C713717" w14:textId="77777777" w:rsidR="00512D8F" w:rsidRDefault="00512D8F" w:rsidP="00354607">
            <w:r>
              <w:t>Eğitim Kalitesi</w:t>
            </w:r>
          </w:p>
        </w:tc>
        <w:tc>
          <w:tcPr>
            <w:tcW w:w="2160" w:type="dxa"/>
          </w:tcPr>
          <w:p w14:paraId="6E5B2DA5"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2021-2025</w:t>
            </w:r>
          </w:p>
        </w:tc>
        <w:tc>
          <w:tcPr>
            <w:tcW w:w="2160" w:type="dxa"/>
          </w:tcPr>
          <w:p w14:paraId="3AF2F270"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3.244</w:t>
            </w:r>
          </w:p>
        </w:tc>
        <w:tc>
          <w:tcPr>
            <w:tcW w:w="2160" w:type="dxa"/>
          </w:tcPr>
          <w:p w14:paraId="154B8CA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1.180</w:t>
            </w:r>
          </w:p>
        </w:tc>
      </w:tr>
      <w:tr w:rsidR="00512D8F" w14:paraId="2EB0D1AF"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2D2B61A7" w14:textId="77777777" w:rsidR="00512D8F" w:rsidRDefault="00512D8F" w:rsidP="00354607">
            <w:r>
              <w:t>Eğitim Olanakları</w:t>
            </w:r>
          </w:p>
        </w:tc>
        <w:tc>
          <w:tcPr>
            <w:tcW w:w="2160" w:type="dxa"/>
          </w:tcPr>
          <w:p w14:paraId="744E12A4"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1996-2010</w:t>
            </w:r>
          </w:p>
        </w:tc>
        <w:tc>
          <w:tcPr>
            <w:tcW w:w="2160" w:type="dxa"/>
          </w:tcPr>
          <w:p w14:paraId="722E08A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2.971</w:t>
            </w:r>
          </w:p>
        </w:tc>
        <w:tc>
          <w:tcPr>
            <w:tcW w:w="2160" w:type="dxa"/>
          </w:tcPr>
          <w:p w14:paraId="6B0EB7DF"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1.339</w:t>
            </w:r>
          </w:p>
        </w:tc>
      </w:tr>
      <w:tr w:rsidR="00512D8F" w14:paraId="79C0B4EC"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50690129" w14:textId="77777777" w:rsidR="00512D8F" w:rsidRDefault="00512D8F" w:rsidP="00354607">
            <w:r>
              <w:t>Eğitim Olanakları</w:t>
            </w:r>
          </w:p>
        </w:tc>
        <w:tc>
          <w:tcPr>
            <w:tcW w:w="2160" w:type="dxa"/>
          </w:tcPr>
          <w:p w14:paraId="675E72E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2011-2015</w:t>
            </w:r>
          </w:p>
        </w:tc>
        <w:tc>
          <w:tcPr>
            <w:tcW w:w="2160" w:type="dxa"/>
          </w:tcPr>
          <w:p w14:paraId="2D6A450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2.948</w:t>
            </w:r>
          </w:p>
        </w:tc>
        <w:tc>
          <w:tcPr>
            <w:tcW w:w="2160" w:type="dxa"/>
          </w:tcPr>
          <w:p w14:paraId="60E62FB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1.053</w:t>
            </w:r>
          </w:p>
        </w:tc>
      </w:tr>
      <w:tr w:rsidR="00512D8F" w14:paraId="0C8CDF3B"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70E9CC33" w14:textId="77777777" w:rsidR="00512D8F" w:rsidRDefault="00512D8F" w:rsidP="00354607">
            <w:r>
              <w:t>Eğitim Olanakları</w:t>
            </w:r>
          </w:p>
        </w:tc>
        <w:tc>
          <w:tcPr>
            <w:tcW w:w="2160" w:type="dxa"/>
          </w:tcPr>
          <w:p w14:paraId="544BB424"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2016-2020</w:t>
            </w:r>
          </w:p>
        </w:tc>
        <w:tc>
          <w:tcPr>
            <w:tcW w:w="2160" w:type="dxa"/>
          </w:tcPr>
          <w:p w14:paraId="774AAD6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3.025</w:t>
            </w:r>
          </w:p>
        </w:tc>
        <w:tc>
          <w:tcPr>
            <w:tcW w:w="2160" w:type="dxa"/>
          </w:tcPr>
          <w:p w14:paraId="06EB50F1"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1.044</w:t>
            </w:r>
          </w:p>
        </w:tc>
      </w:tr>
      <w:tr w:rsidR="00512D8F" w14:paraId="613526BB"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35C9E52" w14:textId="77777777" w:rsidR="00512D8F" w:rsidRDefault="00512D8F" w:rsidP="00354607">
            <w:r>
              <w:t>Eğitim Olanakları</w:t>
            </w:r>
          </w:p>
        </w:tc>
        <w:tc>
          <w:tcPr>
            <w:tcW w:w="2160" w:type="dxa"/>
          </w:tcPr>
          <w:p w14:paraId="633278F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2021-2025</w:t>
            </w:r>
          </w:p>
        </w:tc>
        <w:tc>
          <w:tcPr>
            <w:tcW w:w="2160" w:type="dxa"/>
          </w:tcPr>
          <w:p w14:paraId="225893DF"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3.042</w:t>
            </w:r>
          </w:p>
        </w:tc>
        <w:tc>
          <w:tcPr>
            <w:tcW w:w="2160" w:type="dxa"/>
          </w:tcPr>
          <w:p w14:paraId="3B2DA58F"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1.042</w:t>
            </w:r>
          </w:p>
        </w:tc>
      </w:tr>
      <w:tr w:rsidR="00512D8F" w14:paraId="2C5FC382"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4F1BAE39" w14:textId="77777777" w:rsidR="00512D8F" w:rsidRDefault="00512D8F" w:rsidP="00354607">
            <w:r>
              <w:t>Kariyer Katkısı</w:t>
            </w:r>
          </w:p>
        </w:tc>
        <w:tc>
          <w:tcPr>
            <w:tcW w:w="2160" w:type="dxa"/>
          </w:tcPr>
          <w:p w14:paraId="73F795D3"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1996-2010</w:t>
            </w:r>
          </w:p>
        </w:tc>
        <w:tc>
          <w:tcPr>
            <w:tcW w:w="2160" w:type="dxa"/>
          </w:tcPr>
          <w:p w14:paraId="7C3BA6AD"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2.857</w:t>
            </w:r>
          </w:p>
        </w:tc>
        <w:tc>
          <w:tcPr>
            <w:tcW w:w="2160" w:type="dxa"/>
          </w:tcPr>
          <w:p w14:paraId="177631C3"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1.428</w:t>
            </w:r>
          </w:p>
        </w:tc>
      </w:tr>
      <w:tr w:rsidR="00512D8F" w14:paraId="28B9F629"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70DC1882" w14:textId="77777777" w:rsidR="00512D8F" w:rsidRDefault="00512D8F" w:rsidP="00354607">
            <w:r>
              <w:t>Kariyer Katkısı</w:t>
            </w:r>
          </w:p>
        </w:tc>
        <w:tc>
          <w:tcPr>
            <w:tcW w:w="2160" w:type="dxa"/>
          </w:tcPr>
          <w:p w14:paraId="46A51B9A"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2011-2015</w:t>
            </w:r>
          </w:p>
        </w:tc>
        <w:tc>
          <w:tcPr>
            <w:tcW w:w="2160" w:type="dxa"/>
          </w:tcPr>
          <w:p w14:paraId="4720BDD5"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2.880</w:t>
            </w:r>
          </w:p>
        </w:tc>
        <w:tc>
          <w:tcPr>
            <w:tcW w:w="2160" w:type="dxa"/>
          </w:tcPr>
          <w:p w14:paraId="4E1F7AE1"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1.195</w:t>
            </w:r>
          </w:p>
        </w:tc>
      </w:tr>
      <w:tr w:rsidR="00512D8F" w14:paraId="7BF661F6"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125565E" w14:textId="77777777" w:rsidR="00512D8F" w:rsidRDefault="00512D8F" w:rsidP="00354607">
            <w:r>
              <w:t>Kariyer Katkısı</w:t>
            </w:r>
          </w:p>
        </w:tc>
        <w:tc>
          <w:tcPr>
            <w:tcW w:w="2160" w:type="dxa"/>
          </w:tcPr>
          <w:p w14:paraId="106F14F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2016-2020</w:t>
            </w:r>
          </w:p>
        </w:tc>
        <w:tc>
          <w:tcPr>
            <w:tcW w:w="2160" w:type="dxa"/>
          </w:tcPr>
          <w:p w14:paraId="1083FFC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2.871</w:t>
            </w:r>
          </w:p>
        </w:tc>
        <w:tc>
          <w:tcPr>
            <w:tcW w:w="2160" w:type="dxa"/>
          </w:tcPr>
          <w:p w14:paraId="32F8558A"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1.161</w:t>
            </w:r>
          </w:p>
        </w:tc>
      </w:tr>
      <w:tr w:rsidR="00512D8F" w14:paraId="7B690813"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36192639" w14:textId="77777777" w:rsidR="00512D8F" w:rsidRDefault="00512D8F" w:rsidP="00354607">
            <w:r>
              <w:t>Kariyer Katkısı</w:t>
            </w:r>
          </w:p>
        </w:tc>
        <w:tc>
          <w:tcPr>
            <w:tcW w:w="2160" w:type="dxa"/>
          </w:tcPr>
          <w:p w14:paraId="7DDC20B6"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2021-2025</w:t>
            </w:r>
          </w:p>
        </w:tc>
        <w:tc>
          <w:tcPr>
            <w:tcW w:w="2160" w:type="dxa"/>
          </w:tcPr>
          <w:p w14:paraId="00DFD551"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2.815</w:t>
            </w:r>
          </w:p>
        </w:tc>
        <w:tc>
          <w:tcPr>
            <w:tcW w:w="2160" w:type="dxa"/>
          </w:tcPr>
          <w:p w14:paraId="260726D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1.212</w:t>
            </w:r>
          </w:p>
        </w:tc>
      </w:tr>
      <w:tr w:rsidR="00512D8F" w14:paraId="7EDEA608"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767B8AE" w14:textId="77777777" w:rsidR="00512D8F" w:rsidRDefault="00512D8F" w:rsidP="00354607">
            <w:r>
              <w:t>Kişisel Gelişim</w:t>
            </w:r>
          </w:p>
        </w:tc>
        <w:tc>
          <w:tcPr>
            <w:tcW w:w="2160" w:type="dxa"/>
          </w:tcPr>
          <w:p w14:paraId="3124992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1996-2010</w:t>
            </w:r>
          </w:p>
        </w:tc>
        <w:tc>
          <w:tcPr>
            <w:tcW w:w="2160" w:type="dxa"/>
          </w:tcPr>
          <w:p w14:paraId="6413E12D"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3.393</w:t>
            </w:r>
          </w:p>
        </w:tc>
        <w:tc>
          <w:tcPr>
            <w:tcW w:w="2160" w:type="dxa"/>
          </w:tcPr>
          <w:p w14:paraId="69B2792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1.707</w:t>
            </w:r>
          </w:p>
        </w:tc>
      </w:tr>
      <w:tr w:rsidR="00512D8F" w14:paraId="2F98F447"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3E946B14" w14:textId="77777777" w:rsidR="00512D8F" w:rsidRDefault="00512D8F" w:rsidP="00354607">
            <w:r>
              <w:t>Kişisel Gelişim</w:t>
            </w:r>
          </w:p>
        </w:tc>
        <w:tc>
          <w:tcPr>
            <w:tcW w:w="2160" w:type="dxa"/>
          </w:tcPr>
          <w:p w14:paraId="5EDCC6F0"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2011-2015</w:t>
            </w:r>
          </w:p>
        </w:tc>
        <w:tc>
          <w:tcPr>
            <w:tcW w:w="2160" w:type="dxa"/>
          </w:tcPr>
          <w:p w14:paraId="56C8DBDF"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3.357</w:t>
            </w:r>
          </w:p>
        </w:tc>
        <w:tc>
          <w:tcPr>
            <w:tcW w:w="2160" w:type="dxa"/>
          </w:tcPr>
          <w:p w14:paraId="72A7EF6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1.190</w:t>
            </w:r>
          </w:p>
        </w:tc>
      </w:tr>
      <w:tr w:rsidR="00512D8F" w14:paraId="7DAFC01C"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9E00CF4" w14:textId="77777777" w:rsidR="00512D8F" w:rsidRDefault="00512D8F" w:rsidP="00354607">
            <w:r>
              <w:t>Kişisel Gelişim</w:t>
            </w:r>
          </w:p>
        </w:tc>
        <w:tc>
          <w:tcPr>
            <w:tcW w:w="2160" w:type="dxa"/>
          </w:tcPr>
          <w:p w14:paraId="435DB93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2016-2020</w:t>
            </w:r>
          </w:p>
        </w:tc>
        <w:tc>
          <w:tcPr>
            <w:tcW w:w="2160" w:type="dxa"/>
          </w:tcPr>
          <w:p w14:paraId="7D97653E"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3.420</w:t>
            </w:r>
          </w:p>
        </w:tc>
        <w:tc>
          <w:tcPr>
            <w:tcW w:w="2160" w:type="dxa"/>
          </w:tcPr>
          <w:p w14:paraId="3413FBCD"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1.171</w:t>
            </w:r>
          </w:p>
        </w:tc>
      </w:tr>
      <w:tr w:rsidR="00512D8F" w14:paraId="7F9D1E0A"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5A69EDCD" w14:textId="77777777" w:rsidR="00512D8F" w:rsidRDefault="00512D8F" w:rsidP="00354607">
            <w:r>
              <w:t>Kişisel Gelişim</w:t>
            </w:r>
          </w:p>
        </w:tc>
        <w:tc>
          <w:tcPr>
            <w:tcW w:w="2160" w:type="dxa"/>
          </w:tcPr>
          <w:p w14:paraId="2CD4C696"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2021-2025</w:t>
            </w:r>
          </w:p>
        </w:tc>
        <w:tc>
          <w:tcPr>
            <w:tcW w:w="2160" w:type="dxa"/>
          </w:tcPr>
          <w:p w14:paraId="79D33EA8"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3.378</w:t>
            </w:r>
          </w:p>
        </w:tc>
        <w:tc>
          <w:tcPr>
            <w:tcW w:w="2160" w:type="dxa"/>
          </w:tcPr>
          <w:p w14:paraId="3817AEE3"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1.177</w:t>
            </w:r>
          </w:p>
        </w:tc>
      </w:tr>
      <w:tr w:rsidR="00512D8F" w14:paraId="3BA3030E"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49967532" w14:textId="77777777" w:rsidR="00512D8F" w:rsidRDefault="00512D8F" w:rsidP="00354607">
            <w:r>
              <w:t>Genel Eğitim Memnuniyeti (A)</w:t>
            </w:r>
          </w:p>
        </w:tc>
        <w:tc>
          <w:tcPr>
            <w:tcW w:w="2160" w:type="dxa"/>
          </w:tcPr>
          <w:p w14:paraId="2C1AD9E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1996-2010</w:t>
            </w:r>
          </w:p>
        </w:tc>
        <w:tc>
          <w:tcPr>
            <w:tcW w:w="2160" w:type="dxa"/>
          </w:tcPr>
          <w:p w14:paraId="1D264B7C"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3.205</w:t>
            </w:r>
          </w:p>
        </w:tc>
        <w:tc>
          <w:tcPr>
            <w:tcW w:w="2160" w:type="dxa"/>
          </w:tcPr>
          <w:p w14:paraId="612AA25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1.418</w:t>
            </w:r>
          </w:p>
        </w:tc>
      </w:tr>
      <w:tr w:rsidR="00512D8F" w14:paraId="6346AF68"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77B8F7F0" w14:textId="77777777" w:rsidR="00512D8F" w:rsidRDefault="00512D8F" w:rsidP="00354607">
            <w:r>
              <w:t>Genel Eğitim Memnuniyeti (A)</w:t>
            </w:r>
          </w:p>
        </w:tc>
        <w:tc>
          <w:tcPr>
            <w:tcW w:w="2160" w:type="dxa"/>
          </w:tcPr>
          <w:p w14:paraId="0E0CB9D0"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2011-2015</w:t>
            </w:r>
          </w:p>
        </w:tc>
        <w:tc>
          <w:tcPr>
            <w:tcW w:w="2160" w:type="dxa"/>
          </w:tcPr>
          <w:p w14:paraId="19410B59"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3.144</w:t>
            </w:r>
          </w:p>
        </w:tc>
        <w:tc>
          <w:tcPr>
            <w:tcW w:w="2160" w:type="dxa"/>
          </w:tcPr>
          <w:p w14:paraId="6F5D244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1.049</w:t>
            </w:r>
          </w:p>
        </w:tc>
      </w:tr>
      <w:tr w:rsidR="00512D8F" w14:paraId="23FC6484"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29C4185A" w14:textId="77777777" w:rsidR="00512D8F" w:rsidRDefault="00512D8F" w:rsidP="00354607">
            <w:r>
              <w:t>Genel Eğitim Memnuniyeti (A)</w:t>
            </w:r>
          </w:p>
        </w:tc>
        <w:tc>
          <w:tcPr>
            <w:tcW w:w="2160" w:type="dxa"/>
          </w:tcPr>
          <w:p w14:paraId="62E6F9ED"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2016-2020</w:t>
            </w:r>
          </w:p>
        </w:tc>
        <w:tc>
          <w:tcPr>
            <w:tcW w:w="2160" w:type="dxa"/>
          </w:tcPr>
          <w:p w14:paraId="520EF301"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3.155</w:t>
            </w:r>
          </w:p>
        </w:tc>
        <w:tc>
          <w:tcPr>
            <w:tcW w:w="2160" w:type="dxa"/>
          </w:tcPr>
          <w:p w14:paraId="228D5B83"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1.018</w:t>
            </w:r>
          </w:p>
        </w:tc>
      </w:tr>
      <w:tr w:rsidR="00512D8F" w14:paraId="0E74B48D"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24A8F113" w14:textId="77777777" w:rsidR="00512D8F" w:rsidRDefault="00512D8F" w:rsidP="00354607">
            <w:r>
              <w:t>Genel Eğitim Memnuniyeti (A)</w:t>
            </w:r>
          </w:p>
        </w:tc>
        <w:tc>
          <w:tcPr>
            <w:tcW w:w="2160" w:type="dxa"/>
          </w:tcPr>
          <w:p w14:paraId="0035269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2021-2025</w:t>
            </w:r>
          </w:p>
        </w:tc>
        <w:tc>
          <w:tcPr>
            <w:tcW w:w="2160" w:type="dxa"/>
          </w:tcPr>
          <w:p w14:paraId="12155927"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3.120</w:t>
            </w:r>
          </w:p>
        </w:tc>
        <w:tc>
          <w:tcPr>
            <w:tcW w:w="2160" w:type="dxa"/>
          </w:tcPr>
          <w:p w14:paraId="5809E3C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1.019</w:t>
            </w:r>
          </w:p>
        </w:tc>
      </w:tr>
      <w:tr w:rsidR="00512D8F" w14:paraId="6AB161FF"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2E3F4E0E" w14:textId="77777777" w:rsidR="00512D8F" w:rsidRDefault="00512D8F" w:rsidP="00354607">
            <w:r>
              <w:t>Genel Memnuniyet (B)</w:t>
            </w:r>
          </w:p>
        </w:tc>
        <w:tc>
          <w:tcPr>
            <w:tcW w:w="2160" w:type="dxa"/>
          </w:tcPr>
          <w:p w14:paraId="4DA237D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1996-2010</w:t>
            </w:r>
          </w:p>
        </w:tc>
        <w:tc>
          <w:tcPr>
            <w:tcW w:w="2160" w:type="dxa"/>
          </w:tcPr>
          <w:p w14:paraId="63451B41"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3.214</w:t>
            </w:r>
          </w:p>
        </w:tc>
        <w:tc>
          <w:tcPr>
            <w:tcW w:w="2160" w:type="dxa"/>
          </w:tcPr>
          <w:p w14:paraId="6D3378E2"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1.584</w:t>
            </w:r>
          </w:p>
        </w:tc>
      </w:tr>
      <w:tr w:rsidR="00512D8F" w14:paraId="094AEF93"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3209630E" w14:textId="77777777" w:rsidR="00512D8F" w:rsidRDefault="00512D8F" w:rsidP="00354607">
            <w:r>
              <w:t>Genel Memnuniyet (B)</w:t>
            </w:r>
          </w:p>
        </w:tc>
        <w:tc>
          <w:tcPr>
            <w:tcW w:w="2160" w:type="dxa"/>
          </w:tcPr>
          <w:p w14:paraId="2D29EDBF"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2011-2015</w:t>
            </w:r>
          </w:p>
        </w:tc>
        <w:tc>
          <w:tcPr>
            <w:tcW w:w="2160" w:type="dxa"/>
          </w:tcPr>
          <w:p w14:paraId="3C92942D"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3.428</w:t>
            </w:r>
          </w:p>
        </w:tc>
        <w:tc>
          <w:tcPr>
            <w:tcW w:w="2160" w:type="dxa"/>
          </w:tcPr>
          <w:p w14:paraId="5E4B4961"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1.209</w:t>
            </w:r>
          </w:p>
        </w:tc>
      </w:tr>
      <w:tr w:rsidR="00512D8F" w14:paraId="13ADA22B"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AD58C02" w14:textId="77777777" w:rsidR="00512D8F" w:rsidRDefault="00512D8F" w:rsidP="00354607">
            <w:r>
              <w:t>Genel Memnuniyet (B)</w:t>
            </w:r>
          </w:p>
        </w:tc>
        <w:tc>
          <w:tcPr>
            <w:tcW w:w="2160" w:type="dxa"/>
          </w:tcPr>
          <w:p w14:paraId="0D68E5A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2016-2020</w:t>
            </w:r>
          </w:p>
        </w:tc>
        <w:tc>
          <w:tcPr>
            <w:tcW w:w="2160" w:type="dxa"/>
          </w:tcPr>
          <w:p w14:paraId="0C3EB84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3.342</w:t>
            </w:r>
          </w:p>
        </w:tc>
        <w:tc>
          <w:tcPr>
            <w:tcW w:w="2160" w:type="dxa"/>
          </w:tcPr>
          <w:p w14:paraId="5D2FF3ED"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1.209</w:t>
            </w:r>
          </w:p>
        </w:tc>
      </w:tr>
      <w:tr w:rsidR="00512D8F" w14:paraId="2E963BA8"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73301A6" w14:textId="77777777" w:rsidR="00512D8F" w:rsidRDefault="00512D8F" w:rsidP="00354607">
            <w:r>
              <w:t>Genel Memnuniyet (B)</w:t>
            </w:r>
          </w:p>
        </w:tc>
        <w:tc>
          <w:tcPr>
            <w:tcW w:w="2160" w:type="dxa"/>
          </w:tcPr>
          <w:p w14:paraId="4AD2EF5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2021-2025</w:t>
            </w:r>
          </w:p>
        </w:tc>
        <w:tc>
          <w:tcPr>
            <w:tcW w:w="2160" w:type="dxa"/>
          </w:tcPr>
          <w:p w14:paraId="19355CCA"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3.275</w:t>
            </w:r>
          </w:p>
        </w:tc>
        <w:tc>
          <w:tcPr>
            <w:tcW w:w="2160" w:type="dxa"/>
          </w:tcPr>
          <w:p w14:paraId="2F3565F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1.242</w:t>
            </w:r>
          </w:p>
        </w:tc>
      </w:tr>
    </w:tbl>
    <w:p w14:paraId="547B5DF8" w14:textId="77777777" w:rsidR="00512D8F" w:rsidRDefault="00512D8F" w:rsidP="00512D8F"/>
    <w:p w14:paraId="1BD0C6F1" w14:textId="77777777" w:rsidR="00512D8F" w:rsidRDefault="00512D8F" w:rsidP="00512D8F">
      <w:pPr>
        <w:jc w:val="center"/>
      </w:pPr>
      <w:r>
        <w:rPr>
          <w:noProof/>
        </w:rPr>
        <w:lastRenderedPageBreak/>
        <w:drawing>
          <wp:inline distT="0" distB="0" distL="0" distR="0" wp14:anchorId="7E9FA08C" wp14:editId="366941E6">
            <wp:extent cx="5943600" cy="3374320"/>
            <wp:effectExtent l="0" t="0" r="0" b="0"/>
            <wp:docPr id="101427216" name="Picture 5" descr="metin, ekran görüntüsü, renklilik, öykü gelişim çizgisi; kumpas; grafiğini çıkarma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27216" name="Picture 5" descr="metin, ekran görüntüsü, renklilik, öykü gelişim çizgisi; kumpas; grafiğini çıkarma içeren bir resim&#10;&#10;Yapay zeka tarafından oluşturulmuş içerik yanlış olabilir."/>
                    <pic:cNvPicPr/>
                  </pic:nvPicPr>
                  <pic:blipFill>
                    <a:blip r:embed="rId17"/>
                    <a:stretch>
                      <a:fillRect/>
                    </a:stretch>
                  </pic:blipFill>
                  <pic:spPr>
                    <a:xfrm>
                      <a:off x="0" y="0"/>
                      <a:ext cx="5943600" cy="3374320"/>
                    </a:xfrm>
                    <a:prstGeom prst="rect">
                      <a:avLst/>
                    </a:prstGeom>
                  </pic:spPr>
                </pic:pic>
              </a:graphicData>
            </a:graphic>
          </wp:inline>
        </w:drawing>
      </w:r>
    </w:p>
    <w:p w14:paraId="336CC8D8" w14:textId="77777777" w:rsidR="00512D8F" w:rsidRDefault="00512D8F" w:rsidP="00512D8F"/>
    <w:p w14:paraId="6F61D045" w14:textId="6662C33B" w:rsidR="00512D8F" w:rsidRDefault="008D4C35" w:rsidP="00512D8F">
      <w:pPr>
        <w:pStyle w:val="Balk1"/>
      </w:pPr>
      <w:r>
        <w:t>9</w:t>
      </w:r>
      <w:r w:rsidR="00512D8F">
        <w:t>. YAŞ GRUBUNA GÖRE KARŞILAŞTIRMA</w:t>
      </w:r>
    </w:p>
    <w:p w14:paraId="167FE40D" w14:textId="78612D53" w:rsidR="00512D8F" w:rsidRDefault="008D4C35" w:rsidP="00512D8F">
      <w:pPr>
        <w:pStyle w:val="Balk2"/>
      </w:pPr>
      <w:r>
        <w:t>9</w:t>
      </w:r>
      <w:r w:rsidR="00512D8F">
        <w:t>.1. Yaş Grubuna Göre Ortalama Skorlar</w:t>
      </w:r>
    </w:p>
    <w:tbl>
      <w:tblPr>
        <w:tblStyle w:val="AkKlavuz-Vurgu1"/>
        <w:tblW w:w="0" w:type="auto"/>
        <w:tblLook w:val="04A0" w:firstRow="1" w:lastRow="0" w:firstColumn="1" w:lastColumn="0" w:noHBand="0" w:noVBand="1"/>
      </w:tblPr>
      <w:tblGrid>
        <w:gridCol w:w="2157"/>
        <w:gridCol w:w="2154"/>
        <w:gridCol w:w="2155"/>
        <w:gridCol w:w="2154"/>
      </w:tblGrid>
      <w:tr w:rsidR="00512D8F" w14:paraId="2C547EE8" w14:textId="77777777" w:rsidTr="003546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435C794D" w14:textId="77777777" w:rsidR="00512D8F" w:rsidRDefault="00512D8F" w:rsidP="00354607">
            <w:r>
              <w:t>Kategori</w:t>
            </w:r>
          </w:p>
        </w:tc>
        <w:tc>
          <w:tcPr>
            <w:tcW w:w="2160" w:type="dxa"/>
          </w:tcPr>
          <w:p w14:paraId="4DA649C0"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Yaş Grubu</w:t>
            </w:r>
          </w:p>
        </w:tc>
        <w:tc>
          <w:tcPr>
            <w:tcW w:w="2160" w:type="dxa"/>
          </w:tcPr>
          <w:p w14:paraId="7F682F3A"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Ortalama</w:t>
            </w:r>
          </w:p>
        </w:tc>
        <w:tc>
          <w:tcPr>
            <w:tcW w:w="2160" w:type="dxa"/>
          </w:tcPr>
          <w:p w14:paraId="5AE8B429"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Std Sapma</w:t>
            </w:r>
          </w:p>
        </w:tc>
      </w:tr>
      <w:tr w:rsidR="00512D8F" w14:paraId="0DF7B1E0"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40956758" w14:textId="77777777" w:rsidR="00512D8F" w:rsidRDefault="00512D8F" w:rsidP="00354607">
            <w:r>
              <w:t>Eğitim Kalitesi</w:t>
            </w:r>
          </w:p>
        </w:tc>
        <w:tc>
          <w:tcPr>
            <w:tcW w:w="2160" w:type="dxa"/>
          </w:tcPr>
          <w:p w14:paraId="3EAA655F"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25 yaş altı</w:t>
            </w:r>
          </w:p>
        </w:tc>
        <w:tc>
          <w:tcPr>
            <w:tcW w:w="2160" w:type="dxa"/>
          </w:tcPr>
          <w:p w14:paraId="29FFD584"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3.147</w:t>
            </w:r>
          </w:p>
        </w:tc>
        <w:tc>
          <w:tcPr>
            <w:tcW w:w="2160" w:type="dxa"/>
          </w:tcPr>
          <w:p w14:paraId="56AEE0EC"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1.163</w:t>
            </w:r>
          </w:p>
        </w:tc>
      </w:tr>
      <w:tr w:rsidR="00512D8F" w14:paraId="3C02F841"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726FA6AE" w14:textId="77777777" w:rsidR="00512D8F" w:rsidRDefault="00512D8F" w:rsidP="00354607">
            <w:r>
              <w:t>Eğitim Kalitesi</w:t>
            </w:r>
          </w:p>
        </w:tc>
        <w:tc>
          <w:tcPr>
            <w:tcW w:w="2160" w:type="dxa"/>
          </w:tcPr>
          <w:p w14:paraId="405A45EA"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26-35 yaş</w:t>
            </w:r>
          </w:p>
        </w:tc>
        <w:tc>
          <w:tcPr>
            <w:tcW w:w="2160" w:type="dxa"/>
          </w:tcPr>
          <w:p w14:paraId="623900A4"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3.452</w:t>
            </w:r>
          </w:p>
        </w:tc>
        <w:tc>
          <w:tcPr>
            <w:tcW w:w="2160" w:type="dxa"/>
          </w:tcPr>
          <w:p w14:paraId="3FDA7D3A"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1.173</w:t>
            </w:r>
          </w:p>
        </w:tc>
      </w:tr>
      <w:tr w:rsidR="00512D8F" w14:paraId="6FC00848"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58FABBD0" w14:textId="77777777" w:rsidR="00512D8F" w:rsidRDefault="00512D8F" w:rsidP="00354607">
            <w:r>
              <w:t>Eğitim Kalitesi</w:t>
            </w:r>
          </w:p>
        </w:tc>
        <w:tc>
          <w:tcPr>
            <w:tcW w:w="2160" w:type="dxa"/>
          </w:tcPr>
          <w:p w14:paraId="2604117A"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36-45 yaş</w:t>
            </w:r>
          </w:p>
        </w:tc>
        <w:tc>
          <w:tcPr>
            <w:tcW w:w="2160" w:type="dxa"/>
          </w:tcPr>
          <w:p w14:paraId="051F32EA"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4.046</w:t>
            </w:r>
          </w:p>
        </w:tc>
        <w:tc>
          <w:tcPr>
            <w:tcW w:w="2160" w:type="dxa"/>
          </w:tcPr>
          <w:p w14:paraId="18F0FA53"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0.793</w:t>
            </w:r>
          </w:p>
        </w:tc>
      </w:tr>
      <w:tr w:rsidR="00512D8F" w14:paraId="0DABBAB5"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350AB2F5" w14:textId="77777777" w:rsidR="00512D8F" w:rsidRDefault="00512D8F" w:rsidP="00354607">
            <w:r>
              <w:t>Eğitim Kalitesi</w:t>
            </w:r>
          </w:p>
        </w:tc>
        <w:tc>
          <w:tcPr>
            <w:tcW w:w="2160" w:type="dxa"/>
          </w:tcPr>
          <w:p w14:paraId="7680442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46 yaş üzeri</w:t>
            </w:r>
          </w:p>
        </w:tc>
        <w:tc>
          <w:tcPr>
            <w:tcW w:w="2160" w:type="dxa"/>
          </w:tcPr>
          <w:p w14:paraId="31C2B21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3.988</w:t>
            </w:r>
          </w:p>
        </w:tc>
        <w:tc>
          <w:tcPr>
            <w:tcW w:w="2160" w:type="dxa"/>
          </w:tcPr>
          <w:p w14:paraId="15378310"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1.097</w:t>
            </w:r>
          </w:p>
        </w:tc>
      </w:tr>
      <w:tr w:rsidR="00512D8F" w14:paraId="0696D583"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0266695" w14:textId="77777777" w:rsidR="00512D8F" w:rsidRDefault="00512D8F" w:rsidP="00354607">
            <w:r>
              <w:t>Eğitim Olanakları</w:t>
            </w:r>
          </w:p>
        </w:tc>
        <w:tc>
          <w:tcPr>
            <w:tcW w:w="2160" w:type="dxa"/>
          </w:tcPr>
          <w:p w14:paraId="2C3A17C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25 yaş altı</w:t>
            </w:r>
          </w:p>
        </w:tc>
        <w:tc>
          <w:tcPr>
            <w:tcW w:w="2160" w:type="dxa"/>
          </w:tcPr>
          <w:p w14:paraId="4BAF093B"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2.992</w:t>
            </w:r>
          </w:p>
        </w:tc>
        <w:tc>
          <w:tcPr>
            <w:tcW w:w="2160" w:type="dxa"/>
          </w:tcPr>
          <w:p w14:paraId="1501F16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1.034</w:t>
            </w:r>
          </w:p>
        </w:tc>
      </w:tr>
      <w:tr w:rsidR="00512D8F" w14:paraId="4B362B0B"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389B4F1" w14:textId="77777777" w:rsidR="00512D8F" w:rsidRDefault="00512D8F" w:rsidP="00354607">
            <w:r>
              <w:t>Eğitim Olanakları</w:t>
            </w:r>
          </w:p>
        </w:tc>
        <w:tc>
          <w:tcPr>
            <w:tcW w:w="2160" w:type="dxa"/>
          </w:tcPr>
          <w:p w14:paraId="34EF5DCA"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26-35 yaş</w:t>
            </w:r>
          </w:p>
        </w:tc>
        <w:tc>
          <w:tcPr>
            <w:tcW w:w="2160" w:type="dxa"/>
          </w:tcPr>
          <w:p w14:paraId="5DEDD8D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3.020</w:t>
            </w:r>
          </w:p>
        </w:tc>
        <w:tc>
          <w:tcPr>
            <w:tcW w:w="2160" w:type="dxa"/>
          </w:tcPr>
          <w:p w14:paraId="08A55EE5"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1.053</w:t>
            </w:r>
          </w:p>
        </w:tc>
      </w:tr>
      <w:tr w:rsidR="00512D8F" w14:paraId="779D2BA0"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781E1325" w14:textId="77777777" w:rsidR="00512D8F" w:rsidRDefault="00512D8F" w:rsidP="00354607">
            <w:r>
              <w:t>Eğitim Olanakları</w:t>
            </w:r>
          </w:p>
        </w:tc>
        <w:tc>
          <w:tcPr>
            <w:tcW w:w="2160" w:type="dxa"/>
          </w:tcPr>
          <w:p w14:paraId="34D15D9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36-45 yaş</w:t>
            </w:r>
          </w:p>
        </w:tc>
        <w:tc>
          <w:tcPr>
            <w:tcW w:w="2160" w:type="dxa"/>
          </w:tcPr>
          <w:p w14:paraId="5F003A1A"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3.491</w:t>
            </w:r>
          </w:p>
        </w:tc>
        <w:tc>
          <w:tcPr>
            <w:tcW w:w="2160" w:type="dxa"/>
          </w:tcPr>
          <w:p w14:paraId="26C1E5E4"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1.026</w:t>
            </w:r>
          </w:p>
        </w:tc>
      </w:tr>
      <w:tr w:rsidR="00512D8F" w14:paraId="0D08F298"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39F841F" w14:textId="77777777" w:rsidR="00512D8F" w:rsidRDefault="00512D8F" w:rsidP="00354607">
            <w:r>
              <w:t>Eğitim Olanakları</w:t>
            </w:r>
          </w:p>
        </w:tc>
        <w:tc>
          <w:tcPr>
            <w:tcW w:w="2160" w:type="dxa"/>
          </w:tcPr>
          <w:p w14:paraId="799C81C9"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46 yaş üzeri</w:t>
            </w:r>
          </w:p>
        </w:tc>
        <w:tc>
          <w:tcPr>
            <w:tcW w:w="2160" w:type="dxa"/>
          </w:tcPr>
          <w:p w14:paraId="042BE4C6"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2.962</w:t>
            </w:r>
          </w:p>
        </w:tc>
        <w:tc>
          <w:tcPr>
            <w:tcW w:w="2160" w:type="dxa"/>
          </w:tcPr>
          <w:p w14:paraId="22F43103"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1.192</w:t>
            </w:r>
          </w:p>
        </w:tc>
      </w:tr>
      <w:tr w:rsidR="00512D8F" w14:paraId="31E0889C"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2B4F7508" w14:textId="77777777" w:rsidR="00512D8F" w:rsidRDefault="00512D8F" w:rsidP="00354607">
            <w:r>
              <w:t>Kariyer Katkısı</w:t>
            </w:r>
          </w:p>
        </w:tc>
        <w:tc>
          <w:tcPr>
            <w:tcW w:w="2160" w:type="dxa"/>
          </w:tcPr>
          <w:p w14:paraId="2249762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25 yaş altı</w:t>
            </w:r>
          </w:p>
        </w:tc>
        <w:tc>
          <w:tcPr>
            <w:tcW w:w="2160" w:type="dxa"/>
          </w:tcPr>
          <w:p w14:paraId="774632CB"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2.743</w:t>
            </w:r>
          </w:p>
        </w:tc>
        <w:tc>
          <w:tcPr>
            <w:tcW w:w="2160" w:type="dxa"/>
          </w:tcPr>
          <w:p w14:paraId="5B178F4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1.181</w:t>
            </w:r>
          </w:p>
        </w:tc>
      </w:tr>
      <w:tr w:rsidR="00512D8F" w14:paraId="0CCAD50C"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DE59F24" w14:textId="77777777" w:rsidR="00512D8F" w:rsidRDefault="00512D8F" w:rsidP="00354607">
            <w:r>
              <w:t>Kariyer Katkısı</w:t>
            </w:r>
          </w:p>
        </w:tc>
        <w:tc>
          <w:tcPr>
            <w:tcW w:w="2160" w:type="dxa"/>
          </w:tcPr>
          <w:p w14:paraId="3D16F315"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26-35 yaş</w:t>
            </w:r>
          </w:p>
        </w:tc>
        <w:tc>
          <w:tcPr>
            <w:tcW w:w="2160" w:type="dxa"/>
          </w:tcPr>
          <w:p w14:paraId="34783FA7"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2.952</w:t>
            </w:r>
          </w:p>
        </w:tc>
        <w:tc>
          <w:tcPr>
            <w:tcW w:w="2160" w:type="dxa"/>
          </w:tcPr>
          <w:p w14:paraId="042EA70A"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1.200</w:t>
            </w:r>
          </w:p>
        </w:tc>
      </w:tr>
      <w:tr w:rsidR="00512D8F" w14:paraId="0AFA8540"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5C5BD97E" w14:textId="77777777" w:rsidR="00512D8F" w:rsidRDefault="00512D8F" w:rsidP="00354607">
            <w:r>
              <w:t>Kariyer Katkısı</w:t>
            </w:r>
          </w:p>
        </w:tc>
        <w:tc>
          <w:tcPr>
            <w:tcW w:w="2160" w:type="dxa"/>
          </w:tcPr>
          <w:p w14:paraId="4AB3901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36-45 yaş</w:t>
            </w:r>
          </w:p>
        </w:tc>
        <w:tc>
          <w:tcPr>
            <w:tcW w:w="2160" w:type="dxa"/>
          </w:tcPr>
          <w:p w14:paraId="65AB899C"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3.479</w:t>
            </w:r>
          </w:p>
        </w:tc>
        <w:tc>
          <w:tcPr>
            <w:tcW w:w="2160" w:type="dxa"/>
          </w:tcPr>
          <w:p w14:paraId="00CB1BEA"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1.031</w:t>
            </w:r>
          </w:p>
        </w:tc>
      </w:tr>
      <w:tr w:rsidR="00512D8F" w14:paraId="7B6D32A5"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47D6A64B" w14:textId="77777777" w:rsidR="00512D8F" w:rsidRDefault="00512D8F" w:rsidP="00354607">
            <w:r>
              <w:t>Kariyer Katkısı</w:t>
            </w:r>
          </w:p>
        </w:tc>
        <w:tc>
          <w:tcPr>
            <w:tcW w:w="2160" w:type="dxa"/>
          </w:tcPr>
          <w:p w14:paraId="10B65983"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46 yaş üzeri</w:t>
            </w:r>
          </w:p>
        </w:tc>
        <w:tc>
          <w:tcPr>
            <w:tcW w:w="2160" w:type="dxa"/>
          </w:tcPr>
          <w:p w14:paraId="3E94B2AF"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3.297</w:t>
            </w:r>
          </w:p>
        </w:tc>
        <w:tc>
          <w:tcPr>
            <w:tcW w:w="2160" w:type="dxa"/>
          </w:tcPr>
          <w:p w14:paraId="6997B0F9"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1.212</w:t>
            </w:r>
          </w:p>
        </w:tc>
      </w:tr>
      <w:tr w:rsidR="00512D8F" w14:paraId="59745E29"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273CDD41" w14:textId="77777777" w:rsidR="00512D8F" w:rsidRDefault="00512D8F" w:rsidP="00354607">
            <w:r>
              <w:t>Kişisel Gelişim</w:t>
            </w:r>
          </w:p>
        </w:tc>
        <w:tc>
          <w:tcPr>
            <w:tcW w:w="2160" w:type="dxa"/>
          </w:tcPr>
          <w:p w14:paraId="6500BD1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25 yaş altı</w:t>
            </w:r>
          </w:p>
        </w:tc>
        <w:tc>
          <w:tcPr>
            <w:tcW w:w="2160" w:type="dxa"/>
          </w:tcPr>
          <w:p w14:paraId="6862D0DA"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3.314</w:t>
            </w:r>
          </w:p>
        </w:tc>
        <w:tc>
          <w:tcPr>
            <w:tcW w:w="2160" w:type="dxa"/>
          </w:tcPr>
          <w:p w14:paraId="31F32F8F"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1.181</w:t>
            </w:r>
          </w:p>
        </w:tc>
      </w:tr>
      <w:tr w:rsidR="00512D8F" w14:paraId="5A061CCD"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04D233C" w14:textId="77777777" w:rsidR="00512D8F" w:rsidRDefault="00512D8F" w:rsidP="00354607">
            <w:r>
              <w:t>Kişisel Gelişim</w:t>
            </w:r>
          </w:p>
        </w:tc>
        <w:tc>
          <w:tcPr>
            <w:tcW w:w="2160" w:type="dxa"/>
          </w:tcPr>
          <w:p w14:paraId="0A4D948F"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26-35 yaş</w:t>
            </w:r>
          </w:p>
        </w:tc>
        <w:tc>
          <w:tcPr>
            <w:tcW w:w="2160" w:type="dxa"/>
          </w:tcPr>
          <w:p w14:paraId="5D48EAA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3.466</w:t>
            </w:r>
          </w:p>
        </w:tc>
        <w:tc>
          <w:tcPr>
            <w:tcW w:w="2160" w:type="dxa"/>
          </w:tcPr>
          <w:p w14:paraId="515F8F37"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1.184</w:t>
            </w:r>
          </w:p>
        </w:tc>
      </w:tr>
      <w:tr w:rsidR="00512D8F" w14:paraId="3180EAF7"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378BCCEC" w14:textId="77777777" w:rsidR="00512D8F" w:rsidRDefault="00512D8F" w:rsidP="00354607">
            <w:r>
              <w:t>Kişisel Gelişim</w:t>
            </w:r>
          </w:p>
        </w:tc>
        <w:tc>
          <w:tcPr>
            <w:tcW w:w="2160" w:type="dxa"/>
          </w:tcPr>
          <w:p w14:paraId="09415B8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36-45 yaş</w:t>
            </w:r>
          </w:p>
        </w:tc>
        <w:tc>
          <w:tcPr>
            <w:tcW w:w="2160" w:type="dxa"/>
          </w:tcPr>
          <w:p w14:paraId="2B60B25E"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3.896</w:t>
            </w:r>
          </w:p>
        </w:tc>
        <w:tc>
          <w:tcPr>
            <w:tcW w:w="2160" w:type="dxa"/>
          </w:tcPr>
          <w:p w14:paraId="37A78AB4"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0.953</w:t>
            </w:r>
          </w:p>
        </w:tc>
      </w:tr>
      <w:tr w:rsidR="00512D8F" w14:paraId="50368271"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39C2DBD3" w14:textId="77777777" w:rsidR="00512D8F" w:rsidRDefault="00512D8F" w:rsidP="00354607">
            <w:r>
              <w:t>Kişisel Gelişim</w:t>
            </w:r>
          </w:p>
        </w:tc>
        <w:tc>
          <w:tcPr>
            <w:tcW w:w="2160" w:type="dxa"/>
          </w:tcPr>
          <w:p w14:paraId="0377FC2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46 yaş üzeri</w:t>
            </w:r>
          </w:p>
        </w:tc>
        <w:tc>
          <w:tcPr>
            <w:tcW w:w="2160" w:type="dxa"/>
          </w:tcPr>
          <w:p w14:paraId="2D1231FA"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3.750</w:t>
            </w:r>
          </w:p>
        </w:tc>
        <w:tc>
          <w:tcPr>
            <w:tcW w:w="2160" w:type="dxa"/>
          </w:tcPr>
          <w:p w14:paraId="2E13FF51"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1.095</w:t>
            </w:r>
          </w:p>
        </w:tc>
      </w:tr>
      <w:tr w:rsidR="00512D8F" w14:paraId="60DC3F31"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563715D8" w14:textId="77777777" w:rsidR="00512D8F" w:rsidRDefault="00512D8F" w:rsidP="00354607">
            <w:r>
              <w:t>Genel Eğitim Memnuniyeti (A)</w:t>
            </w:r>
          </w:p>
        </w:tc>
        <w:tc>
          <w:tcPr>
            <w:tcW w:w="2160" w:type="dxa"/>
          </w:tcPr>
          <w:p w14:paraId="1A4DF5C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25 yaş altı</w:t>
            </w:r>
          </w:p>
        </w:tc>
        <w:tc>
          <w:tcPr>
            <w:tcW w:w="2160" w:type="dxa"/>
          </w:tcPr>
          <w:p w14:paraId="3BDACC3A"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3.049</w:t>
            </w:r>
          </w:p>
        </w:tc>
        <w:tc>
          <w:tcPr>
            <w:tcW w:w="2160" w:type="dxa"/>
          </w:tcPr>
          <w:p w14:paraId="53D9AD5A"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1.015</w:t>
            </w:r>
          </w:p>
        </w:tc>
      </w:tr>
      <w:tr w:rsidR="00512D8F" w14:paraId="4C440610"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7C713169" w14:textId="77777777" w:rsidR="00512D8F" w:rsidRDefault="00512D8F" w:rsidP="00354607">
            <w:r>
              <w:lastRenderedPageBreak/>
              <w:t>Genel Eğitim Memnuniyeti (A)</w:t>
            </w:r>
          </w:p>
        </w:tc>
        <w:tc>
          <w:tcPr>
            <w:tcW w:w="2160" w:type="dxa"/>
          </w:tcPr>
          <w:p w14:paraId="1D817797"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26-35 yaş</w:t>
            </w:r>
          </w:p>
        </w:tc>
        <w:tc>
          <w:tcPr>
            <w:tcW w:w="2160" w:type="dxa"/>
          </w:tcPr>
          <w:p w14:paraId="0AD5ABCF"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3.223</w:t>
            </w:r>
          </w:p>
        </w:tc>
        <w:tc>
          <w:tcPr>
            <w:tcW w:w="2160" w:type="dxa"/>
          </w:tcPr>
          <w:p w14:paraId="422CD068"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1.035</w:t>
            </w:r>
          </w:p>
        </w:tc>
      </w:tr>
      <w:tr w:rsidR="00512D8F" w14:paraId="5774D928"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8A97D4F" w14:textId="77777777" w:rsidR="00512D8F" w:rsidRDefault="00512D8F" w:rsidP="00354607">
            <w:r>
              <w:t>Genel Eğitim Memnuniyeti (A)</w:t>
            </w:r>
          </w:p>
        </w:tc>
        <w:tc>
          <w:tcPr>
            <w:tcW w:w="2160" w:type="dxa"/>
          </w:tcPr>
          <w:p w14:paraId="4939364F"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36-45 yaş</w:t>
            </w:r>
          </w:p>
        </w:tc>
        <w:tc>
          <w:tcPr>
            <w:tcW w:w="2160" w:type="dxa"/>
          </w:tcPr>
          <w:p w14:paraId="32E5632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3.728</w:t>
            </w:r>
          </w:p>
        </w:tc>
        <w:tc>
          <w:tcPr>
            <w:tcW w:w="2160" w:type="dxa"/>
          </w:tcPr>
          <w:p w14:paraId="2519523E"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0.816</w:t>
            </w:r>
          </w:p>
        </w:tc>
      </w:tr>
      <w:tr w:rsidR="00512D8F" w14:paraId="4AD2F694"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38BBBC0F" w14:textId="77777777" w:rsidR="00512D8F" w:rsidRDefault="00512D8F" w:rsidP="00354607">
            <w:r>
              <w:t>Genel Eğitim Memnuniyeti (A)</w:t>
            </w:r>
          </w:p>
        </w:tc>
        <w:tc>
          <w:tcPr>
            <w:tcW w:w="2160" w:type="dxa"/>
          </w:tcPr>
          <w:p w14:paraId="152A4DD7"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46 yaş üzeri</w:t>
            </w:r>
          </w:p>
        </w:tc>
        <w:tc>
          <w:tcPr>
            <w:tcW w:w="2160" w:type="dxa"/>
          </w:tcPr>
          <w:p w14:paraId="12F8E209"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3.499</w:t>
            </w:r>
          </w:p>
        </w:tc>
        <w:tc>
          <w:tcPr>
            <w:tcW w:w="2160" w:type="dxa"/>
          </w:tcPr>
          <w:p w14:paraId="71043E3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1.011</w:t>
            </w:r>
          </w:p>
        </w:tc>
      </w:tr>
      <w:tr w:rsidR="00512D8F" w14:paraId="6CF0C89C"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A4A73B2" w14:textId="77777777" w:rsidR="00512D8F" w:rsidRDefault="00512D8F" w:rsidP="00354607">
            <w:r>
              <w:t>Genel Memnuniyet (B)</w:t>
            </w:r>
          </w:p>
        </w:tc>
        <w:tc>
          <w:tcPr>
            <w:tcW w:w="2160" w:type="dxa"/>
          </w:tcPr>
          <w:p w14:paraId="354524AB"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25 yaş altı</w:t>
            </w:r>
          </w:p>
        </w:tc>
        <w:tc>
          <w:tcPr>
            <w:tcW w:w="2160" w:type="dxa"/>
          </w:tcPr>
          <w:p w14:paraId="389C860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3.187</w:t>
            </w:r>
          </w:p>
        </w:tc>
        <w:tc>
          <w:tcPr>
            <w:tcW w:w="2160" w:type="dxa"/>
          </w:tcPr>
          <w:p w14:paraId="67CE35BF"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1.241</w:t>
            </w:r>
          </w:p>
        </w:tc>
      </w:tr>
      <w:tr w:rsidR="00512D8F" w14:paraId="0FF82D09"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C4CFBE9" w14:textId="77777777" w:rsidR="00512D8F" w:rsidRDefault="00512D8F" w:rsidP="00354607">
            <w:r>
              <w:t>Genel Memnuniyet (B)</w:t>
            </w:r>
          </w:p>
        </w:tc>
        <w:tc>
          <w:tcPr>
            <w:tcW w:w="2160" w:type="dxa"/>
          </w:tcPr>
          <w:p w14:paraId="6069019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26-35 yaş</w:t>
            </w:r>
          </w:p>
        </w:tc>
        <w:tc>
          <w:tcPr>
            <w:tcW w:w="2160" w:type="dxa"/>
          </w:tcPr>
          <w:p w14:paraId="376E157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3.485</w:t>
            </w:r>
          </w:p>
        </w:tc>
        <w:tc>
          <w:tcPr>
            <w:tcW w:w="2160" w:type="dxa"/>
          </w:tcPr>
          <w:p w14:paraId="153AE88D"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1.201</w:t>
            </w:r>
          </w:p>
        </w:tc>
      </w:tr>
      <w:tr w:rsidR="00512D8F" w14:paraId="76E0F452"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3EE47482" w14:textId="77777777" w:rsidR="00512D8F" w:rsidRDefault="00512D8F" w:rsidP="00354607">
            <w:r>
              <w:t>Genel Memnuniyet (B)</w:t>
            </w:r>
          </w:p>
        </w:tc>
        <w:tc>
          <w:tcPr>
            <w:tcW w:w="2160" w:type="dxa"/>
          </w:tcPr>
          <w:p w14:paraId="5D566894"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36-45 yaş</w:t>
            </w:r>
          </w:p>
        </w:tc>
        <w:tc>
          <w:tcPr>
            <w:tcW w:w="2160" w:type="dxa"/>
          </w:tcPr>
          <w:p w14:paraId="56F6EF4C"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4.007</w:t>
            </w:r>
          </w:p>
        </w:tc>
        <w:tc>
          <w:tcPr>
            <w:tcW w:w="2160" w:type="dxa"/>
          </w:tcPr>
          <w:p w14:paraId="5A47284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0.778</w:t>
            </w:r>
          </w:p>
        </w:tc>
      </w:tr>
      <w:tr w:rsidR="00512D8F" w14:paraId="50F314CC"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2F09E766" w14:textId="77777777" w:rsidR="00512D8F" w:rsidRDefault="00512D8F" w:rsidP="00354607">
            <w:r>
              <w:t>Genel Memnuniyet (B)</w:t>
            </w:r>
          </w:p>
        </w:tc>
        <w:tc>
          <w:tcPr>
            <w:tcW w:w="2160" w:type="dxa"/>
          </w:tcPr>
          <w:p w14:paraId="29FF0667"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46 yaş üzeri</w:t>
            </w:r>
          </w:p>
        </w:tc>
        <w:tc>
          <w:tcPr>
            <w:tcW w:w="2160" w:type="dxa"/>
          </w:tcPr>
          <w:p w14:paraId="37A568C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3.828</w:t>
            </w:r>
          </w:p>
        </w:tc>
        <w:tc>
          <w:tcPr>
            <w:tcW w:w="2160" w:type="dxa"/>
          </w:tcPr>
          <w:p w14:paraId="5FB2299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1.124</w:t>
            </w:r>
          </w:p>
        </w:tc>
      </w:tr>
    </w:tbl>
    <w:p w14:paraId="1871A8C2" w14:textId="77777777" w:rsidR="00512D8F" w:rsidRDefault="00512D8F" w:rsidP="00512D8F"/>
    <w:p w14:paraId="5B63DB5D" w14:textId="77777777" w:rsidR="00512D8F" w:rsidRDefault="00512D8F" w:rsidP="00512D8F">
      <w:pPr>
        <w:jc w:val="center"/>
      </w:pPr>
      <w:r>
        <w:rPr>
          <w:noProof/>
        </w:rPr>
        <w:drawing>
          <wp:inline distT="0" distB="0" distL="0" distR="0" wp14:anchorId="25940CC5" wp14:editId="7F11D909">
            <wp:extent cx="5943600" cy="3374320"/>
            <wp:effectExtent l="0" t="0" r="0" b="0"/>
            <wp:docPr id="365887438" name="Picture 6" descr="metin, ekran görüntüsü, diyagram, renklilik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887438" name="Picture 6" descr="metin, ekran görüntüsü, diyagram, renklilik içeren bir resim&#10;&#10;Yapay zeka tarafından oluşturulmuş içerik yanlış olabilir."/>
                    <pic:cNvPicPr/>
                  </pic:nvPicPr>
                  <pic:blipFill>
                    <a:blip r:embed="rId18"/>
                    <a:stretch>
                      <a:fillRect/>
                    </a:stretch>
                  </pic:blipFill>
                  <pic:spPr>
                    <a:xfrm>
                      <a:off x="0" y="0"/>
                      <a:ext cx="5943600" cy="3374320"/>
                    </a:xfrm>
                    <a:prstGeom prst="rect">
                      <a:avLst/>
                    </a:prstGeom>
                  </pic:spPr>
                </pic:pic>
              </a:graphicData>
            </a:graphic>
          </wp:inline>
        </w:drawing>
      </w:r>
    </w:p>
    <w:p w14:paraId="03C440A1" w14:textId="4314D498" w:rsidR="00512D8F" w:rsidRDefault="00512D8F">
      <w:r>
        <w:br w:type="page"/>
      </w:r>
    </w:p>
    <w:p w14:paraId="3BC6F911" w14:textId="77777777" w:rsidR="00512D8F" w:rsidRDefault="00512D8F" w:rsidP="00512D8F">
      <w:pPr>
        <w:pStyle w:val="Balk2"/>
        <w:jc w:val="center"/>
      </w:pPr>
      <w:r>
        <w:lastRenderedPageBreak/>
        <w:t>Akademik Birimlere Göre Memnuniyet Skorları Analizi</w:t>
      </w:r>
    </w:p>
    <w:p w14:paraId="5B4DC609" w14:textId="77777777" w:rsidR="00512D8F" w:rsidRDefault="00512D8F" w:rsidP="00512D8F"/>
    <w:p w14:paraId="51B31E56" w14:textId="77777777" w:rsidR="00512D8F" w:rsidRDefault="00512D8F" w:rsidP="00512D8F">
      <w:r>
        <w:t>Bu rapor, Aksaray Üniversitesi mezunlarının akademik birimlerine göre memnuniyet düzeylerini analiz etmektedir. Altı farklı memnuniyet kategorisi (Eğitim Kalitesi, Eğitim Olanakları, Kariyer Katkısı, Kişisel Gelişim, Genel Eğitim Memnuniyeti ve Genel Memnuniyet) üzerinden akademik birimler karşılaştırılmıştır.</w:t>
      </w:r>
    </w:p>
    <w:p w14:paraId="5F9FA5A1" w14:textId="77777777" w:rsidR="00512D8F" w:rsidRDefault="00512D8F" w:rsidP="00512D8F"/>
    <w:p w14:paraId="0AA1E9E8" w14:textId="77777777" w:rsidR="00512D8F" w:rsidRDefault="00512D8F" w:rsidP="00512D8F">
      <w:r>
        <w:rPr>
          <w:b/>
        </w:rPr>
        <w:t xml:space="preserve">Not: </w:t>
      </w:r>
      <w:r>
        <w:t>Tıp Fakültesi, yetersiz katılımcı sayısı nedeniyle bu analizden çıkarılmıştır.</w:t>
      </w:r>
    </w:p>
    <w:p w14:paraId="009729A6" w14:textId="77777777" w:rsidR="00512D8F" w:rsidRDefault="00512D8F" w:rsidP="00512D8F"/>
    <w:p w14:paraId="422579E8" w14:textId="112CA669" w:rsidR="00512D8F" w:rsidRDefault="00512D8F" w:rsidP="00512D8F">
      <w:pPr>
        <w:pStyle w:val="Balk1"/>
      </w:pPr>
      <w:r>
        <w:t>1</w:t>
      </w:r>
      <w:r w:rsidR="008D4C35">
        <w:t>0</w:t>
      </w:r>
      <w:r>
        <w:t>. AKADEMİK BİRİMLERE GÖRE KATILIMCI SAYILARI</w:t>
      </w:r>
    </w:p>
    <w:tbl>
      <w:tblPr>
        <w:tblStyle w:val="AkKlavuz-Vurgu1"/>
        <w:tblW w:w="0" w:type="auto"/>
        <w:tblLook w:val="04A0" w:firstRow="1" w:lastRow="0" w:firstColumn="1" w:lastColumn="0" w:noHBand="0" w:noVBand="1"/>
      </w:tblPr>
      <w:tblGrid>
        <w:gridCol w:w="2874"/>
        <w:gridCol w:w="2873"/>
        <w:gridCol w:w="2873"/>
      </w:tblGrid>
      <w:tr w:rsidR="00512D8F" w14:paraId="3D0649C9" w14:textId="77777777" w:rsidTr="003546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2C28064" w14:textId="77777777" w:rsidR="00512D8F" w:rsidRDefault="00512D8F" w:rsidP="00354607">
            <w:r>
              <w:t>Akademik Birim</w:t>
            </w:r>
          </w:p>
        </w:tc>
        <w:tc>
          <w:tcPr>
            <w:tcW w:w="2880" w:type="dxa"/>
          </w:tcPr>
          <w:p w14:paraId="6AC449BA"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Katılımcı Sayısı</w:t>
            </w:r>
          </w:p>
        </w:tc>
        <w:tc>
          <w:tcPr>
            <w:tcW w:w="2880" w:type="dxa"/>
          </w:tcPr>
          <w:p w14:paraId="074D56C4"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Yüzde (%)</w:t>
            </w:r>
          </w:p>
        </w:tc>
      </w:tr>
      <w:tr w:rsidR="00512D8F" w14:paraId="57E4C8CE"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54980C8" w14:textId="77777777" w:rsidR="00512D8F" w:rsidRDefault="00512D8F" w:rsidP="00354607">
            <w:r>
              <w:t>Diğer (lütfen belirtin)</w:t>
            </w:r>
          </w:p>
        </w:tc>
        <w:tc>
          <w:tcPr>
            <w:tcW w:w="2880" w:type="dxa"/>
          </w:tcPr>
          <w:p w14:paraId="5FDE4D8C"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17</w:t>
            </w:r>
          </w:p>
        </w:tc>
        <w:tc>
          <w:tcPr>
            <w:tcW w:w="2880" w:type="dxa"/>
          </w:tcPr>
          <w:p w14:paraId="6E51EC5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0.83</w:t>
            </w:r>
          </w:p>
        </w:tc>
      </w:tr>
      <w:tr w:rsidR="00512D8F" w14:paraId="0383CC67"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EF862C5" w14:textId="77777777" w:rsidR="00512D8F" w:rsidRDefault="00512D8F" w:rsidP="00354607">
            <w:r>
              <w:t>Eskil MYO</w:t>
            </w:r>
          </w:p>
        </w:tc>
        <w:tc>
          <w:tcPr>
            <w:tcW w:w="2880" w:type="dxa"/>
          </w:tcPr>
          <w:p w14:paraId="19F21AE7"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13</w:t>
            </w:r>
          </w:p>
        </w:tc>
        <w:tc>
          <w:tcPr>
            <w:tcW w:w="2880" w:type="dxa"/>
          </w:tcPr>
          <w:p w14:paraId="77FEC2C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0.63</w:t>
            </w:r>
          </w:p>
        </w:tc>
      </w:tr>
      <w:tr w:rsidR="00512D8F" w14:paraId="42C74E67"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2453932" w14:textId="77777777" w:rsidR="00512D8F" w:rsidRDefault="00512D8F" w:rsidP="00354607">
            <w:r>
              <w:t>Eğitim Fakültesi</w:t>
            </w:r>
          </w:p>
        </w:tc>
        <w:tc>
          <w:tcPr>
            <w:tcW w:w="2880" w:type="dxa"/>
          </w:tcPr>
          <w:p w14:paraId="64B032B1"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388</w:t>
            </w:r>
          </w:p>
        </w:tc>
        <w:tc>
          <w:tcPr>
            <w:tcW w:w="2880" w:type="dxa"/>
          </w:tcPr>
          <w:p w14:paraId="56959022"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18.88</w:t>
            </w:r>
          </w:p>
        </w:tc>
      </w:tr>
      <w:tr w:rsidR="00512D8F" w14:paraId="7FAC30EB"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317AE64" w14:textId="77777777" w:rsidR="00512D8F" w:rsidRDefault="00512D8F" w:rsidP="00354607">
            <w:r>
              <w:t>Fen Bilimleri Enstitüsü</w:t>
            </w:r>
          </w:p>
        </w:tc>
        <w:tc>
          <w:tcPr>
            <w:tcW w:w="2880" w:type="dxa"/>
          </w:tcPr>
          <w:p w14:paraId="6E8A1E86"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47</w:t>
            </w:r>
          </w:p>
        </w:tc>
        <w:tc>
          <w:tcPr>
            <w:tcW w:w="2880" w:type="dxa"/>
          </w:tcPr>
          <w:p w14:paraId="43C1DF9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2.29</w:t>
            </w:r>
          </w:p>
        </w:tc>
      </w:tr>
      <w:tr w:rsidR="00512D8F" w14:paraId="6591B96F"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BDDB1FE" w14:textId="77777777" w:rsidR="00512D8F" w:rsidRDefault="00512D8F" w:rsidP="00354607">
            <w:r>
              <w:t>Fen Edebiyat Fakültesi</w:t>
            </w:r>
          </w:p>
        </w:tc>
        <w:tc>
          <w:tcPr>
            <w:tcW w:w="2880" w:type="dxa"/>
          </w:tcPr>
          <w:p w14:paraId="5302123F"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154</w:t>
            </w:r>
          </w:p>
        </w:tc>
        <w:tc>
          <w:tcPr>
            <w:tcW w:w="2880" w:type="dxa"/>
          </w:tcPr>
          <w:p w14:paraId="1182E4D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7.49</w:t>
            </w:r>
          </w:p>
        </w:tc>
      </w:tr>
      <w:tr w:rsidR="00512D8F" w14:paraId="4601AE16"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283D368" w14:textId="77777777" w:rsidR="00512D8F" w:rsidRDefault="00512D8F" w:rsidP="00354607">
            <w:r>
              <w:t>Güzelyurt MYO</w:t>
            </w:r>
          </w:p>
        </w:tc>
        <w:tc>
          <w:tcPr>
            <w:tcW w:w="2880" w:type="dxa"/>
          </w:tcPr>
          <w:p w14:paraId="36520ED4"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48</w:t>
            </w:r>
          </w:p>
        </w:tc>
        <w:tc>
          <w:tcPr>
            <w:tcW w:w="2880" w:type="dxa"/>
          </w:tcPr>
          <w:p w14:paraId="050FB0E3"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2.34</w:t>
            </w:r>
          </w:p>
        </w:tc>
      </w:tr>
      <w:tr w:rsidR="00512D8F" w14:paraId="20655DB6"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9804F9E" w14:textId="77777777" w:rsidR="00512D8F" w:rsidRDefault="00512D8F" w:rsidP="00354607">
            <w:r>
              <w:t>Mimarlık ve Tasarım Fakültesi</w:t>
            </w:r>
          </w:p>
        </w:tc>
        <w:tc>
          <w:tcPr>
            <w:tcW w:w="2880" w:type="dxa"/>
          </w:tcPr>
          <w:p w14:paraId="5A7B4121"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19</w:t>
            </w:r>
          </w:p>
        </w:tc>
        <w:tc>
          <w:tcPr>
            <w:tcW w:w="2880" w:type="dxa"/>
          </w:tcPr>
          <w:p w14:paraId="457E7BEF"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0.92</w:t>
            </w:r>
          </w:p>
        </w:tc>
      </w:tr>
      <w:tr w:rsidR="00512D8F" w14:paraId="3A563649"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BC8D972" w14:textId="77777777" w:rsidR="00512D8F" w:rsidRDefault="00512D8F" w:rsidP="00354607">
            <w:r>
              <w:t>Mühendislik Fakültesi</w:t>
            </w:r>
          </w:p>
        </w:tc>
        <w:tc>
          <w:tcPr>
            <w:tcW w:w="2880" w:type="dxa"/>
          </w:tcPr>
          <w:p w14:paraId="134ACB73"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360</w:t>
            </w:r>
          </w:p>
        </w:tc>
        <w:tc>
          <w:tcPr>
            <w:tcW w:w="2880" w:type="dxa"/>
          </w:tcPr>
          <w:p w14:paraId="376BB6F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17.52</w:t>
            </w:r>
          </w:p>
        </w:tc>
      </w:tr>
      <w:tr w:rsidR="00512D8F" w14:paraId="7F885453"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86D563B" w14:textId="77777777" w:rsidR="00512D8F" w:rsidRDefault="00512D8F" w:rsidP="00354607">
            <w:r>
              <w:t>Ortaköy MYO</w:t>
            </w:r>
          </w:p>
        </w:tc>
        <w:tc>
          <w:tcPr>
            <w:tcW w:w="2880" w:type="dxa"/>
          </w:tcPr>
          <w:p w14:paraId="3591C264"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87</w:t>
            </w:r>
          </w:p>
        </w:tc>
        <w:tc>
          <w:tcPr>
            <w:tcW w:w="2880" w:type="dxa"/>
          </w:tcPr>
          <w:p w14:paraId="33DB4F92"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4.23</w:t>
            </w:r>
          </w:p>
        </w:tc>
      </w:tr>
      <w:tr w:rsidR="00512D8F" w14:paraId="01931375"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C17EE83" w14:textId="77777777" w:rsidR="00512D8F" w:rsidRDefault="00512D8F" w:rsidP="00354607">
            <w:r>
              <w:t>Sağlık Bilimleri Enstitüsü</w:t>
            </w:r>
          </w:p>
        </w:tc>
        <w:tc>
          <w:tcPr>
            <w:tcW w:w="2880" w:type="dxa"/>
          </w:tcPr>
          <w:p w14:paraId="2D25E2E5"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26</w:t>
            </w:r>
          </w:p>
        </w:tc>
        <w:tc>
          <w:tcPr>
            <w:tcW w:w="2880" w:type="dxa"/>
          </w:tcPr>
          <w:p w14:paraId="217E33B9"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1.27</w:t>
            </w:r>
          </w:p>
        </w:tc>
      </w:tr>
      <w:tr w:rsidR="00512D8F" w14:paraId="3AD68348"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25E1B6A" w14:textId="77777777" w:rsidR="00512D8F" w:rsidRDefault="00512D8F" w:rsidP="00354607">
            <w:r>
              <w:t>Sağlık Bilimleri Fakültesi</w:t>
            </w:r>
          </w:p>
        </w:tc>
        <w:tc>
          <w:tcPr>
            <w:tcW w:w="2880" w:type="dxa"/>
          </w:tcPr>
          <w:p w14:paraId="6F4E75EA"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105</w:t>
            </w:r>
          </w:p>
        </w:tc>
        <w:tc>
          <w:tcPr>
            <w:tcW w:w="2880" w:type="dxa"/>
          </w:tcPr>
          <w:p w14:paraId="300E977E"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5.11</w:t>
            </w:r>
          </w:p>
        </w:tc>
      </w:tr>
      <w:tr w:rsidR="00512D8F" w14:paraId="2C2562AD"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2773813" w14:textId="77777777" w:rsidR="00512D8F" w:rsidRDefault="00512D8F" w:rsidP="00354607">
            <w:r>
              <w:t>Sağlık Hizmetleri MYO</w:t>
            </w:r>
          </w:p>
        </w:tc>
        <w:tc>
          <w:tcPr>
            <w:tcW w:w="2880" w:type="dxa"/>
          </w:tcPr>
          <w:p w14:paraId="42AEFF5A"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44</w:t>
            </w:r>
          </w:p>
        </w:tc>
        <w:tc>
          <w:tcPr>
            <w:tcW w:w="2880" w:type="dxa"/>
          </w:tcPr>
          <w:p w14:paraId="4E87005A"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2.14</w:t>
            </w:r>
          </w:p>
        </w:tc>
      </w:tr>
      <w:tr w:rsidR="00512D8F" w14:paraId="50095D52"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147427E" w14:textId="77777777" w:rsidR="00512D8F" w:rsidRDefault="00512D8F" w:rsidP="00354607">
            <w:r>
              <w:t>Sosyal Bilimler Enstitüsü</w:t>
            </w:r>
          </w:p>
        </w:tc>
        <w:tc>
          <w:tcPr>
            <w:tcW w:w="2880" w:type="dxa"/>
          </w:tcPr>
          <w:p w14:paraId="15CEA5BB"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92</w:t>
            </w:r>
          </w:p>
        </w:tc>
        <w:tc>
          <w:tcPr>
            <w:tcW w:w="2880" w:type="dxa"/>
          </w:tcPr>
          <w:p w14:paraId="33B8B520"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4.48</w:t>
            </w:r>
          </w:p>
        </w:tc>
      </w:tr>
      <w:tr w:rsidR="00512D8F" w14:paraId="49F433D5"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24E04AF" w14:textId="77777777" w:rsidR="00512D8F" w:rsidRDefault="00512D8F" w:rsidP="00354607">
            <w:r>
              <w:t>Sosyal Bilimler MYO</w:t>
            </w:r>
          </w:p>
        </w:tc>
        <w:tc>
          <w:tcPr>
            <w:tcW w:w="2880" w:type="dxa"/>
          </w:tcPr>
          <w:p w14:paraId="561664A5"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79</w:t>
            </w:r>
          </w:p>
        </w:tc>
        <w:tc>
          <w:tcPr>
            <w:tcW w:w="2880" w:type="dxa"/>
          </w:tcPr>
          <w:p w14:paraId="341FFB30"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3.84</w:t>
            </w:r>
          </w:p>
        </w:tc>
      </w:tr>
      <w:tr w:rsidR="00512D8F" w14:paraId="1E8219EE"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8755296" w14:textId="77777777" w:rsidR="00512D8F" w:rsidRDefault="00512D8F" w:rsidP="00354607">
            <w:r>
              <w:t>Spor Bilimleri Fakültesi</w:t>
            </w:r>
          </w:p>
        </w:tc>
        <w:tc>
          <w:tcPr>
            <w:tcW w:w="2880" w:type="dxa"/>
          </w:tcPr>
          <w:p w14:paraId="07EE270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69</w:t>
            </w:r>
          </w:p>
        </w:tc>
        <w:tc>
          <w:tcPr>
            <w:tcW w:w="2880" w:type="dxa"/>
          </w:tcPr>
          <w:p w14:paraId="565BE58C"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3.36</w:t>
            </w:r>
          </w:p>
        </w:tc>
      </w:tr>
      <w:tr w:rsidR="00512D8F" w14:paraId="2E492EDA"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02992C9" w14:textId="77777777" w:rsidR="00512D8F" w:rsidRDefault="00512D8F" w:rsidP="00354607">
            <w:r>
              <w:t>Teknik Bilimler MYO</w:t>
            </w:r>
          </w:p>
        </w:tc>
        <w:tc>
          <w:tcPr>
            <w:tcW w:w="2880" w:type="dxa"/>
          </w:tcPr>
          <w:p w14:paraId="55F0DBE5"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85</w:t>
            </w:r>
          </w:p>
        </w:tc>
        <w:tc>
          <w:tcPr>
            <w:tcW w:w="2880" w:type="dxa"/>
          </w:tcPr>
          <w:p w14:paraId="1430C6D9"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4.14</w:t>
            </w:r>
          </w:p>
        </w:tc>
      </w:tr>
      <w:tr w:rsidR="00512D8F" w14:paraId="25764643"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89727A1" w14:textId="77777777" w:rsidR="00512D8F" w:rsidRDefault="00512D8F" w:rsidP="00354607">
            <w:r>
              <w:t>Turizm Fakültesi</w:t>
            </w:r>
          </w:p>
        </w:tc>
        <w:tc>
          <w:tcPr>
            <w:tcW w:w="2880" w:type="dxa"/>
          </w:tcPr>
          <w:p w14:paraId="69D81B6F"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9</w:t>
            </w:r>
          </w:p>
        </w:tc>
        <w:tc>
          <w:tcPr>
            <w:tcW w:w="2880" w:type="dxa"/>
          </w:tcPr>
          <w:p w14:paraId="22A16A43"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0.44</w:t>
            </w:r>
          </w:p>
        </w:tc>
      </w:tr>
      <w:tr w:rsidR="00512D8F" w14:paraId="7E33D90F"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5723B7A" w14:textId="77777777" w:rsidR="00512D8F" w:rsidRDefault="00512D8F" w:rsidP="00354607">
            <w:r>
              <w:t>Veteriner Fakültesi</w:t>
            </w:r>
          </w:p>
        </w:tc>
        <w:tc>
          <w:tcPr>
            <w:tcW w:w="2880" w:type="dxa"/>
          </w:tcPr>
          <w:p w14:paraId="4A608791"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11</w:t>
            </w:r>
          </w:p>
        </w:tc>
        <w:tc>
          <w:tcPr>
            <w:tcW w:w="2880" w:type="dxa"/>
          </w:tcPr>
          <w:p w14:paraId="743DB41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0.54</w:t>
            </w:r>
          </w:p>
        </w:tc>
      </w:tr>
      <w:tr w:rsidR="00512D8F" w14:paraId="62B22B92"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61AFF86" w14:textId="77777777" w:rsidR="00512D8F" w:rsidRDefault="00512D8F" w:rsidP="00354607">
            <w:r>
              <w:t>İktisadi ve İdari Bilimler Fakültesi</w:t>
            </w:r>
          </w:p>
        </w:tc>
        <w:tc>
          <w:tcPr>
            <w:tcW w:w="2880" w:type="dxa"/>
          </w:tcPr>
          <w:p w14:paraId="74C980E2"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289</w:t>
            </w:r>
          </w:p>
        </w:tc>
        <w:tc>
          <w:tcPr>
            <w:tcW w:w="2880" w:type="dxa"/>
          </w:tcPr>
          <w:p w14:paraId="716249B2"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14.06</w:t>
            </w:r>
          </w:p>
        </w:tc>
      </w:tr>
      <w:tr w:rsidR="00512D8F" w14:paraId="3724FC26"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83E6E42" w14:textId="77777777" w:rsidR="00512D8F" w:rsidRDefault="00512D8F" w:rsidP="00354607">
            <w:r>
              <w:t>İletişim Fakültesi</w:t>
            </w:r>
          </w:p>
        </w:tc>
        <w:tc>
          <w:tcPr>
            <w:tcW w:w="2880" w:type="dxa"/>
          </w:tcPr>
          <w:p w14:paraId="3E18BB3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24</w:t>
            </w:r>
          </w:p>
        </w:tc>
        <w:tc>
          <w:tcPr>
            <w:tcW w:w="2880" w:type="dxa"/>
          </w:tcPr>
          <w:p w14:paraId="55D3BDC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1.17</w:t>
            </w:r>
          </w:p>
        </w:tc>
      </w:tr>
      <w:tr w:rsidR="00512D8F" w14:paraId="5EF1B6F2"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0EA0AC2" w14:textId="77777777" w:rsidR="00512D8F" w:rsidRDefault="00512D8F" w:rsidP="00354607">
            <w:r>
              <w:t>İslami İlimler Fakültesi</w:t>
            </w:r>
          </w:p>
        </w:tc>
        <w:tc>
          <w:tcPr>
            <w:tcW w:w="2880" w:type="dxa"/>
          </w:tcPr>
          <w:p w14:paraId="4DAB7CDB"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89</w:t>
            </w:r>
          </w:p>
        </w:tc>
        <w:tc>
          <w:tcPr>
            <w:tcW w:w="2880" w:type="dxa"/>
          </w:tcPr>
          <w:p w14:paraId="46E1C93B"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4.33</w:t>
            </w:r>
          </w:p>
        </w:tc>
      </w:tr>
      <w:tr w:rsidR="00512D8F" w14:paraId="1B6D99E9"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A044BEF" w14:textId="77777777" w:rsidR="00512D8F" w:rsidRDefault="00512D8F" w:rsidP="00354607">
            <w:r>
              <w:t>TOPLAM</w:t>
            </w:r>
          </w:p>
        </w:tc>
        <w:tc>
          <w:tcPr>
            <w:tcW w:w="2880" w:type="dxa"/>
          </w:tcPr>
          <w:p w14:paraId="11E210D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2055</w:t>
            </w:r>
          </w:p>
        </w:tc>
        <w:tc>
          <w:tcPr>
            <w:tcW w:w="2880" w:type="dxa"/>
          </w:tcPr>
          <w:p w14:paraId="28AD4CF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100.00</w:t>
            </w:r>
          </w:p>
        </w:tc>
      </w:tr>
    </w:tbl>
    <w:p w14:paraId="56B649BF" w14:textId="77777777" w:rsidR="00512D8F" w:rsidRDefault="00512D8F" w:rsidP="00512D8F"/>
    <w:p w14:paraId="2A3816E1" w14:textId="77777777" w:rsidR="00512D8F" w:rsidRDefault="00512D8F" w:rsidP="00512D8F">
      <w:pPr>
        <w:jc w:val="center"/>
      </w:pPr>
      <w:r>
        <w:rPr>
          <w:noProof/>
        </w:rPr>
        <w:lastRenderedPageBreak/>
        <w:drawing>
          <wp:inline distT="0" distB="0" distL="0" distR="0" wp14:anchorId="6066CA9D" wp14:editId="0851B94A">
            <wp:extent cx="5943600" cy="4139025"/>
            <wp:effectExtent l="0" t="0" r="0" b="0"/>
            <wp:docPr id="721388615" name="Picture 1" descr="metin, ekran görüntüsü, diyagram, öykü gelişim çizgisi; kumpas; grafiğini çıkarma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388615" name="Picture 1" descr="metin, ekran görüntüsü, diyagram, öykü gelişim çizgisi; kumpas; grafiğini çıkarma içeren bir resim&#10;&#10;Yapay zeka tarafından oluşturulmuş içerik yanlış olabilir."/>
                    <pic:cNvPicPr/>
                  </pic:nvPicPr>
                  <pic:blipFill>
                    <a:blip r:embed="rId19"/>
                    <a:stretch>
                      <a:fillRect/>
                    </a:stretch>
                  </pic:blipFill>
                  <pic:spPr>
                    <a:xfrm>
                      <a:off x="0" y="0"/>
                      <a:ext cx="5943600" cy="4139025"/>
                    </a:xfrm>
                    <a:prstGeom prst="rect">
                      <a:avLst/>
                    </a:prstGeom>
                  </pic:spPr>
                </pic:pic>
              </a:graphicData>
            </a:graphic>
          </wp:inline>
        </w:drawing>
      </w:r>
    </w:p>
    <w:p w14:paraId="44D27E32" w14:textId="77777777" w:rsidR="00512D8F" w:rsidRDefault="00512D8F" w:rsidP="00512D8F">
      <w:r>
        <w:br w:type="page"/>
      </w:r>
    </w:p>
    <w:p w14:paraId="5A401071" w14:textId="07BAD09F" w:rsidR="00512D8F" w:rsidRDefault="008D4C35" w:rsidP="00512D8F">
      <w:pPr>
        <w:pStyle w:val="Balk1"/>
      </w:pPr>
      <w:r>
        <w:lastRenderedPageBreak/>
        <w:t>11</w:t>
      </w:r>
      <w:r w:rsidR="00512D8F">
        <w:t>. AKADEMİK BİRİMLERE GÖRE MEMNUNİYET SKORLARI</w:t>
      </w:r>
    </w:p>
    <w:p w14:paraId="66C39571" w14:textId="6D1E9395" w:rsidR="00512D8F" w:rsidRDefault="008D4C35" w:rsidP="00512D8F">
      <w:pPr>
        <w:pStyle w:val="Balk2"/>
      </w:pPr>
      <w:r>
        <w:t>11</w:t>
      </w:r>
      <w:r w:rsidR="00512D8F">
        <w:t>.1. Eğitim Kalitesi Skoru</w:t>
      </w:r>
    </w:p>
    <w:tbl>
      <w:tblPr>
        <w:tblStyle w:val="AkKlavuz-Vurgu1"/>
        <w:tblW w:w="0" w:type="auto"/>
        <w:tblLook w:val="04A0" w:firstRow="1" w:lastRow="0" w:firstColumn="1" w:lastColumn="0" w:noHBand="0" w:noVBand="1"/>
      </w:tblPr>
      <w:tblGrid>
        <w:gridCol w:w="2156"/>
        <w:gridCol w:w="2155"/>
        <w:gridCol w:w="2154"/>
        <w:gridCol w:w="2155"/>
      </w:tblGrid>
      <w:tr w:rsidR="00512D8F" w14:paraId="5F965447" w14:textId="77777777" w:rsidTr="003546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7848FA72" w14:textId="77777777" w:rsidR="00512D8F" w:rsidRDefault="00512D8F" w:rsidP="00354607">
            <w:r>
              <w:t>Akademik Birim</w:t>
            </w:r>
          </w:p>
        </w:tc>
        <w:tc>
          <w:tcPr>
            <w:tcW w:w="2160" w:type="dxa"/>
          </w:tcPr>
          <w:p w14:paraId="22BCE4EC"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Ortalama</w:t>
            </w:r>
          </w:p>
        </w:tc>
        <w:tc>
          <w:tcPr>
            <w:tcW w:w="2160" w:type="dxa"/>
          </w:tcPr>
          <w:p w14:paraId="43A6EECD"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Std Sapma</w:t>
            </w:r>
          </w:p>
        </w:tc>
        <w:tc>
          <w:tcPr>
            <w:tcW w:w="2160" w:type="dxa"/>
          </w:tcPr>
          <w:p w14:paraId="762409BB"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Katılımcı Sayısı</w:t>
            </w:r>
          </w:p>
        </w:tc>
      </w:tr>
      <w:tr w:rsidR="00512D8F" w14:paraId="36D3F25D"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252BFFB0" w14:textId="77777777" w:rsidR="00512D8F" w:rsidRDefault="00512D8F" w:rsidP="00354607">
            <w:r>
              <w:t>Sosyal Bilimler Enstitüsü</w:t>
            </w:r>
          </w:p>
        </w:tc>
        <w:tc>
          <w:tcPr>
            <w:tcW w:w="2160" w:type="dxa"/>
          </w:tcPr>
          <w:p w14:paraId="23FCB8E3"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4.259</w:t>
            </w:r>
          </w:p>
        </w:tc>
        <w:tc>
          <w:tcPr>
            <w:tcW w:w="2160" w:type="dxa"/>
          </w:tcPr>
          <w:p w14:paraId="314DADEA"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0.739</w:t>
            </w:r>
          </w:p>
        </w:tc>
        <w:tc>
          <w:tcPr>
            <w:tcW w:w="2160" w:type="dxa"/>
          </w:tcPr>
          <w:p w14:paraId="0C15AE7F"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68</w:t>
            </w:r>
          </w:p>
        </w:tc>
      </w:tr>
      <w:tr w:rsidR="00512D8F" w14:paraId="1CFFD62E"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7C05A469" w14:textId="77777777" w:rsidR="00512D8F" w:rsidRDefault="00512D8F" w:rsidP="00354607">
            <w:r>
              <w:t>Fen Bilimleri Enstitüsü</w:t>
            </w:r>
          </w:p>
        </w:tc>
        <w:tc>
          <w:tcPr>
            <w:tcW w:w="2160" w:type="dxa"/>
          </w:tcPr>
          <w:p w14:paraId="7F814D0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4.015</w:t>
            </w:r>
          </w:p>
        </w:tc>
        <w:tc>
          <w:tcPr>
            <w:tcW w:w="2160" w:type="dxa"/>
          </w:tcPr>
          <w:p w14:paraId="1E75BDC6"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0.832</w:t>
            </w:r>
          </w:p>
        </w:tc>
        <w:tc>
          <w:tcPr>
            <w:tcW w:w="2160" w:type="dxa"/>
          </w:tcPr>
          <w:p w14:paraId="25FE0483"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40</w:t>
            </w:r>
          </w:p>
        </w:tc>
      </w:tr>
      <w:tr w:rsidR="00512D8F" w14:paraId="06475260"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DC86C38" w14:textId="77777777" w:rsidR="00512D8F" w:rsidRDefault="00512D8F" w:rsidP="00354607">
            <w:r>
              <w:t>Sağlık Bilimleri Enstitüsü</w:t>
            </w:r>
          </w:p>
        </w:tc>
        <w:tc>
          <w:tcPr>
            <w:tcW w:w="2160" w:type="dxa"/>
          </w:tcPr>
          <w:p w14:paraId="2CEC5B1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3.840</w:t>
            </w:r>
          </w:p>
        </w:tc>
        <w:tc>
          <w:tcPr>
            <w:tcW w:w="2160" w:type="dxa"/>
          </w:tcPr>
          <w:p w14:paraId="026F446C"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1.210</w:t>
            </w:r>
          </w:p>
        </w:tc>
        <w:tc>
          <w:tcPr>
            <w:tcW w:w="2160" w:type="dxa"/>
          </w:tcPr>
          <w:p w14:paraId="01A0862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20</w:t>
            </w:r>
          </w:p>
        </w:tc>
      </w:tr>
      <w:tr w:rsidR="00512D8F" w14:paraId="6E963F10"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792FECEE" w14:textId="77777777" w:rsidR="00512D8F" w:rsidRDefault="00512D8F" w:rsidP="00354607">
            <w:r>
              <w:t>Spor Bilimleri Fakültesi</w:t>
            </w:r>
          </w:p>
        </w:tc>
        <w:tc>
          <w:tcPr>
            <w:tcW w:w="2160" w:type="dxa"/>
          </w:tcPr>
          <w:p w14:paraId="3EA15F27"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3.698</w:t>
            </w:r>
          </w:p>
        </w:tc>
        <w:tc>
          <w:tcPr>
            <w:tcW w:w="2160" w:type="dxa"/>
          </w:tcPr>
          <w:p w14:paraId="4FCC2E6A"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1.073</w:t>
            </w:r>
          </w:p>
        </w:tc>
        <w:tc>
          <w:tcPr>
            <w:tcW w:w="2160" w:type="dxa"/>
          </w:tcPr>
          <w:p w14:paraId="671D6AC7"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49</w:t>
            </w:r>
          </w:p>
        </w:tc>
      </w:tr>
      <w:tr w:rsidR="00512D8F" w14:paraId="6FAE7313"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4FE42CC" w14:textId="77777777" w:rsidR="00512D8F" w:rsidRDefault="00512D8F" w:rsidP="00354607">
            <w:r>
              <w:t>Eğitim Fakültesi</w:t>
            </w:r>
          </w:p>
        </w:tc>
        <w:tc>
          <w:tcPr>
            <w:tcW w:w="2160" w:type="dxa"/>
          </w:tcPr>
          <w:p w14:paraId="79555ADB"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3.561</w:t>
            </w:r>
          </w:p>
        </w:tc>
        <w:tc>
          <w:tcPr>
            <w:tcW w:w="2160" w:type="dxa"/>
          </w:tcPr>
          <w:p w14:paraId="5A8B801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0.991</w:t>
            </w:r>
          </w:p>
        </w:tc>
        <w:tc>
          <w:tcPr>
            <w:tcW w:w="2160" w:type="dxa"/>
          </w:tcPr>
          <w:p w14:paraId="34BDC800"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294</w:t>
            </w:r>
          </w:p>
        </w:tc>
      </w:tr>
      <w:tr w:rsidR="00512D8F" w14:paraId="0D00E0AF"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281A042" w14:textId="77777777" w:rsidR="00512D8F" w:rsidRDefault="00512D8F" w:rsidP="00354607">
            <w:r>
              <w:t>Güzelyurt MYO</w:t>
            </w:r>
          </w:p>
        </w:tc>
        <w:tc>
          <w:tcPr>
            <w:tcW w:w="2160" w:type="dxa"/>
          </w:tcPr>
          <w:p w14:paraId="11EDBD4D"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3.452</w:t>
            </w:r>
          </w:p>
        </w:tc>
        <w:tc>
          <w:tcPr>
            <w:tcW w:w="2160" w:type="dxa"/>
          </w:tcPr>
          <w:p w14:paraId="6883E4B9"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1.003</w:t>
            </w:r>
          </w:p>
        </w:tc>
        <w:tc>
          <w:tcPr>
            <w:tcW w:w="2160" w:type="dxa"/>
          </w:tcPr>
          <w:p w14:paraId="26EA7E6D"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31</w:t>
            </w:r>
          </w:p>
        </w:tc>
      </w:tr>
      <w:tr w:rsidR="00512D8F" w14:paraId="06F7089D"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75B85F2E" w14:textId="77777777" w:rsidR="00512D8F" w:rsidRDefault="00512D8F" w:rsidP="00354607">
            <w:r>
              <w:t>Sosyal Bilimler MYO</w:t>
            </w:r>
          </w:p>
        </w:tc>
        <w:tc>
          <w:tcPr>
            <w:tcW w:w="2160" w:type="dxa"/>
          </w:tcPr>
          <w:p w14:paraId="3D285E1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3.392</w:t>
            </w:r>
          </w:p>
        </w:tc>
        <w:tc>
          <w:tcPr>
            <w:tcW w:w="2160" w:type="dxa"/>
          </w:tcPr>
          <w:p w14:paraId="50AEBE9F"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1.145</w:t>
            </w:r>
          </w:p>
        </w:tc>
        <w:tc>
          <w:tcPr>
            <w:tcW w:w="2160" w:type="dxa"/>
          </w:tcPr>
          <w:p w14:paraId="5AD3B5EC"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51</w:t>
            </w:r>
          </w:p>
        </w:tc>
      </w:tr>
      <w:tr w:rsidR="00512D8F" w14:paraId="7AF1F725"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4E121566" w14:textId="77777777" w:rsidR="00512D8F" w:rsidRDefault="00512D8F" w:rsidP="00354607">
            <w:r>
              <w:t>Veteriner Fakültesi</w:t>
            </w:r>
          </w:p>
        </w:tc>
        <w:tc>
          <w:tcPr>
            <w:tcW w:w="2160" w:type="dxa"/>
          </w:tcPr>
          <w:p w14:paraId="26CBC3E5"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3.378</w:t>
            </w:r>
          </w:p>
        </w:tc>
        <w:tc>
          <w:tcPr>
            <w:tcW w:w="2160" w:type="dxa"/>
          </w:tcPr>
          <w:p w14:paraId="7226F9D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0.764</w:t>
            </w:r>
          </w:p>
        </w:tc>
        <w:tc>
          <w:tcPr>
            <w:tcW w:w="2160" w:type="dxa"/>
          </w:tcPr>
          <w:p w14:paraId="5C4C6CA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9</w:t>
            </w:r>
          </w:p>
        </w:tc>
      </w:tr>
      <w:tr w:rsidR="00512D8F" w14:paraId="5F7D7259"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2FA33F87" w14:textId="77777777" w:rsidR="00512D8F" w:rsidRDefault="00512D8F" w:rsidP="00354607">
            <w:r>
              <w:t>Sağlık Bilimleri Fakültesi</w:t>
            </w:r>
          </w:p>
        </w:tc>
        <w:tc>
          <w:tcPr>
            <w:tcW w:w="2160" w:type="dxa"/>
          </w:tcPr>
          <w:p w14:paraId="24C8E5E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3.376</w:t>
            </w:r>
          </w:p>
        </w:tc>
        <w:tc>
          <w:tcPr>
            <w:tcW w:w="2160" w:type="dxa"/>
          </w:tcPr>
          <w:p w14:paraId="4A2889D0"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1.178</w:t>
            </w:r>
          </w:p>
        </w:tc>
        <w:tc>
          <w:tcPr>
            <w:tcW w:w="2160" w:type="dxa"/>
          </w:tcPr>
          <w:p w14:paraId="103BC190"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76</w:t>
            </w:r>
          </w:p>
        </w:tc>
      </w:tr>
      <w:tr w:rsidR="00512D8F" w14:paraId="5612C9F3"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A98B3A5" w14:textId="77777777" w:rsidR="00512D8F" w:rsidRDefault="00512D8F" w:rsidP="00354607">
            <w:r>
              <w:t>Fen Edebiyat Fakültesi</w:t>
            </w:r>
          </w:p>
        </w:tc>
        <w:tc>
          <w:tcPr>
            <w:tcW w:w="2160" w:type="dxa"/>
          </w:tcPr>
          <w:p w14:paraId="7F30AFAF"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3.222</w:t>
            </w:r>
          </w:p>
        </w:tc>
        <w:tc>
          <w:tcPr>
            <w:tcW w:w="2160" w:type="dxa"/>
          </w:tcPr>
          <w:p w14:paraId="09D0B840"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1.252</w:t>
            </w:r>
          </w:p>
        </w:tc>
        <w:tc>
          <w:tcPr>
            <w:tcW w:w="2160" w:type="dxa"/>
          </w:tcPr>
          <w:p w14:paraId="2739237A"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116</w:t>
            </w:r>
          </w:p>
        </w:tc>
      </w:tr>
      <w:tr w:rsidR="00512D8F" w14:paraId="7E100DF3"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29DA45D2" w14:textId="77777777" w:rsidR="00512D8F" w:rsidRDefault="00512D8F" w:rsidP="00354607">
            <w:r>
              <w:t>Diğer (lütfen belirtin)</w:t>
            </w:r>
          </w:p>
        </w:tc>
        <w:tc>
          <w:tcPr>
            <w:tcW w:w="2160" w:type="dxa"/>
          </w:tcPr>
          <w:p w14:paraId="35B55B43"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3.083</w:t>
            </w:r>
          </w:p>
        </w:tc>
        <w:tc>
          <w:tcPr>
            <w:tcW w:w="2160" w:type="dxa"/>
          </w:tcPr>
          <w:p w14:paraId="097AE83E"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1.358</w:t>
            </w:r>
          </w:p>
        </w:tc>
        <w:tc>
          <w:tcPr>
            <w:tcW w:w="2160" w:type="dxa"/>
          </w:tcPr>
          <w:p w14:paraId="4B2C5044"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12</w:t>
            </w:r>
          </w:p>
        </w:tc>
      </w:tr>
      <w:tr w:rsidR="00512D8F" w14:paraId="3EB953D0"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48F42DE5" w14:textId="77777777" w:rsidR="00512D8F" w:rsidRDefault="00512D8F" w:rsidP="00354607">
            <w:r>
              <w:t>Teknik Bilimler MYO</w:t>
            </w:r>
          </w:p>
        </w:tc>
        <w:tc>
          <w:tcPr>
            <w:tcW w:w="2160" w:type="dxa"/>
          </w:tcPr>
          <w:p w14:paraId="5A918587"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3.082</w:t>
            </w:r>
          </w:p>
        </w:tc>
        <w:tc>
          <w:tcPr>
            <w:tcW w:w="2160" w:type="dxa"/>
          </w:tcPr>
          <w:p w14:paraId="1BBC75F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1.368</w:t>
            </w:r>
          </w:p>
        </w:tc>
        <w:tc>
          <w:tcPr>
            <w:tcW w:w="2160" w:type="dxa"/>
          </w:tcPr>
          <w:p w14:paraId="280764F8"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68</w:t>
            </w:r>
          </w:p>
        </w:tc>
      </w:tr>
      <w:tr w:rsidR="00512D8F" w14:paraId="70FF8CE0"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6D1249B" w14:textId="77777777" w:rsidR="00512D8F" w:rsidRDefault="00512D8F" w:rsidP="00354607">
            <w:r>
              <w:t>Sağlık Hizmetleri MYO</w:t>
            </w:r>
          </w:p>
        </w:tc>
        <w:tc>
          <w:tcPr>
            <w:tcW w:w="2160" w:type="dxa"/>
          </w:tcPr>
          <w:p w14:paraId="00764A8B"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3.067</w:t>
            </w:r>
          </w:p>
        </w:tc>
        <w:tc>
          <w:tcPr>
            <w:tcW w:w="2160" w:type="dxa"/>
          </w:tcPr>
          <w:p w14:paraId="5516701D"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1.363</w:t>
            </w:r>
          </w:p>
        </w:tc>
        <w:tc>
          <w:tcPr>
            <w:tcW w:w="2160" w:type="dxa"/>
          </w:tcPr>
          <w:p w14:paraId="58D7FC8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27</w:t>
            </w:r>
          </w:p>
        </w:tc>
      </w:tr>
      <w:tr w:rsidR="00512D8F" w14:paraId="706A666A"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6CC524E" w14:textId="77777777" w:rsidR="00512D8F" w:rsidRDefault="00512D8F" w:rsidP="00354607">
            <w:r>
              <w:t>İslami İlimler Fakültesi</w:t>
            </w:r>
          </w:p>
        </w:tc>
        <w:tc>
          <w:tcPr>
            <w:tcW w:w="2160" w:type="dxa"/>
          </w:tcPr>
          <w:p w14:paraId="377E4796"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3.061</w:t>
            </w:r>
          </w:p>
        </w:tc>
        <w:tc>
          <w:tcPr>
            <w:tcW w:w="2160" w:type="dxa"/>
          </w:tcPr>
          <w:p w14:paraId="028D29C0"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1.172</w:t>
            </w:r>
          </w:p>
        </w:tc>
        <w:tc>
          <w:tcPr>
            <w:tcW w:w="2160" w:type="dxa"/>
          </w:tcPr>
          <w:p w14:paraId="7C875F9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56</w:t>
            </w:r>
          </w:p>
        </w:tc>
      </w:tr>
      <w:tr w:rsidR="00512D8F" w14:paraId="22014C8C"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3CE7E386" w14:textId="77777777" w:rsidR="00512D8F" w:rsidRDefault="00512D8F" w:rsidP="00354607">
            <w:r>
              <w:t>Ortaköy MYO</w:t>
            </w:r>
          </w:p>
        </w:tc>
        <w:tc>
          <w:tcPr>
            <w:tcW w:w="2160" w:type="dxa"/>
          </w:tcPr>
          <w:p w14:paraId="27105EA1"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3.053</w:t>
            </w:r>
          </w:p>
        </w:tc>
        <w:tc>
          <w:tcPr>
            <w:tcW w:w="2160" w:type="dxa"/>
          </w:tcPr>
          <w:p w14:paraId="3A0AFCE3"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1.379</w:t>
            </w:r>
          </w:p>
        </w:tc>
        <w:tc>
          <w:tcPr>
            <w:tcW w:w="2160" w:type="dxa"/>
          </w:tcPr>
          <w:p w14:paraId="5294655C"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60</w:t>
            </w:r>
          </w:p>
        </w:tc>
      </w:tr>
      <w:tr w:rsidR="00512D8F" w14:paraId="79DD3FAA"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26E24D56" w14:textId="77777777" w:rsidR="00512D8F" w:rsidRDefault="00512D8F" w:rsidP="00354607">
            <w:r>
              <w:t>Mühendislik Fakültesi</w:t>
            </w:r>
          </w:p>
        </w:tc>
        <w:tc>
          <w:tcPr>
            <w:tcW w:w="2160" w:type="dxa"/>
          </w:tcPr>
          <w:p w14:paraId="52BD91BD"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3.021</w:t>
            </w:r>
          </w:p>
        </w:tc>
        <w:tc>
          <w:tcPr>
            <w:tcW w:w="2160" w:type="dxa"/>
          </w:tcPr>
          <w:p w14:paraId="4D8CF406"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1.094</w:t>
            </w:r>
          </w:p>
        </w:tc>
        <w:tc>
          <w:tcPr>
            <w:tcW w:w="2160" w:type="dxa"/>
          </w:tcPr>
          <w:p w14:paraId="337A6764"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281</w:t>
            </w:r>
          </w:p>
        </w:tc>
      </w:tr>
      <w:tr w:rsidR="00512D8F" w14:paraId="3FE24417"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37E062E1" w14:textId="77777777" w:rsidR="00512D8F" w:rsidRDefault="00512D8F" w:rsidP="00354607">
            <w:r>
              <w:t>İktisadi ve İdari Bilimler Fakültesi</w:t>
            </w:r>
          </w:p>
        </w:tc>
        <w:tc>
          <w:tcPr>
            <w:tcW w:w="2160" w:type="dxa"/>
          </w:tcPr>
          <w:p w14:paraId="363E30F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3.018</w:t>
            </w:r>
          </w:p>
        </w:tc>
        <w:tc>
          <w:tcPr>
            <w:tcW w:w="2160" w:type="dxa"/>
          </w:tcPr>
          <w:p w14:paraId="0AE99521"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1.179</w:t>
            </w:r>
          </w:p>
        </w:tc>
        <w:tc>
          <w:tcPr>
            <w:tcW w:w="2160" w:type="dxa"/>
          </w:tcPr>
          <w:p w14:paraId="3E0AD03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223</w:t>
            </w:r>
          </w:p>
        </w:tc>
      </w:tr>
      <w:tr w:rsidR="00512D8F" w14:paraId="6C7DADF2"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65B0117" w14:textId="77777777" w:rsidR="00512D8F" w:rsidRDefault="00512D8F" w:rsidP="00354607">
            <w:r>
              <w:t>Turizm Fakültesi</w:t>
            </w:r>
          </w:p>
        </w:tc>
        <w:tc>
          <w:tcPr>
            <w:tcW w:w="2160" w:type="dxa"/>
          </w:tcPr>
          <w:p w14:paraId="4C45CE49"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2.914</w:t>
            </w:r>
          </w:p>
        </w:tc>
        <w:tc>
          <w:tcPr>
            <w:tcW w:w="2160" w:type="dxa"/>
          </w:tcPr>
          <w:p w14:paraId="2D0794D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1.583</w:t>
            </w:r>
          </w:p>
        </w:tc>
        <w:tc>
          <w:tcPr>
            <w:tcW w:w="2160" w:type="dxa"/>
          </w:tcPr>
          <w:p w14:paraId="16E50F03"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7</w:t>
            </w:r>
          </w:p>
        </w:tc>
      </w:tr>
      <w:tr w:rsidR="00512D8F" w14:paraId="2F375347"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2C86FE2C" w14:textId="77777777" w:rsidR="00512D8F" w:rsidRDefault="00512D8F" w:rsidP="00354607">
            <w:r>
              <w:t>İletişim Fakültesi</w:t>
            </w:r>
          </w:p>
        </w:tc>
        <w:tc>
          <w:tcPr>
            <w:tcW w:w="2160" w:type="dxa"/>
          </w:tcPr>
          <w:p w14:paraId="51D1AF22"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2.842</w:t>
            </w:r>
          </w:p>
        </w:tc>
        <w:tc>
          <w:tcPr>
            <w:tcW w:w="2160" w:type="dxa"/>
          </w:tcPr>
          <w:p w14:paraId="74387A53"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1.160</w:t>
            </w:r>
          </w:p>
        </w:tc>
        <w:tc>
          <w:tcPr>
            <w:tcW w:w="2160" w:type="dxa"/>
          </w:tcPr>
          <w:p w14:paraId="35B9AD3A"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19</w:t>
            </w:r>
          </w:p>
        </w:tc>
      </w:tr>
      <w:tr w:rsidR="00512D8F" w14:paraId="77F8F485"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78829006" w14:textId="77777777" w:rsidR="00512D8F" w:rsidRDefault="00512D8F" w:rsidP="00354607">
            <w:r>
              <w:t>Eskil MYO</w:t>
            </w:r>
          </w:p>
        </w:tc>
        <w:tc>
          <w:tcPr>
            <w:tcW w:w="2160" w:type="dxa"/>
          </w:tcPr>
          <w:p w14:paraId="43DC3017"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2.314</w:t>
            </w:r>
          </w:p>
        </w:tc>
        <w:tc>
          <w:tcPr>
            <w:tcW w:w="2160" w:type="dxa"/>
          </w:tcPr>
          <w:p w14:paraId="712DAA36"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0.893</w:t>
            </w:r>
          </w:p>
        </w:tc>
        <w:tc>
          <w:tcPr>
            <w:tcW w:w="2160" w:type="dxa"/>
          </w:tcPr>
          <w:p w14:paraId="7FE7BADF"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7</w:t>
            </w:r>
          </w:p>
        </w:tc>
      </w:tr>
      <w:tr w:rsidR="00512D8F" w14:paraId="16CB9B6D"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24C987BB" w14:textId="77777777" w:rsidR="00512D8F" w:rsidRDefault="00512D8F" w:rsidP="00354607">
            <w:r>
              <w:t>Mimarlık ve Tasarım Fakültesi</w:t>
            </w:r>
          </w:p>
        </w:tc>
        <w:tc>
          <w:tcPr>
            <w:tcW w:w="2160" w:type="dxa"/>
          </w:tcPr>
          <w:p w14:paraId="6268DCAF"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2.077</w:t>
            </w:r>
          </w:p>
        </w:tc>
        <w:tc>
          <w:tcPr>
            <w:tcW w:w="2160" w:type="dxa"/>
          </w:tcPr>
          <w:p w14:paraId="6BE717EA"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0.839</w:t>
            </w:r>
          </w:p>
        </w:tc>
        <w:tc>
          <w:tcPr>
            <w:tcW w:w="2160" w:type="dxa"/>
          </w:tcPr>
          <w:p w14:paraId="1B8D4CE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13</w:t>
            </w:r>
          </w:p>
        </w:tc>
      </w:tr>
    </w:tbl>
    <w:p w14:paraId="1C165AD9" w14:textId="77777777" w:rsidR="00512D8F" w:rsidRDefault="00512D8F" w:rsidP="00512D8F"/>
    <w:p w14:paraId="20A7FDCB" w14:textId="77777777" w:rsidR="00512D8F" w:rsidRDefault="00512D8F" w:rsidP="00512D8F">
      <w:pPr>
        <w:jc w:val="center"/>
      </w:pPr>
      <w:r>
        <w:rPr>
          <w:noProof/>
        </w:rPr>
        <w:lastRenderedPageBreak/>
        <w:drawing>
          <wp:inline distT="0" distB="0" distL="0" distR="0" wp14:anchorId="2C3EA637" wp14:editId="423DFCF6">
            <wp:extent cx="5943600" cy="4139025"/>
            <wp:effectExtent l="0" t="0" r="0" b="0"/>
            <wp:docPr id="765741223" name="Picture 2" descr="metin, ekran görüntüsü, diyagram, çizg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741223" name="Picture 2" descr="metin, ekran görüntüsü, diyagram, çizgi içeren bir resim&#10;&#10;Yapay zeka tarafından oluşturulmuş içerik yanlış olabilir."/>
                    <pic:cNvPicPr/>
                  </pic:nvPicPr>
                  <pic:blipFill>
                    <a:blip r:embed="rId20"/>
                    <a:stretch>
                      <a:fillRect/>
                    </a:stretch>
                  </pic:blipFill>
                  <pic:spPr>
                    <a:xfrm>
                      <a:off x="0" y="0"/>
                      <a:ext cx="5943600" cy="4139025"/>
                    </a:xfrm>
                    <a:prstGeom prst="rect">
                      <a:avLst/>
                    </a:prstGeom>
                  </pic:spPr>
                </pic:pic>
              </a:graphicData>
            </a:graphic>
          </wp:inline>
        </w:drawing>
      </w:r>
    </w:p>
    <w:p w14:paraId="67C008BF" w14:textId="77777777" w:rsidR="00512D8F" w:rsidRDefault="00512D8F" w:rsidP="00512D8F">
      <w:r>
        <w:br w:type="page"/>
      </w:r>
    </w:p>
    <w:p w14:paraId="4D1C6379" w14:textId="15C0389F" w:rsidR="00512D8F" w:rsidRDefault="008D4C35" w:rsidP="00512D8F">
      <w:pPr>
        <w:pStyle w:val="Balk2"/>
      </w:pPr>
      <w:r>
        <w:lastRenderedPageBreak/>
        <w:t>11</w:t>
      </w:r>
      <w:r w:rsidR="00512D8F">
        <w:t>.2. Eğitim Olanakları Skoru</w:t>
      </w:r>
    </w:p>
    <w:tbl>
      <w:tblPr>
        <w:tblStyle w:val="AkKlavuz-Vurgu1"/>
        <w:tblW w:w="0" w:type="auto"/>
        <w:tblLook w:val="04A0" w:firstRow="1" w:lastRow="0" w:firstColumn="1" w:lastColumn="0" w:noHBand="0" w:noVBand="1"/>
      </w:tblPr>
      <w:tblGrid>
        <w:gridCol w:w="2875"/>
        <w:gridCol w:w="2873"/>
        <w:gridCol w:w="2872"/>
      </w:tblGrid>
      <w:tr w:rsidR="00512D8F" w14:paraId="7AB74244" w14:textId="77777777" w:rsidTr="003546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520FBDD" w14:textId="77777777" w:rsidR="00512D8F" w:rsidRDefault="00512D8F" w:rsidP="00354607">
            <w:r>
              <w:t>Akademik Birim</w:t>
            </w:r>
          </w:p>
        </w:tc>
        <w:tc>
          <w:tcPr>
            <w:tcW w:w="2880" w:type="dxa"/>
          </w:tcPr>
          <w:p w14:paraId="6D6B1E21"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Ortalama</w:t>
            </w:r>
          </w:p>
        </w:tc>
        <w:tc>
          <w:tcPr>
            <w:tcW w:w="2880" w:type="dxa"/>
          </w:tcPr>
          <w:p w14:paraId="416FD7D1"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Std Sapma</w:t>
            </w:r>
          </w:p>
        </w:tc>
      </w:tr>
      <w:tr w:rsidR="00512D8F" w14:paraId="76C84A5A"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37626A2" w14:textId="77777777" w:rsidR="00512D8F" w:rsidRDefault="00512D8F" w:rsidP="00354607">
            <w:r>
              <w:t>Sosyal Bilimler Enstitüsü</w:t>
            </w:r>
          </w:p>
        </w:tc>
        <w:tc>
          <w:tcPr>
            <w:tcW w:w="2880" w:type="dxa"/>
          </w:tcPr>
          <w:p w14:paraId="46B4FF7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3.550</w:t>
            </w:r>
          </w:p>
        </w:tc>
        <w:tc>
          <w:tcPr>
            <w:tcW w:w="2880" w:type="dxa"/>
          </w:tcPr>
          <w:p w14:paraId="28B9B101"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0.907</w:t>
            </w:r>
          </w:p>
        </w:tc>
      </w:tr>
      <w:tr w:rsidR="00512D8F" w14:paraId="558E2A00"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CD95A79" w14:textId="77777777" w:rsidR="00512D8F" w:rsidRDefault="00512D8F" w:rsidP="00354607">
            <w:r>
              <w:t>Spor Bilimleri Fakültesi</w:t>
            </w:r>
          </w:p>
        </w:tc>
        <w:tc>
          <w:tcPr>
            <w:tcW w:w="2880" w:type="dxa"/>
          </w:tcPr>
          <w:p w14:paraId="3970D6D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3.547</w:t>
            </w:r>
          </w:p>
        </w:tc>
        <w:tc>
          <w:tcPr>
            <w:tcW w:w="2880" w:type="dxa"/>
          </w:tcPr>
          <w:p w14:paraId="38EF75F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1.013</w:t>
            </w:r>
          </w:p>
        </w:tc>
      </w:tr>
      <w:tr w:rsidR="00512D8F" w14:paraId="70D758B7"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9EE1997" w14:textId="77777777" w:rsidR="00512D8F" w:rsidRDefault="00512D8F" w:rsidP="00354607">
            <w:r>
              <w:t>Fen Bilimleri Enstitüsü</w:t>
            </w:r>
          </w:p>
        </w:tc>
        <w:tc>
          <w:tcPr>
            <w:tcW w:w="2880" w:type="dxa"/>
          </w:tcPr>
          <w:p w14:paraId="4E589CA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3.321</w:t>
            </w:r>
          </w:p>
        </w:tc>
        <w:tc>
          <w:tcPr>
            <w:tcW w:w="2880" w:type="dxa"/>
          </w:tcPr>
          <w:p w14:paraId="387EBAF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1.005</w:t>
            </w:r>
          </w:p>
        </w:tc>
      </w:tr>
      <w:tr w:rsidR="00512D8F" w14:paraId="61FFF53D"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0734D29" w14:textId="77777777" w:rsidR="00512D8F" w:rsidRDefault="00512D8F" w:rsidP="00354607">
            <w:r>
              <w:t>Sağlık Bilimleri Enstitüsü</w:t>
            </w:r>
          </w:p>
        </w:tc>
        <w:tc>
          <w:tcPr>
            <w:tcW w:w="2880" w:type="dxa"/>
          </w:tcPr>
          <w:p w14:paraId="3263C7E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3.280</w:t>
            </w:r>
          </w:p>
        </w:tc>
        <w:tc>
          <w:tcPr>
            <w:tcW w:w="2880" w:type="dxa"/>
          </w:tcPr>
          <w:p w14:paraId="38F9CB7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1.235</w:t>
            </w:r>
          </w:p>
        </w:tc>
      </w:tr>
      <w:tr w:rsidR="00512D8F" w14:paraId="17D41710"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37010E8" w14:textId="77777777" w:rsidR="00512D8F" w:rsidRDefault="00512D8F" w:rsidP="00354607">
            <w:r>
              <w:t>Veteriner Fakültesi</w:t>
            </w:r>
          </w:p>
        </w:tc>
        <w:tc>
          <w:tcPr>
            <w:tcW w:w="2880" w:type="dxa"/>
          </w:tcPr>
          <w:p w14:paraId="6D4575C3"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3.222</w:t>
            </w:r>
          </w:p>
        </w:tc>
        <w:tc>
          <w:tcPr>
            <w:tcW w:w="2880" w:type="dxa"/>
          </w:tcPr>
          <w:p w14:paraId="1CC39FBF"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0.367</w:t>
            </w:r>
          </w:p>
        </w:tc>
      </w:tr>
      <w:tr w:rsidR="00512D8F" w14:paraId="35738907"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E858EE3" w14:textId="77777777" w:rsidR="00512D8F" w:rsidRDefault="00512D8F" w:rsidP="00354607">
            <w:r>
              <w:t>Eğitim Fakültesi</w:t>
            </w:r>
          </w:p>
        </w:tc>
        <w:tc>
          <w:tcPr>
            <w:tcW w:w="2880" w:type="dxa"/>
          </w:tcPr>
          <w:p w14:paraId="24C77EA5"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3.192</w:t>
            </w:r>
          </w:p>
        </w:tc>
        <w:tc>
          <w:tcPr>
            <w:tcW w:w="2880" w:type="dxa"/>
          </w:tcPr>
          <w:p w14:paraId="1452542A"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0.948</w:t>
            </w:r>
          </w:p>
        </w:tc>
      </w:tr>
      <w:tr w:rsidR="00512D8F" w14:paraId="3F82592E"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C5CAD1B" w14:textId="77777777" w:rsidR="00512D8F" w:rsidRDefault="00512D8F" w:rsidP="00354607">
            <w:r>
              <w:t>Fen Edebiyat Fakültesi</w:t>
            </w:r>
          </w:p>
        </w:tc>
        <w:tc>
          <w:tcPr>
            <w:tcW w:w="2880" w:type="dxa"/>
          </w:tcPr>
          <w:p w14:paraId="7A69BD4C"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3.085</w:t>
            </w:r>
          </w:p>
        </w:tc>
        <w:tc>
          <w:tcPr>
            <w:tcW w:w="2880" w:type="dxa"/>
          </w:tcPr>
          <w:p w14:paraId="458FFA4E"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0.969</w:t>
            </w:r>
          </w:p>
        </w:tc>
      </w:tr>
      <w:tr w:rsidR="00512D8F" w14:paraId="37D603AD"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6A40132" w14:textId="77777777" w:rsidR="00512D8F" w:rsidRDefault="00512D8F" w:rsidP="00354607">
            <w:r>
              <w:t>Sosyal Bilimler MYO</w:t>
            </w:r>
          </w:p>
        </w:tc>
        <w:tc>
          <w:tcPr>
            <w:tcW w:w="2880" w:type="dxa"/>
          </w:tcPr>
          <w:p w14:paraId="5CCE9994"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3.059</w:t>
            </w:r>
          </w:p>
        </w:tc>
        <w:tc>
          <w:tcPr>
            <w:tcW w:w="2880" w:type="dxa"/>
          </w:tcPr>
          <w:p w14:paraId="7CE6A85D"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1.221</w:t>
            </w:r>
          </w:p>
        </w:tc>
      </w:tr>
      <w:tr w:rsidR="00512D8F" w14:paraId="103A1D05"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857E27C" w14:textId="77777777" w:rsidR="00512D8F" w:rsidRDefault="00512D8F" w:rsidP="00354607">
            <w:r>
              <w:t>Sağlık Bilimleri Fakültesi</w:t>
            </w:r>
          </w:p>
        </w:tc>
        <w:tc>
          <w:tcPr>
            <w:tcW w:w="2880" w:type="dxa"/>
          </w:tcPr>
          <w:p w14:paraId="4E98725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3.037</w:t>
            </w:r>
          </w:p>
        </w:tc>
        <w:tc>
          <w:tcPr>
            <w:tcW w:w="2880" w:type="dxa"/>
          </w:tcPr>
          <w:p w14:paraId="49670510"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1.149</w:t>
            </w:r>
          </w:p>
        </w:tc>
      </w:tr>
      <w:tr w:rsidR="00512D8F" w14:paraId="1279E7ED"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077F301" w14:textId="77777777" w:rsidR="00512D8F" w:rsidRDefault="00512D8F" w:rsidP="00354607">
            <w:r>
              <w:t>İletişim Fakültesi</w:t>
            </w:r>
          </w:p>
        </w:tc>
        <w:tc>
          <w:tcPr>
            <w:tcW w:w="2880" w:type="dxa"/>
          </w:tcPr>
          <w:p w14:paraId="34B22AF5"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2.937</w:t>
            </w:r>
          </w:p>
        </w:tc>
        <w:tc>
          <w:tcPr>
            <w:tcW w:w="2880" w:type="dxa"/>
          </w:tcPr>
          <w:p w14:paraId="3226B85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1.135</w:t>
            </w:r>
          </w:p>
        </w:tc>
      </w:tr>
      <w:tr w:rsidR="00512D8F" w14:paraId="578B422B"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9C3232C" w14:textId="77777777" w:rsidR="00512D8F" w:rsidRDefault="00512D8F" w:rsidP="00354607">
            <w:r>
              <w:t>Güzelyurt MYO</w:t>
            </w:r>
          </w:p>
        </w:tc>
        <w:tc>
          <w:tcPr>
            <w:tcW w:w="2880" w:type="dxa"/>
          </w:tcPr>
          <w:p w14:paraId="7E29320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2.916</w:t>
            </w:r>
          </w:p>
        </w:tc>
        <w:tc>
          <w:tcPr>
            <w:tcW w:w="2880" w:type="dxa"/>
          </w:tcPr>
          <w:p w14:paraId="0D71886C"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1.133</w:t>
            </w:r>
          </w:p>
        </w:tc>
      </w:tr>
      <w:tr w:rsidR="00512D8F" w14:paraId="723B9F37"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4764889" w14:textId="77777777" w:rsidR="00512D8F" w:rsidRDefault="00512D8F" w:rsidP="00354607">
            <w:r>
              <w:t>Sağlık Hizmetleri MYO</w:t>
            </w:r>
          </w:p>
        </w:tc>
        <w:tc>
          <w:tcPr>
            <w:tcW w:w="2880" w:type="dxa"/>
          </w:tcPr>
          <w:p w14:paraId="18C96C3D"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2.904</w:t>
            </w:r>
          </w:p>
        </w:tc>
        <w:tc>
          <w:tcPr>
            <w:tcW w:w="2880" w:type="dxa"/>
          </w:tcPr>
          <w:p w14:paraId="024A2A0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1.292</w:t>
            </w:r>
          </w:p>
        </w:tc>
      </w:tr>
      <w:tr w:rsidR="00512D8F" w14:paraId="5A504234"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457FC29" w14:textId="77777777" w:rsidR="00512D8F" w:rsidRDefault="00512D8F" w:rsidP="00354607">
            <w:r>
              <w:t>İktisadi ve İdari Bilimler Fakültesi</w:t>
            </w:r>
          </w:p>
        </w:tc>
        <w:tc>
          <w:tcPr>
            <w:tcW w:w="2880" w:type="dxa"/>
          </w:tcPr>
          <w:p w14:paraId="6E71B97C"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2.899</w:t>
            </w:r>
          </w:p>
        </w:tc>
        <w:tc>
          <w:tcPr>
            <w:tcW w:w="2880" w:type="dxa"/>
          </w:tcPr>
          <w:p w14:paraId="1BE5CF5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0.957</w:t>
            </w:r>
          </w:p>
        </w:tc>
      </w:tr>
      <w:tr w:rsidR="00512D8F" w14:paraId="6AE9CF42"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408998F" w14:textId="77777777" w:rsidR="00512D8F" w:rsidRDefault="00512D8F" w:rsidP="00354607">
            <w:r>
              <w:t>Mühendislik Fakültesi</w:t>
            </w:r>
          </w:p>
        </w:tc>
        <w:tc>
          <w:tcPr>
            <w:tcW w:w="2880" w:type="dxa"/>
          </w:tcPr>
          <w:p w14:paraId="68F7E687"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2.898</w:t>
            </w:r>
          </w:p>
        </w:tc>
        <w:tc>
          <w:tcPr>
            <w:tcW w:w="2880" w:type="dxa"/>
          </w:tcPr>
          <w:p w14:paraId="0953B23F"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0.926</w:t>
            </w:r>
          </w:p>
        </w:tc>
      </w:tr>
      <w:tr w:rsidR="00512D8F" w14:paraId="59741FD5"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6C115E8" w14:textId="77777777" w:rsidR="00512D8F" w:rsidRDefault="00512D8F" w:rsidP="00354607">
            <w:r>
              <w:t>İslami İlimler Fakültesi</w:t>
            </w:r>
          </w:p>
        </w:tc>
        <w:tc>
          <w:tcPr>
            <w:tcW w:w="2880" w:type="dxa"/>
          </w:tcPr>
          <w:p w14:paraId="587233BB"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2.879</w:t>
            </w:r>
          </w:p>
        </w:tc>
        <w:tc>
          <w:tcPr>
            <w:tcW w:w="2880" w:type="dxa"/>
          </w:tcPr>
          <w:p w14:paraId="30376D9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0.990</w:t>
            </w:r>
          </w:p>
        </w:tc>
      </w:tr>
      <w:tr w:rsidR="00512D8F" w14:paraId="0D0D4ACD"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6F61062" w14:textId="77777777" w:rsidR="00512D8F" w:rsidRDefault="00512D8F" w:rsidP="00354607">
            <w:r>
              <w:t>Teknik Bilimler MYO</w:t>
            </w:r>
          </w:p>
        </w:tc>
        <w:tc>
          <w:tcPr>
            <w:tcW w:w="2880" w:type="dxa"/>
          </w:tcPr>
          <w:p w14:paraId="38DF6FE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2.865</w:t>
            </w:r>
          </w:p>
        </w:tc>
        <w:tc>
          <w:tcPr>
            <w:tcW w:w="2880" w:type="dxa"/>
          </w:tcPr>
          <w:p w14:paraId="6ED56EE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1.300</w:t>
            </w:r>
          </w:p>
        </w:tc>
      </w:tr>
      <w:tr w:rsidR="00512D8F" w14:paraId="75A112D1"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1FB3FB6" w14:textId="77777777" w:rsidR="00512D8F" w:rsidRDefault="00512D8F" w:rsidP="00354607">
            <w:r>
              <w:t>Ortaköy MYO</w:t>
            </w:r>
          </w:p>
        </w:tc>
        <w:tc>
          <w:tcPr>
            <w:tcW w:w="2880" w:type="dxa"/>
          </w:tcPr>
          <w:p w14:paraId="2EC80D8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2.700</w:t>
            </w:r>
          </w:p>
        </w:tc>
        <w:tc>
          <w:tcPr>
            <w:tcW w:w="2880" w:type="dxa"/>
          </w:tcPr>
          <w:p w14:paraId="4BBB9071"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1.311</w:t>
            </w:r>
          </w:p>
        </w:tc>
      </w:tr>
      <w:tr w:rsidR="00512D8F" w14:paraId="3DBFA1D7"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F5BDEFA" w14:textId="77777777" w:rsidR="00512D8F" w:rsidRDefault="00512D8F" w:rsidP="00354607">
            <w:r>
              <w:t>Diğer (lütfen belirtin)</w:t>
            </w:r>
          </w:p>
        </w:tc>
        <w:tc>
          <w:tcPr>
            <w:tcW w:w="2880" w:type="dxa"/>
          </w:tcPr>
          <w:p w14:paraId="4285EAD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2.317</w:t>
            </w:r>
          </w:p>
        </w:tc>
        <w:tc>
          <w:tcPr>
            <w:tcW w:w="2880" w:type="dxa"/>
          </w:tcPr>
          <w:p w14:paraId="268E5780"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1.201</w:t>
            </w:r>
          </w:p>
        </w:tc>
      </w:tr>
      <w:tr w:rsidR="00512D8F" w14:paraId="5E52B637"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BB094DC" w14:textId="77777777" w:rsidR="00512D8F" w:rsidRDefault="00512D8F" w:rsidP="00354607">
            <w:r>
              <w:t>Turizm Fakültesi</w:t>
            </w:r>
          </w:p>
        </w:tc>
        <w:tc>
          <w:tcPr>
            <w:tcW w:w="2880" w:type="dxa"/>
          </w:tcPr>
          <w:p w14:paraId="404BC15F"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2.286</w:t>
            </w:r>
          </w:p>
        </w:tc>
        <w:tc>
          <w:tcPr>
            <w:tcW w:w="2880" w:type="dxa"/>
          </w:tcPr>
          <w:p w14:paraId="35462052"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0.915</w:t>
            </w:r>
          </w:p>
        </w:tc>
      </w:tr>
      <w:tr w:rsidR="00512D8F" w14:paraId="28C5352A"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6254050" w14:textId="77777777" w:rsidR="00512D8F" w:rsidRDefault="00512D8F" w:rsidP="00354607">
            <w:r>
              <w:t>Mimarlık ve Tasarım Fakültesi</w:t>
            </w:r>
          </w:p>
        </w:tc>
        <w:tc>
          <w:tcPr>
            <w:tcW w:w="2880" w:type="dxa"/>
          </w:tcPr>
          <w:p w14:paraId="7E20F8DA"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2.138</w:t>
            </w:r>
          </w:p>
        </w:tc>
        <w:tc>
          <w:tcPr>
            <w:tcW w:w="2880" w:type="dxa"/>
          </w:tcPr>
          <w:p w14:paraId="51F7C173"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0.984</w:t>
            </w:r>
          </w:p>
        </w:tc>
      </w:tr>
      <w:tr w:rsidR="00512D8F" w14:paraId="14CCCE64"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09564AD" w14:textId="77777777" w:rsidR="00512D8F" w:rsidRDefault="00512D8F" w:rsidP="00354607">
            <w:r>
              <w:t>Eskil MYO</w:t>
            </w:r>
          </w:p>
        </w:tc>
        <w:tc>
          <w:tcPr>
            <w:tcW w:w="2880" w:type="dxa"/>
          </w:tcPr>
          <w:p w14:paraId="6E44013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2.086</w:t>
            </w:r>
          </w:p>
        </w:tc>
        <w:tc>
          <w:tcPr>
            <w:tcW w:w="2880" w:type="dxa"/>
          </w:tcPr>
          <w:p w14:paraId="41EF4F9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1.076</w:t>
            </w:r>
          </w:p>
        </w:tc>
      </w:tr>
    </w:tbl>
    <w:p w14:paraId="10167BD7" w14:textId="77777777" w:rsidR="00512D8F" w:rsidRDefault="00512D8F" w:rsidP="00512D8F"/>
    <w:p w14:paraId="4999B2B5" w14:textId="77777777" w:rsidR="00512D8F" w:rsidRDefault="00512D8F" w:rsidP="00512D8F">
      <w:pPr>
        <w:jc w:val="center"/>
      </w:pPr>
      <w:r>
        <w:rPr>
          <w:noProof/>
        </w:rPr>
        <w:lastRenderedPageBreak/>
        <w:drawing>
          <wp:inline distT="0" distB="0" distL="0" distR="0" wp14:anchorId="67C7DFF2" wp14:editId="5F1E423B">
            <wp:extent cx="5943600" cy="4139025"/>
            <wp:effectExtent l="0" t="0" r="0" b="0"/>
            <wp:docPr id="639376087" name="Picture 3" descr="metin, ekran görüntüsü, çizgi, paralel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376087" name="Picture 3" descr="metin, ekran görüntüsü, çizgi, paralel içeren bir resim&#10;&#10;Yapay zeka tarafından oluşturulmuş içerik yanlış olabilir."/>
                    <pic:cNvPicPr/>
                  </pic:nvPicPr>
                  <pic:blipFill>
                    <a:blip r:embed="rId21"/>
                    <a:stretch>
                      <a:fillRect/>
                    </a:stretch>
                  </pic:blipFill>
                  <pic:spPr>
                    <a:xfrm>
                      <a:off x="0" y="0"/>
                      <a:ext cx="5943600" cy="4139025"/>
                    </a:xfrm>
                    <a:prstGeom prst="rect">
                      <a:avLst/>
                    </a:prstGeom>
                  </pic:spPr>
                </pic:pic>
              </a:graphicData>
            </a:graphic>
          </wp:inline>
        </w:drawing>
      </w:r>
    </w:p>
    <w:p w14:paraId="2869AE29" w14:textId="77777777" w:rsidR="00512D8F" w:rsidRDefault="00512D8F" w:rsidP="00512D8F">
      <w:r>
        <w:br w:type="page"/>
      </w:r>
    </w:p>
    <w:p w14:paraId="794B1DA7" w14:textId="598740CE" w:rsidR="00512D8F" w:rsidRDefault="008D4C35" w:rsidP="00512D8F">
      <w:pPr>
        <w:pStyle w:val="Balk2"/>
      </w:pPr>
      <w:r>
        <w:lastRenderedPageBreak/>
        <w:t>11</w:t>
      </w:r>
      <w:r w:rsidR="00512D8F">
        <w:t>.3. Kariyer Katkısı Skoru</w:t>
      </w:r>
    </w:p>
    <w:tbl>
      <w:tblPr>
        <w:tblStyle w:val="AkKlavuz-Vurgu1"/>
        <w:tblW w:w="0" w:type="auto"/>
        <w:tblLook w:val="04A0" w:firstRow="1" w:lastRow="0" w:firstColumn="1" w:lastColumn="0" w:noHBand="0" w:noVBand="1"/>
      </w:tblPr>
      <w:tblGrid>
        <w:gridCol w:w="2875"/>
        <w:gridCol w:w="2873"/>
        <w:gridCol w:w="2872"/>
      </w:tblGrid>
      <w:tr w:rsidR="00512D8F" w14:paraId="617BB676" w14:textId="77777777" w:rsidTr="003546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1BD89CD" w14:textId="77777777" w:rsidR="00512D8F" w:rsidRDefault="00512D8F" w:rsidP="00354607">
            <w:r>
              <w:t>Akademik Birim</w:t>
            </w:r>
          </w:p>
        </w:tc>
        <w:tc>
          <w:tcPr>
            <w:tcW w:w="2880" w:type="dxa"/>
          </w:tcPr>
          <w:p w14:paraId="6F5C5A4E"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Ortalama</w:t>
            </w:r>
          </w:p>
        </w:tc>
        <w:tc>
          <w:tcPr>
            <w:tcW w:w="2880" w:type="dxa"/>
          </w:tcPr>
          <w:p w14:paraId="45016490"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Std Sapma</w:t>
            </w:r>
          </w:p>
        </w:tc>
      </w:tr>
      <w:tr w:rsidR="00512D8F" w14:paraId="77D843F9"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213B803" w14:textId="77777777" w:rsidR="00512D8F" w:rsidRDefault="00512D8F" w:rsidP="00354607">
            <w:r>
              <w:t>Spor Bilimleri Fakültesi</w:t>
            </w:r>
          </w:p>
        </w:tc>
        <w:tc>
          <w:tcPr>
            <w:tcW w:w="2880" w:type="dxa"/>
          </w:tcPr>
          <w:p w14:paraId="2987418E"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3.418</w:t>
            </w:r>
          </w:p>
        </w:tc>
        <w:tc>
          <w:tcPr>
            <w:tcW w:w="2880" w:type="dxa"/>
          </w:tcPr>
          <w:p w14:paraId="44EA9EBB"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1.039</w:t>
            </w:r>
          </w:p>
        </w:tc>
      </w:tr>
      <w:tr w:rsidR="00512D8F" w14:paraId="65309245"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EB491B5" w14:textId="77777777" w:rsidR="00512D8F" w:rsidRDefault="00512D8F" w:rsidP="00354607">
            <w:r>
              <w:t>Sosyal Bilimler Enstitüsü</w:t>
            </w:r>
          </w:p>
        </w:tc>
        <w:tc>
          <w:tcPr>
            <w:tcW w:w="2880" w:type="dxa"/>
          </w:tcPr>
          <w:p w14:paraId="3046961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3.353</w:t>
            </w:r>
          </w:p>
        </w:tc>
        <w:tc>
          <w:tcPr>
            <w:tcW w:w="2880" w:type="dxa"/>
          </w:tcPr>
          <w:p w14:paraId="1EF98358"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1.158</w:t>
            </w:r>
          </w:p>
        </w:tc>
      </w:tr>
      <w:tr w:rsidR="00512D8F" w14:paraId="3137AB1C"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3684FF7" w14:textId="77777777" w:rsidR="00512D8F" w:rsidRDefault="00512D8F" w:rsidP="00354607">
            <w:r>
              <w:t>Sağlık Bilimleri Enstitüsü</w:t>
            </w:r>
          </w:p>
        </w:tc>
        <w:tc>
          <w:tcPr>
            <w:tcW w:w="2880" w:type="dxa"/>
          </w:tcPr>
          <w:p w14:paraId="23D0639D"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3.325</w:t>
            </w:r>
          </w:p>
        </w:tc>
        <w:tc>
          <w:tcPr>
            <w:tcW w:w="2880" w:type="dxa"/>
          </w:tcPr>
          <w:p w14:paraId="0C8A504F"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1.316</w:t>
            </w:r>
          </w:p>
        </w:tc>
      </w:tr>
      <w:tr w:rsidR="00512D8F" w14:paraId="1BDF69D5"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FAC24CB" w14:textId="77777777" w:rsidR="00512D8F" w:rsidRDefault="00512D8F" w:rsidP="00354607">
            <w:r>
              <w:t>Fen Bilimleri Enstitüsü</w:t>
            </w:r>
          </w:p>
        </w:tc>
        <w:tc>
          <w:tcPr>
            <w:tcW w:w="2880" w:type="dxa"/>
          </w:tcPr>
          <w:p w14:paraId="4A0C4E7F"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3.250</w:t>
            </w:r>
          </w:p>
        </w:tc>
        <w:tc>
          <w:tcPr>
            <w:tcW w:w="2880" w:type="dxa"/>
          </w:tcPr>
          <w:p w14:paraId="552C344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1.090</w:t>
            </w:r>
          </w:p>
        </w:tc>
      </w:tr>
      <w:tr w:rsidR="00512D8F" w14:paraId="5AC09108"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4EBCD85" w14:textId="77777777" w:rsidR="00512D8F" w:rsidRDefault="00512D8F" w:rsidP="00354607">
            <w:r>
              <w:t>Sosyal Bilimler MYO</w:t>
            </w:r>
          </w:p>
        </w:tc>
        <w:tc>
          <w:tcPr>
            <w:tcW w:w="2880" w:type="dxa"/>
          </w:tcPr>
          <w:p w14:paraId="4538498C"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3.181</w:t>
            </w:r>
          </w:p>
        </w:tc>
        <w:tc>
          <w:tcPr>
            <w:tcW w:w="2880" w:type="dxa"/>
          </w:tcPr>
          <w:p w14:paraId="1B6A5EB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1.289</w:t>
            </w:r>
          </w:p>
        </w:tc>
      </w:tr>
      <w:tr w:rsidR="00512D8F" w14:paraId="361DF674"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888D818" w14:textId="77777777" w:rsidR="00512D8F" w:rsidRDefault="00512D8F" w:rsidP="00354607">
            <w:r>
              <w:t>Eğitim Fakültesi</w:t>
            </w:r>
          </w:p>
        </w:tc>
        <w:tc>
          <w:tcPr>
            <w:tcW w:w="2880" w:type="dxa"/>
          </w:tcPr>
          <w:p w14:paraId="24D6D1AF"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3.148</w:t>
            </w:r>
          </w:p>
        </w:tc>
        <w:tc>
          <w:tcPr>
            <w:tcW w:w="2880" w:type="dxa"/>
          </w:tcPr>
          <w:p w14:paraId="6036EC8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1.073</w:t>
            </w:r>
          </w:p>
        </w:tc>
      </w:tr>
      <w:tr w:rsidR="00512D8F" w14:paraId="14C5ECEF"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6848513" w14:textId="77777777" w:rsidR="00512D8F" w:rsidRDefault="00512D8F" w:rsidP="00354607">
            <w:r>
              <w:t>Güzelyurt MYO</w:t>
            </w:r>
          </w:p>
        </w:tc>
        <w:tc>
          <w:tcPr>
            <w:tcW w:w="2880" w:type="dxa"/>
          </w:tcPr>
          <w:p w14:paraId="14F207F1"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3.129</w:t>
            </w:r>
          </w:p>
        </w:tc>
        <w:tc>
          <w:tcPr>
            <w:tcW w:w="2880" w:type="dxa"/>
          </w:tcPr>
          <w:p w14:paraId="24275A74"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1.165</w:t>
            </w:r>
          </w:p>
        </w:tc>
      </w:tr>
      <w:tr w:rsidR="00512D8F" w14:paraId="20BFCE74"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81F49AB" w14:textId="77777777" w:rsidR="00512D8F" w:rsidRDefault="00512D8F" w:rsidP="00354607">
            <w:r>
              <w:t>Sağlık Bilimleri Fakültesi</w:t>
            </w:r>
          </w:p>
        </w:tc>
        <w:tc>
          <w:tcPr>
            <w:tcW w:w="2880" w:type="dxa"/>
          </w:tcPr>
          <w:p w14:paraId="3359EB7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2.928</w:t>
            </w:r>
          </w:p>
        </w:tc>
        <w:tc>
          <w:tcPr>
            <w:tcW w:w="2880" w:type="dxa"/>
          </w:tcPr>
          <w:p w14:paraId="1BAB96A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1.257</w:t>
            </w:r>
          </w:p>
        </w:tc>
      </w:tr>
      <w:tr w:rsidR="00512D8F" w14:paraId="4B82860E"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95FF1AF" w14:textId="77777777" w:rsidR="00512D8F" w:rsidRDefault="00512D8F" w:rsidP="00354607">
            <w:r>
              <w:t>Sağlık Hizmetleri MYO</w:t>
            </w:r>
          </w:p>
        </w:tc>
        <w:tc>
          <w:tcPr>
            <w:tcW w:w="2880" w:type="dxa"/>
          </w:tcPr>
          <w:p w14:paraId="70C7B39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2.787</w:t>
            </w:r>
          </w:p>
        </w:tc>
        <w:tc>
          <w:tcPr>
            <w:tcW w:w="2880" w:type="dxa"/>
          </w:tcPr>
          <w:p w14:paraId="3841B32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1.457</w:t>
            </w:r>
          </w:p>
        </w:tc>
      </w:tr>
      <w:tr w:rsidR="00512D8F" w14:paraId="1481146B"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95DAB56" w14:textId="77777777" w:rsidR="00512D8F" w:rsidRDefault="00512D8F" w:rsidP="00354607">
            <w:r>
              <w:t>Teknik Bilimler MYO</w:t>
            </w:r>
          </w:p>
        </w:tc>
        <w:tc>
          <w:tcPr>
            <w:tcW w:w="2880" w:type="dxa"/>
          </w:tcPr>
          <w:p w14:paraId="498303C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2.781</w:t>
            </w:r>
          </w:p>
        </w:tc>
        <w:tc>
          <w:tcPr>
            <w:tcW w:w="2880" w:type="dxa"/>
          </w:tcPr>
          <w:p w14:paraId="42355EC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1.377</w:t>
            </w:r>
          </w:p>
        </w:tc>
      </w:tr>
      <w:tr w:rsidR="00512D8F" w14:paraId="104A6829"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6F8FB7A" w14:textId="77777777" w:rsidR="00512D8F" w:rsidRDefault="00512D8F" w:rsidP="00354607">
            <w:r>
              <w:t>Ortaköy MYO</w:t>
            </w:r>
          </w:p>
        </w:tc>
        <w:tc>
          <w:tcPr>
            <w:tcW w:w="2880" w:type="dxa"/>
          </w:tcPr>
          <w:p w14:paraId="08D4506A"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2.746</w:t>
            </w:r>
          </w:p>
        </w:tc>
        <w:tc>
          <w:tcPr>
            <w:tcW w:w="2880" w:type="dxa"/>
          </w:tcPr>
          <w:p w14:paraId="541DA4DC"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1.500</w:t>
            </w:r>
          </w:p>
        </w:tc>
      </w:tr>
      <w:tr w:rsidR="00512D8F" w14:paraId="11FDC3B5"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18AB760" w14:textId="77777777" w:rsidR="00512D8F" w:rsidRDefault="00512D8F" w:rsidP="00354607">
            <w:r>
              <w:t>Mühendislik Fakültesi</w:t>
            </w:r>
          </w:p>
        </w:tc>
        <w:tc>
          <w:tcPr>
            <w:tcW w:w="2880" w:type="dxa"/>
          </w:tcPr>
          <w:p w14:paraId="11A9A67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2.722</w:t>
            </w:r>
          </w:p>
        </w:tc>
        <w:tc>
          <w:tcPr>
            <w:tcW w:w="2880" w:type="dxa"/>
          </w:tcPr>
          <w:p w14:paraId="346496E6"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1.108</w:t>
            </w:r>
          </w:p>
        </w:tc>
      </w:tr>
      <w:tr w:rsidR="00512D8F" w14:paraId="7C190597"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F49BB8A" w14:textId="77777777" w:rsidR="00512D8F" w:rsidRDefault="00512D8F" w:rsidP="00354607">
            <w:r>
              <w:t>Fen Edebiyat Fakültesi</w:t>
            </w:r>
          </w:p>
        </w:tc>
        <w:tc>
          <w:tcPr>
            <w:tcW w:w="2880" w:type="dxa"/>
          </w:tcPr>
          <w:p w14:paraId="5AAC6D3B"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2.707</w:t>
            </w:r>
          </w:p>
        </w:tc>
        <w:tc>
          <w:tcPr>
            <w:tcW w:w="2880" w:type="dxa"/>
          </w:tcPr>
          <w:p w14:paraId="23E750F1"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1.201</w:t>
            </w:r>
          </w:p>
        </w:tc>
      </w:tr>
      <w:tr w:rsidR="00512D8F" w14:paraId="3EB53644"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6F85C1A" w14:textId="77777777" w:rsidR="00512D8F" w:rsidRDefault="00512D8F" w:rsidP="00354607">
            <w:r>
              <w:t>İslami İlimler Fakültesi</w:t>
            </w:r>
          </w:p>
        </w:tc>
        <w:tc>
          <w:tcPr>
            <w:tcW w:w="2880" w:type="dxa"/>
          </w:tcPr>
          <w:p w14:paraId="60F24129"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2.616</w:t>
            </w:r>
          </w:p>
        </w:tc>
        <w:tc>
          <w:tcPr>
            <w:tcW w:w="2880" w:type="dxa"/>
          </w:tcPr>
          <w:p w14:paraId="48BABB6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1.018</w:t>
            </w:r>
          </w:p>
        </w:tc>
      </w:tr>
      <w:tr w:rsidR="00512D8F" w14:paraId="733CBF79"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8EF973C" w14:textId="77777777" w:rsidR="00512D8F" w:rsidRDefault="00512D8F" w:rsidP="00354607">
            <w:r>
              <w:t>Veteriner Fakültesi</w:t>
            </w:r>
          </w:p>
        </w:tc>
        <w:tc>
          <w:tcPr>
            <w:tcW w:w="2880" w:type="dxa"/>
          </w:tcPr>
          <w:p w14:paraId="2A89AC0B"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2.556</w:t>
            </w:r>
          </w:p>
        </w:tc>
        <w:tc>
          <w:tcPr>
            <w:tcW w:w="2880" w:type="dxa"/>
          </w:tcPr>
          <w:p w14:paraId="7E99F444"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0.726</w:t>
            </w:r>
          </w:p>
        </w:tc>
      </w:tr>
      <w:tr w:rsidR="00512D8F" w14:paraId="098C768A"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C8A7F03" w14:textId="77777777" w:rsidR="00512D8F" w:rsidRDefault="00512D8F" w:rsidP="00354607">
            <w:r>
              <w:t>İktisadi ve İdari Bilimler Fakültesi</w:t>
            </w:r>
          </w:p>
        </w:tc>
        <w:tc>
          <w:tcPr>
            <w:tcW w:w="2880" w:type="dxa"/>
          </w:tcPr>
          <w:p w14:paraId="6837923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2.443</w:t>
            </w:r>
          </w:p>
        </w:tc>
        <w:tc>
          <w:tcPr>
            <w:tcW w:w="2880" w:type="dxa"/>
          </w:tcPr>
          <w:p w14:paraId="36F253FA"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1.093</w:t>
            </w:r>
          </w:p>
        </w:tc>
      </w:tr>
      <w:tr w:rsidR="00512D8F" w14:paraId="2E601FE1"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CAC4201" w14:textId="77777777" w:rsidR="00512D8F" w:rsidRDefault="00512D8F" w:rsidP="00354607">
            <w:r>
              <w:t>Diğer (lütfen belirtin)</w:t>
            </w:r>
          </w:p>
        </w:tc>
        <w:tc>
          <w:tcPr>
            <w:tcW w:w="2880" w:type="dxa"/>
          </w:tcPr>
          <w:p w14:paraId="276D113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2.333</w:t>
            </w:r>
          </w:p>
        </w:tc>
        <w:tc>
          <w:tcPr>
            <w:tcW w:w="2880" w:type="dxa"/>
          </w:tcPr>
          <w:p w14:paraId="1E39E703"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1.030</w:t>
            </w:r>
          </w:p>
        </w:tc>
      </w:tr>
      <w:tr w:rsidR="00512D8F" w14:paraId="2874AC8F"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8B3C0A6" w14:textId="77777777" w:rsidR="00512D8F" w:rsidRDefault="00512D8F" w:rsidP="00354607">
            <w:r>
              <w:t>İletişim Fakültesi</w:t>
            </w:r>
          </w:p>
        </w:tc>
        <w:tc>
          <w:tcPr>
            <w:tcW w:w="2880" w:type="dxa"/>
          </w:tcPr>
          <w:p w14:paraId="62F265D6"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2.171</w:t>
            </w:r>
          </w:p>
        </w:tc>
        <w:tc>
          <w:tcPr>
            <w:tcW w:w="2880" w:type="dxa"/>
          </w:tcPr>
          <w:p w14:paraId="0839B22A"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1.158</w:t>
            </w:r>
          </w:p>
        </w:tc>
      </w:tr>
      <w:tr w:rsidR="00512D8F" w14:paraId="7F009BFF"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F0C9F60" w14:textId="77777777" w:rsidR="00512D8F" w:rsidRDefault="00512D8F" w:rsidP="00354607">
            <w:r>
              <w:t>Turizm Fakültesi</w:t>
            </w:r>
          </w:p>
        </w:tc>
        <w:tc>
          <w:tcPr>
            <w:tcW w:w="2880" w:type="dxa"/>
          </w:tcPr>
          <w:p w14:paraId="424AECE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2.143</w:t>
            </w:r>
          </w:p>
        </w:tc>
        <w:tc>
          <w:tcPr>
            <w:tcW w:w="2880" w:type="dxa"/>
          </w:tcPr>
          <w:p w14:paraId="4F6F619D"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1.171</w:t>
            </w:r>
          </w:p>
        </w:tc>
      </w:tr>
      <w:tr w:rsidR="00512D8F" w14:paraId="03EBB43E"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56D8F47" w14:textId="77777777" w:rsidR="00512D8F" w:rsidRDefault="00512D8F" w:rsidP="00354607">
            <w:r>
              <w:t>Mimarlık ve Tasarım Fakültesi</w:t>
            </w:r>
          </w:p>
        </w:tc>
        <w:tc>
          <w:tcPr>
            <w:tcW w:w="2880" w:type="dxa"/>
          </w:tcPr>
          <w:p w14:paraId="671E8A8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1.981</w:t>
            </w:r>
          </w:p>
        </w:tc>
        <w:tc>
          <w:tcPr>
            <w:tcW w:w="2880" w:type="dxa"/>
          </w:tcPr>
          <w:p w14:paraId="19B65BC8"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0.746</w:t>
            </w:r>
          </w:p>
        </w:tc>
      </w:tr>
      <w:tr w:rsidR="00512D8F" w14:paraId="6F855D81"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46E64ED" w14:textId="77777777" w:rsidR="00512D8F" w:rsidRDefault="00512D8F" w:rsidP="00354607">
            <w:r>
              <w:t>Eskil MYO</w:t>
            </w:r>
          </w:p>
        </w:tc>
        <w:tc>
          <w:tcPr>
            <w:tcW w:w="2880" w:type="dxa"/>
          </w:tcPr>
          <w:p w14:paraId="1A2286A1"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1.714</w:t>
            </w:r>
          </w:p>
        </w:tc>
        <w:tc>
          <w:tcPr>
            <w:tcW w:w="2880" w:type="dxa"/>
          </w:tcPr>
          <w:p w14:paraId="3993A09C"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0.871</w:t>
            </w:r>
          </w:p>
        </w:tc>
      </w:tr>
    </w:tbl>
    <w:p w14:paraId="6A612016" w14:textId="77777777" w:rsidR="00512D8F" w:rsidRDefault="00512D8F" w:rsidP="00512D8F"/>
    <w:p w14:paraId="2B18E082" w14:textId="77777777" w:rsidR="00512D8F" w:rsidRDefault="00512D8F" w:rsidP="00512D8F">
      <w:pPr>
        <w:jc w:val="center"/>
      </w:pPr>
      <w:r>
        <w:rPr>
          <w:noProof/>
        </w:rPr>
        <w:lastRenderedPageBreak/>
        <w:drawing>
          <wp:inline distT="0" distB="0" distL="0" distR="0" wp14:anchorId="36F6AEB6" wp14:editId="26DFBB9C">
            <wp:extent cx="5943600" cy="4139025"/>
            <wp:effectExtent l="0" t="0" r="0" b="0"/>
            <wp:docPr id="1586567248" name="Picture 4" descr="metin, ekran görüntüsü, çizgi, paralel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567248" name="Picture 4" descr="metin, ekran görüntüsü, çizgi, paralel içeren bir resim&#10;&#10;Yapay zeka tarafından oluşturulmuş içerik yanlış olabilir."/>
                    <pic:cNvPicPr/>
                  </pic:nvPicPr>
                  <pic:blipFill>
                    <a:blip r:embed="rId22"/>
                    <a:stretch>
                      <a:fillRect/>
                    </a:stretch>
                  </pic:blipFill>
                  <pic:spPr>
                    <a:xfrm>
                      <a:off x="0" y="0"/>
                      <a:ext cx="5943600" cy="4139025"/>
                    </a:xfrm>
                    <a:prstGeom prst="rect">
                      <a:avLst/>
                    </a:prstGeom>
                  </pic:spPr>
                </pic:pic>
              </a:graphicData>
            </a:graphic>
          </wp:inline>
        </w:drawing>
      </w:r>
    </w:p>
    <w:p w14:paraId="7469A002" w14:textId="77777777" w:rsidR="00512D8F" w:rsidRDefault="00512D8F" w:rsidP="00512D8F">
      <w:r>
        <w:br w:type="page"/>
      </w:r>
    </w:p>
    <w:p w14:paraId="132C6331" w14:textId="698B94D1" w:rsidR="00512D8F" w:rsidRDefault="008D4C35" w:rsidP="00512D8F">
      <w:pPr>
        <w:pStyle w:val="Balk2"/>
      </w:pPr>
      <w:r>
        <w:lastRenderedPageBreak/>
        <w:t>11</w:t>
      </w:r>
      <w:r w:rsidR="00512D8F">
        <w:t>.4. Kişisel Gelişim Skoru</w:t>
      </w:r>
    </w:p>
    <w:tbl>
      <w:tblPr>
        <w:tblStyle w:val="AkKlavuz-Vurgu1"/>
        <w:tblW w:w="0" w:type="auto"/>
        <w:tblLook w:val="04A0" w:firstRow="1" w:lastRow="0" w:firstColumn="1" w:lastColumn="0" w:noHBand="0" w:noVBand="1"/>
      </w:tblPr>
      <w:tblGrid>
        <w:gridCol w:w="2875"/>
        <w:gridCol w:w="2873"/>
        <w:gridCol w:w="2872"/>
      </w:tblGrid>
      <w:tr w:rsidR="00512D8F" w14:paraId="31CBF13D" w14:textId="77777777" w:rsidTr="003546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8E60906" w14:textId="77777777" w:rsidR="00512D8F" w:rsidRDefault="00512D8F" w:rsidP="00354607">
            <w:r>
              <w:t>Akademik Birim</w:t>
            </w:r>
          </w:p>
        </w:tc>
        <w:tc>
          <w:tcPr>
            <w:tcW w:w="2880" w:type="dxa"/>
          </w:tcPr>
          <w:p w14:paraId="1BF4E3D4"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Ortalama</w:t>
            </w:r>
          </w:p>
        </w:tc>
        <w:tc>
          <w:tcPr>
            <w:tcW w:w="2880" w:type="dxa"/>
          </w:tcPr>
          <w:p w14:paraId="1CD4FBC8"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Std Sapma</w:t>
            </w:r>
          </w:p>
        </w:tc>
      </w:tr>
      <w:tr w:rsidR="00512D8F" w14:paraId="15851150"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7F272DF" w14:textId="77777777" w:rsidR="00512D8F" w:rsidRDefault="00512D8F" w:rsidP="00354607">
            <w:r>
              <w:t>Sosyal Bilimler Enstitüsü</w:t>
            </w:r>
          </w:p>
        </w:tc>
        <w:tc>
          <w:tcPr>
            <w:tcW w:w="2880" w:type="dxa"/>
          </w:tcPr>
          <w:p w14:paraId="2B2DBA51"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4.051</w:t>
            </w:r>
          </w:p>
        </w:tc>
        <w:tc>
          <w:tcPr>
            <w:tcW w:w="2880" w:type="dxa"/>
          </w:tcPr>
          <w:p w14:paraId="14517F1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0.917</w:t>
            </w:r>
          </w:p>
        </w:tc>
      </w:tr>
      <w:tr w:rsidR="00512D8F" w14:paraId="2003133E"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CF5E4E2" w14:textId="77777777" w:rsidR="00512D8F" w:rsidRDefault="00512D8F" w:rsidP="00354607">
            <w:r>
              <w:t>Spor Bilimleri Fakültesi</w:t>
            </w:r>
          </w:p>
        </w:tc>
        <w:tc>
          <w:tcPr>
            <w:tcW w:w="2880" w:type="dxa"/>
          </w:tcPr>
          <w:p w14:paraId="705A7C21"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3.832</w:t>
            </w:r>
          </w:p>
        </w:tc>
        <w:tc>
          <w:tcPr>
            <w:tcW w:w="2880" w:type="dxa"/>
          </w:tcPr>
          <w:p w14:paraId="5A58E98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0.898</w:t>
            </w:r>
          </w:p>
        </w:tc>
      </w:tr>
      <w:tr w:rsidR="00512D8F" w14:paraId="0B19F990"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1060465" w14:textId="77777777" w:rsidR="00512D8F" w:rsidRDefault="00512D8F" w:rsidP="00354607">
            <w:r>
              <w:t>Sağlık Bilimleri Enstitüsü</w:t>
            </w:r>
          </w:p>
        </w:tc>
        <w:tc>
          <w:tcPr>
            <w:tcW w:w="2880" w:type="dxa"/>
          </w:tcPr>
          <w:p w14:paraId="4EE36C7C"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3.738</w:t>
            </w:r>
          </w:p>
        </w:tc>
        <w:tc>
          <w:tcPr>
            <w:tcW w:w="2880" w:type="dxa"/>
          </w:tcPr>
          <w:p w14:paraId="05C5AA11"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1.213</w:t>
            </w:r>
          </w:p>
        </w:tc>
      </w:tr>
      <w:tr w:rsidR="00512D8F" w14:paraId="0BC1DD0F"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E87C34E" w14:textId="77777777" w:rsidR="00512D8F" w:rsidRDefault="00512D8F" w:rsidP="00354607">
            <w:r>
              <w:t>Fen Bilimleri Enstitüsü</w:t>
            </w:r>
          </w:p>
        </w:tc>
        <w:tc>
          <w:tcPr>
            <w:tcW w:w="2880" w:type="dxa"/>
          </w:tcPr>
          <w:p w14:paraId="395C77C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3.662</w:t>
            </w:r>
          </w:p>
        </w:tc>
        <w:tc>
          <w:tcPr>
            <w:tcW w:w="2880" w:type="dxa"/>
          </w:tcPr>
          <w:p w14:paraId="2B6CE60A"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0.950</w:t>
            </w:r>
          </w:p>
        </w:tc>
      </w:tr>
      <w:tr w:rsidR="00512D8F" w14:paraId="280F0732"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74A509B" w14:textId="77777777" w:rsidR="00512D8F" w:rsidRDefault="00512D8F" w:rsidP="00354607">
            <w:r>
              <w:t>Eğitim Fakültesi</w:t>
            </w:r>
          </w:p>
        </w:tc>
        <w:tc>
          <w:tcPr>
            <w:tcW w:w="2880" w:type="dxa"/>
          </w:tcPr>
          <w:p w14:paraId="69032113"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3.645</w:t>
            </w:r>
          </w:p>
        </w:tc>
        <w:tc>
          <w:tcPr>
            <w:tcW w:w="2880" w:type="dxa"/>
          </w:tcPr>
          <w:p w14:paraId="3818BCC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1.001</w:t>
            </w:r>
          </w:p>
        </w:tc>
      </w:tr>
      <w:tr w:rsidR="00512D8F" w14:paraId="53EBA99F"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393C807" w14:textId="77777777" w:rsidR="00512D8F" w:rsidRDefault="00512D8F" w:rsidP="00354607">
            <w:r>
              <w:t>Sosyal Bilimler MYO</w:t>
            </w:r>
          </w:p>
        </w:tc>
        <w:tc>
          <w:tcPr>
            <w:tcW w:w="2880" w:type="dxa"/>
          </w:tcPr>
          <w:p w14:paraId="376D9D98"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3.480</w:t>
            </w:r>
          </w:p>
        </w:tc>
        <w:tc>
          <w:tcPr>
            <w:tcW w:w="2880" w:type="dxa"/>
          </w:tcPr>
          <w:p w14:paraId="03439D06"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1.239</w:t>
            </w:r>
          </w:p>
        </w:tc>
      </w:tr>
      <w:tr w:rsidR="00512D8F" w14:paraId="0204EB9C"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2D72CAE" w14:textId="77777777" w:rsidR="00512D8F" w:rsidRDefault="00512D8F" w:rsidP="00354607">
            <w:r>
              <w:t>Güzelyurt MYO</w:t>
            </w:r>
          </w:p>
        </w:tc>
        <w:tc>
          <w:tcPr>
            <w:tcW w:w="2880" w:type="dxa"/>
          </w:tcPr>
          <w:p w14:paraId="63D9D99D"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3.460</w:t>
            </w:r>
          </w:p>
        </w:tc>
        <w:tc>
          <w:tcPr>
            <w:tcW w:w="2880" w:type="dxa"/>
          </w:tcPr>
          <w:p w14:paraId="377E440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1.144</w:t>
            </w:r>
          </w:p>
        </w:tc>
      </w:tr>
      <w:tr w:rsidR="00512D8F" w14:paraId="61F632FE"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1CF6716" w14:textId="77777777" w:rsidR="00512D8F" w:rsidRDefault="00512D8F" w:rsidP="00354607">
            <w:r>
              <w:t>Sağlık Bilimleri Fakültesi</w:t>
            </w:r>
          </w:p>
        </w:tc>
        <w:tc>
          <w:tcPr>
            <w:tcW w:w="2880" w:type="dxa"/>
          </w:tcPr>
          <w:p w14:paraId="5CB27F4D"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3.431</w:t>
            </w:r>
          </w:p>
        </w:tc>
        <w:tc>
          <w:tcPr>
            <w:tcW w:w="2880" w:type="dxa"/>
          </w:tcPr>
          <w:p w14:paraId="46CA8251"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1.216</w:t>
            </w:r>
          </w:p>
        </w:tc>
      </w:tr>
      <w:tr w:rsidR="00512D8F" w14:paraId="1B43D52F"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D0F24BF" w14:textId="77777777" w:rsidR="00512D8F" w:rsidRDefault="00512D8F" w:rsidP="00354607">
            <w:r>
              <w:t>Fen Edebiyat Fakültesi</w:t>
            </w:r>
          </w:p>
        </w:tc>
        <w:tc>
          <w:tcPr>
            <w:tcW w:w="2880" w:type="dxa"/>
          </w:tcPr>
          <w:p w14:paraId="09019180"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3.425</w:t>
            </w:r>
          </w:p>
        </w:tc>
        <w:tc>
          <w:tcPr>
            <w:tcW w:w="2880" w:type="dxa"/>
          </w:tcPr>
          <w:p w14:paraId="1C379460"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1.221</w:t>
            </w:r>
          </w:p>
        </w:tc>
      </w:tr>
      <w:tr w:rsidR="00512D8F" w14:paraId="4E79BBB7"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456294B" w14:textId="77777777" w:rsidR="00512D8F" w:rsidRDefault="00512D8F" w:rsidP="00354607">
            <w:r>
              <w:t>Veteriner Fakültesi</w:t>
            </w:r>
          </w:p>
        </w:tc>
        <w:tc>
          <w:tcPr>
            <w:tcW w:w="2880" w:type="dxa"/>
          </w:tcPr>
          <w:p w14:paraId="487AE515"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3.333</w:t>
            </w:r>
          </w:p>
        </w:tc>
        <w:tc>
          <w:tcPr>
            <w:tcW w:w="2880" w:type="dxa"/>
          </w:tcPr>
          <w:p w14:paraId="2DB3315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1.046</w:t>
            </w:r>
          </w:p>
        </w:tc>
      </w:tr>
      <w:tr w:rsidR="00512D8F" w14:paraId="1233170E"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F2329C8" w14:textId="77777777" w:rsidR="00512D8F" w:rsidRDefault="00512D8F" w:rsidP="00354607">
            <w:r>
              <w:t>İletişim Fakültesi</w:t>
            </w:r>
          </w:p>
        </w:tc>
        <w:tc>
          <w:tcPr>
            <w:tcW w:w="2880" w:type="dxa"/>
          </w:tcPr>
          <w:p w14:paraId="7306B060"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3.329</w:t>
            </w:r>
          </w:p>
        </w:tc>
        <w:tc>
          <w:tcPr>
            <w:tcW w:w="2880" w:type="dxa"/>
          </w:tcPr>
          <w:p w14:paraId="62A9411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1.196</w:t>
            </w:r>
          </w:p>
        </w:tc>
      </w:tr>
      <w:tr w:rsidR="00512D8F" w14:paraId="3F7AAC58"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D0825B0" w14:textId="77777777" w:rsidR="00512D8F" w:rsidRDefault="00512D8F" w:rsidP="00354607">
            <w:r>
              <w:t>İktisadi ve İdari Bilimler Fakültesi</w:t>
            </w:r>
          </w:p>
        </w:tc>
        <w:tc>
          <w:tcPr>
            <w:tcW w:w="2880" w:type="dxa"/>
          </w:tcPr>
          <w:p w14:paraId="4C9AB438"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3.325</w:t>
            </w:r>
          </w:p>
        </w:tc>
        <w:tc>
          <w:tcPr>
            <w:tcW w:w="2880" w:type="dxa"/>
          </w:tcPr>
          <w:p w14:paraId="660095A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1.203</w:t>
            </w:r>
          </w:p>
        </w:tc>
      </w:tr>
      <w:tr w:rsidR="00512D8F" w14:paraId="3348F924"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0328309" w14:textId="77777777" w:rsidR="00512D8F" w:rsidRDefault="00512D8F" w:rsidP="00354607">
            <w:r>
              <w:t>Mimarlık ve Tasarım Fakültesi</w:t>
            </w:r>
          </w:p>
        </w:tc>
        <w:tc>
          <w:tcPr>
            <w:tcW w:w="2880" w:type="dxa"/>
          </w:tcPr>
          <w:p w14:paraId="0CD9CCA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3.173</w:t>
            </w:r>
          </w:p>
        </w:tc>
        <w:tc>
          <w:tcPr>
            <w:tcW w:w="2880" w:type="dxa"/>
          </w:tcPr>
          <w:p w14:paraId="1A8D2173"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1.067</w:t>
            </w:r>
          </w:p>
        </w:tc>
      </w:tr>
      <w:tr w:rsidR="00512D8F" w14:paraId="0A9C0A3C"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18AB50B" w14:textId="77777777" w:rsidR="00512D8F" w:rsidRDefault="00512D8F" w:rsidP="00354607">
            <w:r>
              <w:t>Mühendislik Fakültesi</w:t>
            </w:r>
          </w:p>
        </w:tc>
        <w:tc>
          <w:tcPr>
            <w:tcW w:w="2880" w:type="dxa"/>
          </w:tcPr>
          <w:p w14:paraId="11502E1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3.165</w:t>
            </w:r>
          </w:p>
        </w:tc>
        <w:tc>
          <w:tcPr>
            <w:tcW w:w="2880" w:type="dxa"/>
          </w:tcPr>
          <w:p w14:paraId="4C0583BF"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1.156</w:t>
            </w:r>
          </w:p>
        </w:tc>
      </w:tr>
      <w:tr w:rsidR="00512D8F" w14:paraId="16419688"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F415D17" w14:textId="77777777" w:rsidR="00512D8F" w:rsidRDefault="00512D8F" w:rsidP="00354607">
            <w:r>
              <w:t>Sağlık Hizmetleri MYO</w:t>
            </w:r>
          </w:p>
        </w:tc>
        <w:tc>
          <w:tcPr>
            <w:tcW w:w="2880" w:type="dxa"/>
          </w:tcPr>
          <w:p w14:paraId="299D052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3.083</w:t>
            </w:r>
          </w:p>
        </w:tc>
        <w:tc>
          <w:tcPr>
            <w:tcW w:w="2880" w:type="dxa"/>
          </w:tcPr>
          <w:p w14:paraId="07DBCC84"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1.345</w:t>
            </w:r>
          </w:p>
        </w:tc>
      </w:tr>
      <w:tr w:rsidR="00512D8F" w14:paraId="5506F8F2"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D38AA2F" w14:textId="77777777" w:rsidR="00512D8F" w:rsidRDefault="00512D8F" w:rsidP="00354607">
            <w:r>
              <w:t>İslami İlimler Fakültesi</w:t>
            </w:r>
          </w:p>
        </w:tc>
        <w:tc>
          <w:tcPr>
            <w:tcW w:w="2880" w:type="dxa"/>
          </w:tcPr>
          <w:p w14:paraId="31E5B18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3.071</w:t>
            </w:r>
          </w:p>
        </w:tc>
        <w:tc>
          <w:tcPr>
            <w:tcW w:w="2880" w:type="dxa"/>
          </w:tcPr>
          <w:p w14:paraId="53D95E64"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1.162</w:t>
            </w:r>
          </w:p>
        </w:tc>
      </w:tr>
      <w:tr w:rsidR="00512D8F" w14:paraId="60594DEF"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78934DC" w14:textId="77777777" w:rsidR="00512D8F" w:rsidRDefault="00512D8F" w:rsidP="00354607">
            <w:r>
              <w:t>Diğer (lütfen belirtin)</w:t>
            </w:r>
          </w:p>
        </w:tc>
        <w:tc>
          <w:tcPr>
            <w:tcW w:w="2880" w:type="dxa"/>
          </w:tcPr>
          <w:p w14:paraId="35BD805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3.062</w:t>
            </w:r>
          </w:p>
        </w:tc>
        <w:tc>
          <w:tcPr>
            <w:tcW w:w="2880" w:type="dxa"/>
          </w:tcPr>
          <w:p w14:paraId="41F147B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1.284</w:t>
            </w:r>
          </w:p>
        </w:tc>
      </w:tr>
      <w:tr w:rsidR="00512D8F" w14:paraId="148C0A2A"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D0FBFD6" w14:textId="77777777" w:rsidR="00512D8F" w:rsidRDefault="00512D8F" w:rsidP="00354607">
            <w:r>
              <w:t>Ortaköy MYO</w:t>
            </w:r>
          </w:p>
        </w:tc>
        <w:tc>
          <w:tcPr>
            <w:tcW w:w="2880" w:type="dxa"/>
          </w:tcPr>
          <w:p w14:paraId="403F51C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3.046</w:t>
            </w:r>
          </w:p>
        </w:tc>
        <w:tc>
          <w:tcPr>
            <w:tcW w:w="2880" w:type="dxa"/>
          </w:tcPr>
          <w:p w14:paraId="5832163D"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1.367</w:t>
            </w:r>
          </w:p>
        </w:tc>
      </w:tr>
      <w:tr w:rsidR="00512D8F" w14:paraId="1DC00B71"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B6EA53A" w14:textId="77777777" w:rsidR="00512D8F" w:rsidRDefault="00512D8F" w:rsidP="00354607">
            <w:r>
              <w:t>Teknik Bilimler MYO</w:t>
            </w:r>
          </w:p>
        </w:tc>
        <w:tc>
          <w:tcPr>
            <w:tcW w:w="2880" w:type="dxa"/>
          </w:tcPr>
          <w:p w14:paraId="3EC5963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2.985</w:t>
            </w:r>
          </w:p>
        </w:tc>
        <w:tc>
          <w:tcPr>
            <w:tcW w:w="2880" w:type="dxa"/>
          </w:tcPr>
          <w:p w14:paraId="3D205DEC"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1.404</w:t>
            </w:r>
          </w:p>
        </w:tc>
      </w:tr>
      <w:tr w:rsidR="00512D8F" w14:paraId="0F4FA7F5"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B83A652" w14:textId="77777777" w:rsidR="00512D8F" w:rsidRDefault="00512D8F" w:rsidP="00354607">
            <w:r>
              <w:t>Turizm Fakültesi</w:t>
            </w:r>
          </w:p>
        </w:tc>
        <w:tc>
          <w:tcPr>
            <w:tcW w:w="2880" w:type="dxa"/>
          </w:tcPr>
          <w:p w14:paraId="34908170"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2.786</w:t>
            </w:r>
          </w:p>
        </w:tc>
        <w:tc>
          <w:tcPr>
            <w:tcW w:w="2880" w:type="dxa"/>
          </w:tcPr>
          <w:p w14:paraId="26C28406"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1.461</w:t>
            </w:r>
          </w:p>
        </w:tc>
      </w:tr>
      <w:tr w:rsidR="00512D8F" w14:paraId="01CCD760"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DEB2A4E" w14:textId="77777777" w:rsidR="00512D8F" w:rsidRDefault="00512D8F" w:rsidP="00354607">
            <w:r>
              <w:t>Eskil MYO</w:t>
            </w:r>
          </w:p>
        </w:tc>
        <w:tc>
          <w:tcPr>
            <w:tcW w:w="2880" w:type="dxa"/>
          </w:tcPr>
          <w:p w14:paraId="41C2FD6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2.107</w:t>
            </w:r>
          </w:p>
        </w:tc>
        <w:tc>
          <w:tcPr>
            <w:tcW w:w="2880" w:type="dxa"/>
          </w:tcPr>
          <w:p w14:paraId="7080370D"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1.240</w:t>
            </w:r>
          </w:p>
        </w:tc>
      </w:tr>
    </w:tbl>
    <w:p w14:paraId="2A6F35D9" w14:textId="77777777" w:rsidR="00512D8F" w:rsidRDefault="00512D8F" w:rsidP="00512D8F"/>
    <w:p w14:paraId="0771939D" w14:textId="77777777" w:rsidR="00512D8F" w:rsidRDefault="00512D8F" w:rsidP="00512D8F">
      <w:pPr>
        <w:jc w:val="center"/>
      </w:pPr>
      <w:r>
        <w:rPr>
          <w:noProof/>
        </w:rPr>
        <w:lastRenderedPageBreak/>
        <w:drawing>
          <wp:inline distT="0" distB="0" distL="0" distR="0" wp14:anchorId="04E270EC" wp14:editId="702D11E8">
            <wp:extent cx="5943600" cy="4139025"/>
            <wp:effectExtent l="0" t="0" r="0" b="0"/>
            <wp:docPr id="354193649" name="Picture 5" descr="metin, ekran görüntüsü, mor, diyagram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193649" name="Picture 5" descr="metin, ekran görüntüsü, mor, diyagram içeren bir resim&#10;&#10;Yapay zeka tarafından oluşturulmuş içerik yanlış olabilir."/>
                    <pic:cNvPicPr/>
                  </pic:nvPicPr>
                  <pic:blipFill>
                    <a:blip r:embed="rId23"/>
                    <a:stretch>
                      <a:fillRect/>
                    </a:stretch>
                  </pic:blipFill>
                  <pic:spPr>
                    <a:xfrm>
                      <a:off x="0" y="0"/>
                      <a:ext cx="5943600" cy="4139025"/>
                    </a:xfrm>
                    <a:prstGeom prst="rect">
                      <a:avLst/>
                    </a:prstGeom>
                  </pic:spPr>
                </pic:pic>
              </a:graphicData>
            </a:graphic>
          </wp:inline>
        </w:drawing>
      </w:r>
    </w:p>
    <w:p w14:paraId="2B38A6FB" w14:textId="77777777" w:rsidR="00512D8F" w:rsidRDefault="00512D8F" w:rsidP="00512D8F">
      <w:r>
        <w:br w:type="page"/>
      </w:r>
    </w:p>
    <w:p w14:paraId="376AC6D2" w14:textId="466AB045" w:rsidR="00512D8F" w:rsidRDefault="008D4C35" w:rsidP="00512D8F">
      <w:pPr>
        <w:pStyle w:val="Balk2"/>
      </w:pPr>
      <w:r>
        <w:lastRenderedPageBreak/>
        <w:t>11</w:t>
      </w:r>
      <w:r w:rsidR="00512D8F">
        <w:t>.5. Genel Eğitim Memnuniyeti Skoru (A)</w:t>
      </w:r>
    </w:p>
    <w:tbl>
      <w:tblPr>
        <w:tblStyle w:val="AkKlavuz-Vurgu1"/>
        <w:tblW w:w="0" w:type="auto"/>
        <w:tblLook w:val="04A0" w:firstRow="1" w:lastRow="0" w:firstColumn="1" w:lastColumn="0" w:noHBand="0" w:noVBand="1"/>
      </w:tblPr>
      <w:tblGrid>
        <w:gridCol w:w="2875"/>
        <w:gridCol w:w="2873"/>
        <w:gridCol w:w="2872"/>
      </w:tblGrid>
      <w:tr w:rsidR="00512D8F" w14:paraId="2698C374" w14:textId="77777777" w:rsidTr="003546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65A45C0" w14:textId="77777777" w:rsidR="00512D8F" w:rsidRDefault="00512D8F" w:rsidP="00354607">
            <w:r>
              <w:t>Akademik Birim</w:t>
            </w:r>
          </w:p>
        </w:tc>
        <w:tc>
          <w:tcPr>
            <w:tcW w:w="2880" w:type="dxa"/>
          </w:tcPr>
          <w:p w14:paraId="203299F7"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Ortalama</w:t>
            </w:r>
          </w:p>
        </w:tc>
        <w:tc>
          <w:tcPr>
            <w:tcW w:w="2880" w:type="dxa"/>
          </w:tcPr>
          <w:p w14:paraId="50494995"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Std Sapma</w:t>
            </w:r>
          </w:p>
        </w:tc>
      </w:tr>
      <w:tr w:rsidR="00512D8F" w14:paraId="60394858"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D8F0950" w14:textId="77777777" w:rsidR="00512D8F" w:rsidRDefault="00512D8F" w:rsidP="00354607">
            <w:r>
              <w:t>Sosyal Bilimler Enstitüsü</w:t>
            </w:r>
          </w:p>
        </w:tc>
        <w:tc>
          <w:tcPr>
            <w:tcW w:w="2880" w:type="dxa"/>
          </w:tcPr>
          <w:p w14:paraId="0365298B"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3.803</w:t>
            </w:r>
          </w:p>
        </w:tc>
        <w:tc>
          <w:tcPr>
            <w:tcW w:w="2880" w:type="dxa"/>
          </w:tcPr>
          <w:p w14:paraId="5AF7670D"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0.790</w:t>
            </w:r>
          </w:p>
        </w:tc>
      </w:tr>
      <w:tr w:rsidR="00512D8F" w14:paraId="3B220DEA"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0994405" w14:textId="77777777" w:rsidR="00512D8F" w:rsidRDefault="00512D8F" w:rsidP="00354607">
            <w:r>
              <w:t>Spor Bilimleri Fakültesi</w:t>
            </w:r>
          </w:p>
        </w:tc>
        <w:tc>
          <w:tcPr>
            <w:tcW w:w="2880" w:type="dxa"/>
          </w:tcPr>
          <w:p w14:paraId="62D32471"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3.624</w:t>
            </w:r>
          </w:p>
        </w:tc>
        <w:tc>
          <w:tcPr>
            <w:tcW w:w="2880" w:type="dxa"/>
          </w:tcPr>
          <w:p w14:paraId="5929FED5"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0.909</w:t>
            </w:r>
          </w:p>
        </w:tc>
      </w:tr>
      <w:tr w:rsidR="00512D8F" w14:paraId="4B4148B3"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47CB05D" w14:textId="77777777" w:rsidR="00512D8F" w:rsidRDefault="00512D8F" w:rsidP="00354607">
            <w:r>
              <w:t>Fen Bilimleri Enstitüsü</w:t>
            </w:r>
          </w:p>
        </w:tc>
        <w:tc>
          <w:tcPr>
            <w:tcW w:w="2880" w:type="dxa"/>
          </w:tcPr>
          <w:p w14:paraId="5E8697E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3.562</w:t>
            </w:r>
          </w:p>
        </w:tc>
        <w:tc>
          <w:tcPr>
            <w:tcW w:w="2880" w:type="dxa"/>
          </w:tcPr>
          <w:p w14:paraId="6C7E7AFE"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0.816</w:t>
            </w:r>
          </w:p>
        </w:tc>
      </w:tr>
      <w:tr w:rsidR="00512D8F" w14:paraId="76BFB391"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28EE08F" w14:textId="77777777" w:rsidR="00512D8F" w:rsidRDefault="00512D8F" w:rsidP="00354607">
            <w:r>
              <w:t>Sağlık Bilimleri Enstitüsü</w:t>
            </w:r>
          </w:p>
        </w:tc>
        <w:tc>
          <w:tcPr>
            <w:tcW w:w="2880" w:type="dxa"/>
          </w:tcPr>
          <w:p w14:paraId="5E498625"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3.546</w:t>
            </w:r>
          </w:p>
        </w:tc>
        <w:tc>
          <w:tcPr>
            <w:tcW w:w="2880" w:type="dxa"/>
          </w:tcPr>
          <w:p w14:paraId="45AC1C1F"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1.186</w:t>
            </w:r>
          </w:p>
        </w:tc>
      </w:tr>
      <w:tr w:rsidR="00512D8F" w14:paraId="6C2BEFA9"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358A781" w14:textId="77777777" w:rsidR="00512D8F" w:rsidRDefault="00512D8F" w:rsidP="00354607">
            <w:r>
              <w:t>Eğitim Fakültesi</w:t>
            </w:r>
          </w:p>
        </w:tc>
        <w:tc>
          <w:tcPr>
            <w:tcW w:w="2880" w:type="dxa"/>
          </w:tcPr>
          <w:p w14:paraId="6B1ED401"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3.387</w:t>
            </w:r>
          </w:p>
        </w:tc>
        <w:tc>
          <w:tcPr>
            <w:tcW w:w="2880" w:type="dxa"/>
          </w:tcPr>
          <w:p w14:paraId="18B829E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0.873</w:t>
            </w:r>
          </w:p>
        </w:tc>
      </w:tr>
      <w:tr w:rsidR="00512D8F" w14:paraId="1CE4E17A"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C960C72" w14:textId="77777777" w:rsidR="00512D8F" w:rsidRDefault="00512D8F" w:rsidP="00354607">
            <w:r>
              <w:t>Sosyal Bilimler MYO</w:t>
            </w:r>
          </w:p>
        </w:tc>
        <w:tc>
          <w:tcPr>
            <w:tcW w:w="2880" w:type="dxa"/>
          </w:tcPr>
          <w:p w14:paraId="53685A8A"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3.278</w:t>
            </w:r>
          </w:p>
        </w:tc>
        <w:tc>
          <w:tcPr>
            <w:tcW w:w="2880" w:type="dxa"/>
          </w:tcPr>
          <w:p w14:paraId="656633FA"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1.123</w:t>
            </w:r>
          </w:p>
        </w:tc>
      </w:tr>
      <w:tr w:rsidR="00512D8F" w14:paraId="4FDB9402"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3AACF21" w14:textId="77777777" w:rsidR="00512D8F" w:rsidRDefault="00512D8F" w:rsidP="00354607">
            <w:r>
              <w:t>Güzelyurt MYO</w:t>
            </w:r>
          </w:p>
        </w:tc>
        <w:tc>
          <w:tcPr>
            <w:tcW w:w="2880" w:type="dxa"/>
          </w:tcPr>
          <w:p w14:paraId="1AD8D53F"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3.239</w:t>
            </w:r>
          </w:p>
        </w:tc>
        <w:tc>
          <w:tcPr>
            <w:tcW w:w="2880" w:type="dxa"/>
          </w:tcPr>
          <w:p w14:paraId="0B79847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1.004</w:t>
            </w:r>
          </w:p>
        </w:tc>
      </w:tr>
      <w:tr w:rsidR="00512D8F" w14:paraId="1837953A"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5C9F535" w14:textId="77777777" w:rsidR="00512D8F" w:rsidRDefault="00512D8F" w:rsidP="00354607">
            <w:r>
              <w:t>Sağlık Bilimleri Fakültesi</w:t>
            </w:r>
          </w:p>
        </w:tc>
        <w:tc>
          <w:tcPr>
            <w:tcW w:w="2880" w:type="dxa"/>
          </w:tcPr>
          <w:p w14:paraId="1FD0BBF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3.193</w:t>
            </w:r>
          </w:p>
        </w:tc>
        <w:tc>
          <w:tcPr>
            <w:tcW w:w="2880" w:type="dxa"/>
          </w:tcPr>
          <w:p w14:paraId="25C88233"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1.080</w:t>
            </w:r>
          </w:p>
        </w:tc>
      </w:tr>
      <w:tr w:rsidR="00512D8F" w14:paraId="37151562"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7649C7A" w14:textId="77777777" w:rsidR="00512D8F" w:rsidRDefault="00512D8F" w:rsidP="00354607">
            <w:r>
              <w:t>Veteriner Fakültesi</w:t>
            </w:r>
          </w:p>
        </w:tc>
        <w:tc>
          <w:tcPr>
            <w:tcW w:w="2880" w:type="dxa"/>
          </w:tcPr>
          <w:p w14:paraId="59D3B5F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3.122</w:t>
            </w:r>
          </w:p>
        </w:tc>
        <w:tc>
          <w:tcPr>
            <w:tcW w:w="2880" w:type="dxa"/>
          </w:tcPr>
          <w:p w14:paraId="29F8565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0.594</w:t>
            </w:r>
          </w:p>
        </w:tc>
      </w:tr>
      <w:tr w:rsidR="00512D8F" w14:paraId="0522085E"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EE218E8" w14:textId="77777777" w:rsidR="00512D8F" w:rsidRDefault="00512D8F" w:rsidP="00354607">
            <w:r>
              <w:t>Fen Edebiyat Fakültesi</w:t>
            </w:r>
          </w:p>
        </w:tc>
        <w:tc>
          <w:tcPr>
            <w:tcW w:w="2880" w:type="dxa"/>
          </w:tcPr>
          <w:p w14:paraId="02E260FD"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3.110</w:t>
            </w:r>
          </w:p>
        </w:tc>
        <w:tc>
          <w:tcPr>
            <w:tcW w:w="2880" w:type="dxa"/>
          </w:tcPr>
          <w:p w14:paraId="41AF822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1.044</w:t>
            </w:r>
          </w:p>
        </w:tc>
      </w:tr>
      <w:tr w:rsidR="00512D8F" w14:paraId="7746A5EA"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5A7A69D" w14:textId="77777777" w:rsidR="00512D8F" w:rsidRDefault="00512D8F" w:rsidP="00354607">
            <w:r>
              <w:t>Sağlık Hizmetleri MYO</w:t>
            </w:r>
          </w:p>
        </w:tc>
        <w:tc>
          <w:tcPr>
            <w:tcW w:w="2880" w:type="dxa"/>
          </w:tcPr>
          <w:p w14:paraId="0BAF8BD0"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2.960</w:t>
            </w:r>
          </w:p>
        </w:tc>
        <w:tc>
          <w:tcPr>
            <w:tcW w:w="2880" w:type="dxa"/>
          </w:tcPr>
          <w:p w14:paraId="68935592"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1.271</w:t>
            </w:r>
          </w:p>
        </w:tc>
      </w:tr>
      <w:tr w:rsidR="00512D8F" w14:paraId="6684B3B4"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C580714" w14:textId="77777777" w:rsidR="00512D8F" w:rsidRDefault="00512D8F" w:rsidP="00354607">
            <w:r>
              <w:t>Mühendislik Fakültesi</w:t>
            </w:r>
          </w:p>
        </w:tc>
        <w:tc>
          <w:tcPr>
            <w:tcW w:w="2880" w:type="dxa"/>
          </w:tcPr>
          <w:p w14:paraId="08147AE3"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2.952</w:t>
            </w:r>
          </w:p>
        </w:tc>
        <w:tc>
          <w:tcPr>
            <w:tcW w:w="2880" w:type="dxa"/>
          </w:tcPr>
          <w:p w14:paraId="14BB0A3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0.943</w:t>
            </w:r>
          </w:p>
        </w:tc>
      </w:tr>
      <w:tr w:rsidR="00512D8F" w14:paraId="7E3830BD"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BEEEFAA" w14:textId="77777777" w:rsidR="00512D8F" w:rsidRDefault="00512D8F" w:rsidP="00354607">
            <w:r>
              <w:t>Teknik Bilimler MYO</w:t>
            </w:r>
          </w:p>
        </w:tc>
        <w:tc>
          <w:tcPr>
            <w:tcW w:w="2880" w:type="dxa"/>
          </w:tcPr>
          <w:p w14:paraId="686CF61E"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2.928</w:t>
            </w:r>
          </w:p>
        </w:tc>
        <w:tc>
          <w:tcPr>
            <w:tcW w:w="2880" w:type="dxa"/>
          </w:tcPr>
          <w:p w14:paraId="372AC0EE"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1.270</w:t>
            </w:r>
          </w:p>
        </w:tc>
      </w:tr>
      <w:tr w:rsidR="00512D8F" w14:paraId="6429E325"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CB2D166" w14:textId="77777777" w:rsidR="00512D8F" w:rsidRDefault="00512D8F" w:rsidP="00354607">
            <w:r>
              <w:t>İktisadi ve İdari Bilimler Fakültesi</w:t>
            </w:r>
          </w:p>
        </w:tc>
        <w:tc>
          <w:tcPr>
            <w:tcW w:w="2880" w:type="dxa"/>
          </w:tcPr>
          <w:p w14:paraId="031810F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2.921</w:t>
            </w:r>
          </w:p>
        </w:tc>
        <w:tc>
          <w:tcPr>
            <w:tcW w:w="2880" w:type="dxa"/>
          </w:tcPr>
          <w:p w14:paraId="4D4ED40D"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0.973</w:t>
            </w:r>
          </w:p>
        </w:tc>
      </w:tr>
      <w:tr w:rsidR="00512D8F" w14:paraId="73B65605"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5FBECEA" w14:textId="77777777" w:rsidR="00512D8F" w:rsidRDefault="00512D8F" w:rsidP="00354607">
            <w:r>
              <w:t>İslami İlimler Fakültesi</w:t>
            </w:r>
          </w:p>
        </w:tc>
        <w:tc>
          <w:tcPr>
            <w:tcW w:w="2880" w:type="dxa"/>
          </w:tcPr>
          <w:p w14:paraId="1CBCAB1F"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2.907</w:t>
            </w:r>
          </w:p>
        </w:tc>
        <w:tc>
          <w:tcPr>
            <w:tcW w:w="2880" w:type="dxa"/>
          </w:tcPr>
          <w:p w14:paraId="0CFD7D23"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1.000</w:t>
            </w:r>
          </w:p>
        </w:tc>
      </w:tr>
      <w:tr w:rsidR="00512D8F" w14:paraId="3271D622"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50EE166" w14:textId="77777777" w:rsidR="00512D8F" w:rsidRDefault="00512D8F" w:rsidP="00354607">
            <w:r>
              <w:t>Ortaköy MYO</w:t>
            </w:r>
          </w:p>
        </w:tc>
        <w:tc>
          <w:tcPr>
            <w:tcW w:w="2880" w:type="dxa"/>
          </w:tcPr>
          <w:p w14:paraId="16E9C8F8"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2.886</w:t>
            </w:r>
          </w:p>
        </w:tc>
        <w:tc>
          <w:tcPr>
            <w:tcW w:w="2880" w:type="dxa"/>
          </w:tcPr>
          <w:p w14:paraId="21CF8D70"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1.255</w:t>
            </w:r>
          </w:p>
        </w:tc>
      </w:tr>
      <w:tr w:rsidR="00512D8F" w14:paraId="1DBF4659"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430A506" w14:textId="77777777" w:rsidR="00512D8F" w:rsidRDefault="00512D8F" w:rsidP="00354607">
            <w:r>
              <w:t>İletişim Fakültesi</w:t>
            </w:r>
          </w:p>
        </w:tc>
        <w:tc>
          <w:tcPr>
            <w:tcW w:w="2880" w:type="dxa"/>
          </w:tcPr>
          <w:p w14:paraId="6937CCBD"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2.820</w:t>
            </w:r>
          </w:p>
        </w:tc>
        <w:tc>
          <w:tcPr>
            <w:tcW w:w="2880" w:type="dxa"/>
          </w:tcPr>
          <w:p w14:paraId="1CB66EA4"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1.027</w:t>
            </w:r>
          </w:p>
        </w:tc>
      </w:tr>
      <w:tr w:rsidR="00512D8F" w14:paraId="09AE1AE3"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DFA83B9" w14:textId="77777777" w:rsidR="00512D8F" w:rsidRDefault="00512D8F" w:rsidP="00354607">
            <w:r>
              <w:t>Diğer (lütfen belirtin)</w:t>
            </w:r>
          </w:p>
        </w:tc>
        <w:tc>
          <w:tcPr>
            <w:tcW w:w="2880" w:type="dxa"/>
          </w:tcPr>
          <w:p w14:paraId="1E9C1D50"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2.699</w:t>
            </w:r>
          </w:p>
        </w:tc>
        <w:tc>
          <w:tcPr>
            <w:tcW w:w="2880" w:type="dxa"/>
          </w:tcPr>
          <w:p w14:paraId="661D3604"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1.123</w:t>
            </w:r>
          </w:p>
        </w:tc>
      </w:tr>
      <w:tr w:rsidR="00512D8F" w14:paraId="37B4291B"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74A2B5C" w14:textId="77777777" w:rsidR="00512D8F" w:rsidRDefault="00512D8F" w:rsidP="00354607">
            <w:r>
              <w:t>Turizm Fakültesi</w:t>
            </w:r>
          </w:p>
        </w:tc>
        <w:tc>
          <w:tcPr>
            <w:tcW w:w="2880" w:type="dxa"/>
          </w:tcPr>
          <w:p w14:paraId="736E71C3"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2.532</w:t>
            </w:r>
          </w:p>
        </w:tc>
        <w:tc>
          <w:tcPr>
            <w:tcW w:w="2880" w:type="dxa"/>
          </w:tcPr>
          <w:p w14:paraId="6F0F441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1.061</w:t>
            </w:r>
          </w:p>
        </w:tc>
      </w:tr>
      <w:tr w:rsidR="00512D8F" w14:paraId="7BF43D30"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599C94D" w14:textId="77777777" w:rsidR="00512D8F" w:rsidRDefault="00512D8F" w:rsidP="00354607">
            <w:r>
              <w:t>Mimarlık ve Tasarım Fakültesi</w:t>
            </w:r>
          </w:p>
        </w:tc>
        <w:tc>
          <w:tcPr>
            <w:tcW w:w="2880" w:type="dxa"/>
          </w:tcPr>
          <w:p w14:paraId="47CC564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2.342</w:t>
            </w:r>
          </w:p>
        </w:tc>
        <w:tc>
          <w:tcPr>
            <w:tcW w:w="2880" w:type="dxa"/>
          </w:tcPr>
          <w:p w14:paraId="0517C52F"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0.694</w:t>
            </w:r>
          </w:p>
        </w:tc>
      </w:tr>
      <w:tr w:rsidR="00512D8F" w14:paraId="2543484D"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3DC6594" w14:textId="77777777" w:rsidR="00512D8F" w:rsidRDefault="00512D8F" w:rsidP="00354607">
            <w:r>
              <w:t>Eskil MYO</w:t>
            </w:r>
          </w:p>
        </w:tc>
        <w:tc>
          <w:tcPr>
            <w:tcW w:w="2880" w:type="dxa"/>
          </w:tcPr>
          <w:p w14:paraId="1931C472"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2.055</w:t>
            </w:r>
          </w:p>
        </w:tc>
        <w:tc>
          <w:tcPr>
            <w:tcW w:w="2880" w:type="dxa"/>
          </w:tcPr>
          <w:p w14:paraId="254A0F8D"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0.889</w:t>
            </w:r>
          </w:p>
        </w:tc>
      </w:tr>
    </w:tbl>
    <w:p w14:paraId="21396EAB" w14:textId="77777777" w:rsidR="00512D8F" w:rsidRDefault="00512D8F" w:rsidP="00512D8F"/>
    <w:p w14:paraId="33574E8B" w14:textId="77777777" w:rsidR="00512D8F" w:rsidRDefault="00512D8F" w:rsidP="00512D8F">
      <w:pPr>
        <w:jc w:val="center"/>
      </w:pPr>
      <w:r>
        <w:rPr>
          <w:noProof/>
        </w:rPr>
        <w:lastRenderedPageBreak/>
        <w:drawing>
          <wp:inline distT="0" distB="0" distL="0" distR="0" wp14:anchorId="3090C608" wp14:editId="0C14E101">
            <wp:extent cx="5943600" cy="4139025"/>
            <wp:effectExtent l="0" t="0" r="0" b="0"/>
            <wp:docPr id="1247736939" name="Picture 6" descr="metin, ekran görüntüsü, diyagram, çizg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736939" name="Picture 6" descr="metin, ekran görüntüsü, diyagram, çizgi içeren bir resim&#10;&#10;Yapay zeka tarafından oluşturulmuş içerik yanlış olabilir."/>
                    <pic:cNvPicPr/>
                  </pic:nvPicPr>
                  <pic:blipFill>
                    <a:blip r:embed="rId24"/>
                    <a:stretch>
                      <a:fillRect/>
                    </a:stretch>
                  </pic:blipFill>
                  <pic:spPr>
                    <a:xfrm>
                      <a:off x="0" y="0"/>
                      <a:ext cx="5943600" cy="4139025"/>
                    </a:xfrm>
                    <a:prstGeom prst="rect">
                      <a:avLst/>
                    </a:prstGeom>
                  </pic:spPr>
                </pic:pic>
              </a:graphicData>
            </a:graphic>
          </wp:inline>
        </w:drawing>
      </w:r>
    </w:p>
    <w:p w14:paraId="376CFBB8" w14:textId="77777777" w:rsidR="00512D8F" w:rsidRDefault="00512D8F" w:rsidP="00512D8F">
      <w:r>
        <w:br w:type="page"/>
      </w:r>
    </w:p>
    <w:p w14:paraId="6B0197C9" w14:textId="5367AE7D" w:rsidR="00512D8F" w:rsidRDefault="008D4C35" w:rsidP="00512D8F">
      <w:pPr>
        <w:pStyle w:val="Balk2"/>
      </w:pPr>
      <w:r>
        <w:lastRenderedPageBreak/>
        <w:t>11</w:t>
      </w:r>
      <w:r w:rsidR="00512D8F">
        <w:t>.6. Genel Memnuniyet Skoru (B)</w:t>
      </w:r>
    </w:p>
    <w:tbl>
      <w:tblPr>
        <w:tblStyle w:val="AkKlavuz-Vurgu1"/>
        <w:tblW w:w="0" w:type="auto"/>
        <w:tblLook w:val="04A0" w:firstRow="1" w:lastRow="0" w:firstColumn="1" w:lastColumn="0" w:noHBand="0" w:noVBand="1"/>
      </w:tblPr>
      <w:tblGrid>
        <w:gridCol w:w="2875"/>
        <w:gridCol w:w="2873"/>
        <w:gridCol w:w="2872"/>
      </w:tblGrid>
      <w:tr w:rsidR="00512D8F" w14:paraId="5B88E629" w14:textId="77777777" w:rsidTr="003546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728E0F9" w14:textId="77777777" w:rsidR="00512D8F" w:rsidRDefault="00512D8F" w:rsidP="00354607">
            <w:r>
              <w:t>Akademik Birim</w:t>
            </w:r>
          </w:p>
        </w:tc>
        <w:tc>
          <w:tcPr>
            <w:tcW w:w="2880" w:type="dxa"/>
          </w:tcPr>
          <w:p w14:paraId="364B7A1D"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Ortalama</w:t>
            </w:r>
          </w:p>
        </w:tc>
        <w:tc>
          <w:tcPr>
            <w:tcW w:w="2880" w:type="dxa"/>
          </w:tcPr>
          <w:p w14:paraId="08987338"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Std Sapma</w:t>
            </w:r>
          </w:p>
        </w:tc>
      </w:tr>
      <w:tr w:rsidR="00512D8F" w14:paraId="698B284D"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DF2A34A" w14:textId="77777777" w:rsidR="00512D8F" w:rsidRDefault="00512D8F" w:rsidP="00354607">
            <w:r>
              <w:t>Sosyal Bilimler Enstitüsü</w:t>
            </w:r>
          </w:p>
        </w:tc>
        <w:tc>
          <w:tcPr>
            <w:tcW w:w="2880" w:type="dxa"/>
          </w:tcPr>
          <w:p w14:paraId="506F130A"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4.026</w:t>
            </w:r>
          </w:p>
        </w:tc>
        <w:tc>
          <w:tcPr>
            <w:tcW w:w="2880" w:type="dxa"/>
          </w:tcPr>
          <w:p w14:paraId="503A5992"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0.945</w:t>
            </w:r>
          </w:p>
        </w:tc>
      </w:tr>
      <w:tr w:rsidR="00512D8F" w14:paraId="33B20EAF"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A961241" w14:textId="77777777" w:rsidR="00512D8F" w:rsidRDefault="00512D8F" w:rsidP="00354607">
            <w:r>
              <w:t>Spor Bilimleri Fakültesi</w:t>
            </w:r>
          </w:p>
        </w:tc>
        <w:tc>
          <w:tcPr>
            <w:tcW w:w="2880" w:type="dxa"/>
          </w:tcPr>
          <w:p w14:paraId="0A46F9E5"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3.837</w:t>
            </w:r>
          </w:p>
        </w:tc>
        <w:tc>
          <w:tcPr>
            <w:tcW w:w="2880" w:type="dxa"/>
          </w:tcPr>
          <w:p w14:paraId="5FED7518"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1.033</w:t>
            </w:r>
          </w:p>
        </w:tc>
      </w:tr>
      <w:tr w:rsidR="00512D8F" w14:paraId="6E6B3B05"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0EA17CE" w14:textId="77777777" w:rsidR="00512D8F" w:rsidRDefault="00512D8F" w:rsidP="00354607">
            <w:r>
              <w:t>Fen Bilimleri Enstitüsü</w:t>
            </w:r>
          </w:p>
        </w:tc>
        <w:tc>
          <w:tcPr>
            <w:tcW w:w="2880" w:type="dxa"/>
          </w:tcPr>
          <w:p w14:paraId="3FA01792"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3.825</w:t>
            </w:r>
          </w:p>
        </w:tc>
        <w:tc>
          <w:tcPr>
            <w:tcW w:w="2880" w:type="dxa"/>
          </w:tcPr>
          <w:p w14:paraId="7BB51ECB"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1.055</w:t>
            </w:r>
          </w:p>
        </w:tc>
      </w:tr>
      <w:tr w:rsidR="00512D8F" w14:paraId="791C4643"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2C4109A" w14:textId="77777777" w:rsidR="00512D8F" w:rsidRDefault="00512D8F" w:rsidP="00354607">
            <w:r>
              <w:t>Sağlık Bilimleri Enstitüsü</w:t>
            </w:r>
          </w:p>
        </w:tc>
        <w:tc>
          <w:tcPr>
            <w:tcW w:w="2880" w:type="dxa"/>
          </w:tcPr>
          <w:p w14:paraId="56BD991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3.788</w:t>
            </w:r>
          </w:p>
        </w:tc>
        <w:tc>
          <w:tcPr>
            <w:tcW w:w="2880" w:type="dxa"/>
          </w:tcPr>
          <w:p w14:paraId="42A61910"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1.241</w:t>
            </w:r>
          </w:p>
        </w:tc>
      </w:tr>
      <w:tr w:rsidR="00512D8F" w14:paraId="5ACFE8F8"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CC0752C" w14:textId="77777777" w:rsidR="00512D8F" w:rsidRDefault="00512D8F" w:rsidP="00354607">
            <w:r>
              <w:t>Eğitim Fakültesi</w:t>
            </w:r>
          </w:p>
        </w:tc>
        <w:tc>
          <w:tcPr>
            <w:tcW w:w="2880" w:type="dxa"/>
          </w:tcPr>
          <w:p w14:paraId="0E5BE424"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3.522</w:t>
            </w:r>
          </w:p>
        </w:tc>
        <w:tc>
          <w:tcPr>
            <w:tcW w:w="2880" w:type="dxa"/>
          </w:tcPr>
          <w:p w14:paraId="764BF3AB"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1.104</w:t>
            </w:r>
          </w:p>
        </w:tc>
      </w:tr>
      <w:tr w:rsidR="00512D8F" w14:paraId="5B2160C7"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5296A0D" w14:textId="77777777" w:rsidR="00512D8F" w:rsidRDefault="00512D8F" w:rsidP="00354607">
            <w:r>
              <w:t>Sağlık Bilimleri Fakültesi</w:t>
            </w:r>
          </w:p>
        </w:tc>
        <w:tc>
          <w:tcPr>
            <w:tcW w:w="2880" w:type="dxa"/>
          </w:tcPr>
          <w:p w14:paraId="50D66D8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3.461</w:t>
            </w:r>
          </w:p>
        </w:tc>
        <w:tc>
          <w:tcPr>
            <w:tcW w:w="2880" w:type="dxa"/>
          </w:tcPr>
          <w:p w14:paraId="4D33E693"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1.223</w:t>
            </w:r>
          </w:p>
        </w:tc>
      </w:tr>
      <w:tr w:rsidR="00512D8F" w14:paraId="51DFB419"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A8AA828" w14:textId="77777777" w:rsidR="00512D8F" w:rsidRDefault="00512D8F" w:rsidP="00354607">
            <w:r>
              <w:t>Güzelyurt MYO</w:t>
            </w:r>
          </w:p>
        </w:tc>
        <w:tc>
          <w:tcPr>
            <w:tcW w:w="2880" w:type="dxa"/>
          </w:tcPr>
          <w:p w14:paraId="2461D5A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3.395</w:t>
            </w:r>
          </w:p>
        </w:tc>
        <w:tc>
          <w:tcPr>
            <w:tcW w:w="2880" w:type="dxa"/>
          </w:tcPr>
          <w:p w14:paraId="584E60AD"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1.221</w:t>
            </w:r>
          </w:p>
        </w:tc>
      </w:tr>
      <w:tr w:rsidR="00512D8F" w14:paraId="4472CB70"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E0D0877" w14:textId="77777777" w:rsidR="00512D8F" w:rsidRDefault="00512D8F" w:rsidP="00354607">
            <w:r>
              <w:t>Fen Edebiyat Fakültesi</w:t>
            </w:r>
          </w:p>
        </w:tc>
        <w:tc>
          <w:tcPr>
            <w:tcW w:w="2880" w:type="dxa"/>
          </w:tcPr>
          <w:p w14:paraId="250A677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3.349</w:t>
            </w:r>
          </w:p>
        </w:tc>
        <w:tc>
          <w:tcPr>
            <w:tcW w:w="2880" w:type="dxa"/>
          </w:tcPr>
          <w:p w14:paraId="1B311156"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1.274</w:t>
            </w:r>
          </w:p>
        </w:tc>
      </w:tr>
      <w:tr w:rsidR="00512D8F" w14:paraId="6C7BDDEC"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2F34E33" w14:textId="77777777" w:rsidR="00512D8F" w:rsidRDefault="00512D8F" w:rsidP="00354607">
            <w:r>
              <w:t>Sosyal Bilimler MYO</w:t>
            </w:r>
          </w:p>
        </w:tc>
        <w:tc>
          <w:tcPr>
            <w:tcW w:w="2880" w:type="dxa"/>
          </w:tcPr>
          <w:p w14:paraId="4B0BAB1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3.304</w:t>
            </w:r>
          </w:p>
        </w:tc>
        <w:tc>
          <w:tcPr>
            <w:tcW w:w="2880" w:type="dxa"/>
          </w:tcPr>
          <w:p w14:paraId="19AF131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1.332</w:t>
            </w:r>
          </w:p>
        </w:tc>
      </w:tr>
      <w:tr w:rsidR="00512D8F" w14:paraId="6295D699"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6FDAA02" w14:textId="77777777" w:rsidR="00512D8F" w:rsidRDefault="00512D8F" w:rsidP="00354607">
            <w:r>
              <w:t>Diğer (lütfen belirtin)</w:t>
            </w:r>
          </w:p>
        </w:tc>
        <w:tc>
          <w:tcPr>
            <w:tcW w:w="2880" w:type="dxa"/>
          </w:tcPr>
          <w:p w14:paraId="2C6FF18F"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3.292</w:t>
            </w:r>
          </w:p>
        </w:tc>
        <w:tc>
          <w:tcPr>
            <w:tcW w:w="2880" w:type="dxa"/>
          </w:tcPr>
          <w:p w14:paraId="5D92C4D4"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1.318</w:t>
            </w:r>
          </w:p>
        </w:tc>
      </w:tr>
      <w:tr w:rsidR="00512D8F" w14:paraId="00C5A118"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956A6C4" w14:textId="77777777" w:rsidR="00512D8F" w:rsidRDefault="00512D8F" w:rsidP="00354607">
            <w:r>
              <w:t>Sağlık Hizmetleri MYO</w:t>
            </w:r>
          </w:p>
        </w:tc>
        <w:tc>
          <w:tcPr>
            <w:tcW w:w="2880" w:type="dxa"/>
          </w:tcPr>
          <w:p w14:paraId="7C48785A"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3.287</w:t>
            </w:r>
          </w:p>
        </w:tc>
        <w:tc>
          <w:tcPr>
            <w:tcW w:w="2880" w:type="dxa"/>
          </w:tcPr>
          <w:p w14:paraId="033E1C0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1.255</w:t>
            </w:r>
          </w:p>
        </w:tc>
      </w:tr>
      <w:tr w:rsidR="00512D8F" w14:paraId="308AF869"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8C1CED1" w14:textId="77777777" w:rsidR="00512D8F" w:rsidRDefault="00512D8F" w:rsidP="00354607">
            <w:r>
              <w:t>İktisadi ve İdari Bilimler Fakültesi</w:t>
            </w:r>
          </w:p>
        </w:tc>
        <w:tc>
          <w:tcPr>
            <w:tcW w:w="2880" w:type="dxa"/>
          </w:tcPr>
          <w:p w14:paraId="7E280221"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3.191</w:t>
            </w:r>
          </w:p>
        </w:tc>
        <w:tc>
          <w:tcPr>
            <w:tcW w:w="2880" w:type="dxa"/>
          </w:tcPr>
          <w:p w14:paraId="5FE6B3C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1.206</w:t>
            </w:r>
          </w:p>
        </w:tc>
      </w:tr>
      <w:tr w:rsidR="00512D8F" w14:paraId="1703BFEC"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E68B34D" w14:textId="77777777" w:rsidR="00512D8F" w:rsidRDefault="00512D8F" w:rsidP="00354607">
            <w:r>
              <w:t>İslami İlimler Fakültesi</w:t>
            </w:r>
          </w:p>
        </w:tc>
        <w:tc>
          <w:tcPr>
            <w:tcW w:w="2880" w:type="dxa"/>
          </w:tcPr>
          <w:p w14:paraId="71B3850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3.125</w:t>
            </w:r>
          </w:p>
        </w:tc>
        <w:tc>
          <w:tcPr>
            <w:tcW w:w="2880" w:type="dxa"/>
          </w:tcPr>
          <w:p w14:paraId="0F0391F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1.240</w:t>
            </w:r>
          </w:p>
        </w:tc>
      </w:tr>
      <w:tr w:rsidR="00512D8F" w14:paraId="11902C9F"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5E678A2" w14:textId="77777777" w:rsidR="00512D8F" w:rsidRDefault="00512D8F" w:rsidP="00354607">
            <w:r>
              <w:t>Teknik Bilimler MYO</w:t>
            </w:r>
          </w:p>
        </w:tc>
        <w:tc>
          <w:tcPr>
            <w:tcW w:w="2880" w:type="dxa"/>
          </w:tcPr>
          <w:p w14:paraId="75AEA5A8"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3.107</w:t>
            </w:r>
          </w:p>
        </w:tc>
        <w:tc>
          <w:tcPr>
            <w:tcW w:w="2880" w:type="dxa"/>
          </w:tcPr>
          <w:p w14:paraId="481610D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1.363</w:t>
            </w:r>
          </w:p>
        </w:tc>
      </w:tr>
      <w:tr w:rsidR="00512D8F" w14:paraId="01513A4E"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30C8B8D" w14:textId="77777777" w:rsidR="00512D8F" w:rsidRDefault="00512D8F" w:rsidP="00354607">
            <w:r>
              <w:t>Mühendislik Fakültesi</w:t>
            </w:r>
          </w:p>
        </w:tc>
        <w:tc>
          <w:tcPr>
            <w:tcW w:w="2880" w:type="dxa"/>
          </w:tcPr>
          <w:p w14:paraId="73529E7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3.088</w:t>
            </w:r>
          </w:p>
        </w:tc>
        <w:tc>
          <w:tcPr>
            <w:tcW w:w="2880" w:type="dxa"/>
          </w:tcPr>
          <w:p w14:paraId="43968AA2"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1.191</w:t>
            </w:r>
          </w:p>
        </w:tc>
      </w:tr>
      <w:tr w:rsidR="00512D8F" w14:paraId="477BFAFC"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4366076" w14:textId="77777777" w:rsidR="00512D8F" w:rsidRDefault="00512D8F" w:rsidP="00354607">
            <w:r>
              <w:t>Ortaköy MYO</w:t>
            </w:r>
          </w:p>
        </w:tc>
        <w:tc>
          <w:tcPr>
            <w:tcW w:w="2880" w:type="dxa"/>
          </w:tcPr>
          <w:p w14:paraId="551F4318"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3.071</w:t>
            </w:r>
          </w:p>
        </w:tc>
        <w:tc>
          <w:tcPr>
            <w:tcW w:w="2880" w:type="dxa"/>
          </w:tcPr>
          <w:p w14:paraId="2B5DC5DA"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1.399</w:t>
            </w:r>
          </w:p>
        </w:tc>
      </w:tr>
      <w:tr w:rsidR="00512D8F" w14:paraId="2E5036D7"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A5877A0" w14:textId="77777777" w:rsidR="00512D8F" w:rsidRDefault="00512D8F" w:rsidP="00354607">
            <w:r>
              <w:t>İletişim Fakültesi</w:t>
            </w:r>
          </w:p>
        </w:tc>
        <w:tc>
          <w:tcPr>
            <w:tcW w:w="2880" w:type="dxa"/>
          </w:tcPr>
          <w:p w14:paraId="2EF22C6A"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2.842</w:t>
            </w:r>
          </w:p>
        </w:tc>
        <w:tc>
          <w:tcPr>
            <w:tcW w:w="2880" w:type="dxa"/>
          </w:tcPr>
          <w:p w14:paraId="1B9E9894"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1.305</w:t>
            </w:r>
          </w:p>
        </w:tc>
      </w:tr>
      <w:tr w:rsidR="00512D8F" w14:paraId="7ACD2B11"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6549E1C" w14:textId="77777777" w:rsidR="00512D8F" w:rsidRDefault="00512D8F" w:rsidP="00354607">
            <w:r>
              <w:t>Veteriner Fakültesi</w:t>
            </w:r>
          </w:p>
        </w:tc>
        <w:tc>
          <w:tcPr>
            <w:tcW w:w="2880" w:type="dxa"/>
          </w:tcPr>
          <w:p w14:paraId="0742875F"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2.806</w:t>
            </w:r>
          </w:p>
        </w:tc>
        <w:tc>
          <w:tcPr>
            <w:tcW w:w="2880" w:type="dxa"/>
          </w:tcPr>
          <w:p w14:paraId="1E4FE9E8"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1.494</w:t>
            </w:r>
          </w:p>
        </w:tc>
      </w:tr>
      <w:tr w:rsidR="00512D8F" w14:paraId="71E1F072"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BFA1773" w14:textId="77777777" w:rsidR="00512D8F" w:rsidRDefault="00512D8F" w:rsidP="00354607">
            <w:r>
              <w:t>Turizm Fakültesi</w:t>
            </w:r>
          </w:p>
        </w:tc>
        <w:tc>
          <w:tcPr>
            <w:tcW w:w="2880" w:type="dxa"/>
          </w:tcPr>
          <w:p w14:paraId="34625C63"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2.321</w:t>
            </w:r>
          </w:p>
        </w:tc>
        <w:tc>
          <w:tcPr>
            <w:tcW w:w="2880" w:type="dxa"/>
          </w:tcPr>
          <w:p w14:paraId="3C7F11FD"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1.289</w:t>
            </w:r>
          </w:p>
        </w:tc>
      </w:tr>
      <w:tr w:rsidR="00512D8F" w14:paraId="3BB091C1"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3D247F1" w14:textId="77777777" w:rsidR="00512D8F" w:rsidRDefault="00512D8F" w:rsidP="00354607">
            <w:r>
              <w:t>Mimarlık ve Tasarım Fakültesi</w:t>
            </w:r>
          </w:p>
        </w:tc>
        <w:tc>
          <w:tcPr>
            <w:tcW w:w="2880" w:type="dxa"/>
          </w:tcPr>
          <w:p w14:paraId="351EAC36"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2.212</w:t>
            </w:r>
          </w:p>
        </w:tc>
        <w:tc>
          <w:tcPr>
            <w:tcW w:w="2880" w:type="dxa"/>
          </w:tcPr>
          <w:p w14:paraId="74C16E47"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1.211</w:t>
            </w:r>
          </w:p>
        </w:tc>
      </w:tr>
      <w:tr w:rsidR="00512D8F" w14:paraId="3B07667F"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FD46B9B" w14:textId="77777777" w:rsidR="00512D8F" w:rsidRDefault="00512D8F" w:rsidP="00354607">
            <w:r>
              <w:t>Eskil MYO</w:t>
            </w:r>
          </w:p>
        </w:tc>
        <w:tc>
          <w:tcPr>
            <w:tcW w:w="2880" w:type="dxa"/>
          </w:tcPr>
          <w:p w14:paraId="133118FD"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2.143</w:t>
            </w:r>
          </w:p>
        </w:tc>
        <w:tc>
          <w:tcPr>
            <w:tcW w:w="2880" w:type="dxa"/>
          </w:tcPr>
          <w:p w14:paraId="5D98692A"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0.734</w:t>
            </w:r>
          </w:p>
        </w:tc>
      </w:tr>
    </w:tbl>
    <w:p w14:paraId="25F3E1BE" w14:textId="77777777" w:rsidR="00512D8F" w:rsidRDefault="00512D8F" w:rsidP="00512D8F"/>
    <w:p w14:paraId="1827F411" w14:textId="77777777" w:rsidR="00512D8F" w:rsidRDefault="00512D8F" w:rsidP="00512D8F">
      <w:pPr>
        <w:jc w:val="center"/>
      </w:pPr>
      <w:r>
        <w:rPr>
          <w:noProof/>
        </w:rPr>
        <w:lastRenderedPageBreak/>
        <w:drawing>
          <wp:inline distT="0" distB="0" distL="0" distR="0" wp14:anchorId="4197D210" wp14:editId="18089040">
            <wp:extent cx="5943600" cy="4139025"/>
            <wp:effectExtent l="0" t="0" r="0" b="0"/>
            <wp:docPr id="469624568" name="Picture 7" descr="metin, ekran görüntüsü, çizgi, paralel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624568" name="Picture 7" descr="metin, ekran görüntüsü, çizgi, paralel içeren bir resim&#10;&#10;Yapay zeka tarafından oluşturulmuş içerik yanlış olabilir."/>
                    <pic:cNvPicPr/>
                  </pic:nvPicPr>
                  <pic:blipFill>
                    <a:blip r:embed="rId25"/>
                    <a:stretch>
                      <a:fillRect/>
                    </a:stretch>
                  </pic:blipFill>
                  <pic:spPr>
                    <a:xfrm>
                      <a:off x="0" y="0"/>
                      <a:ext cx="5943600" cy="4139025"/>
                    </a:xfrm>
                    <a:prstGeom prst="rect">
                      <a:avLst/>
                    </a:prstGeom>
                  </pic:spPr>
                </pic:pic>
              </a:graphicData>
            </a:graphic>
          </wp:inline>
        </w:drawing>
      </w:r>
    </w:p>
    <w:p w14:paraId="4FCAF2F0" w14:textId="77777777" w:rsidR="00512D8F" w:rsidRDefault="00512D8F" w:rsidP="00512D8F">
      <w:r>
        <w:br w:type="page"/>
      </w:r>
    </w:p>
    <w:p w14:paraId="37D6B4F5" w14:textId="3BFA8E58" w:rsidR="00512D8F" w:rsidRDefault="008D4C35" w:rsidP="00512D8F">
      <w:pPr>
        <w:pStyle w:val="Balk1"/>
      </w:pPr>
      <w:r>
        <w:lastRenderedPageBreak/>
        <w:t>12</w:t>
      </w:r>
      <w:r w:rsidR="00512D8F">
        <w:t>. AKADEMİK BİRİMLERE GÖRE TÜM KATEGORİLER ÖZET TABLO</w:t>
      </w:r>
    </w:p>
    <w:tbl>
      <w:tblPr>
        <w:tblStyle w:val="AkKlavuz-Vurgu1"/>
        <w:tblW w:w="0" w:type="auto"/>
        <w:tblLook w:val="04A0" w:firstRow="1" w:lastRow="0" w:firstColumn="1" w:lastColumn="0" w:noHBand="0" w:noVBand="1"/>
      </w:tblPr>
      <w:tblGrid>
        <w:gridCol w:w="1347"/>
        <w:gridCol w:w="1168"/>
        <w:gridCol w:w="1219"/>
        <w:gridCol w:w="1166"/>
        <w:gridCol w:w="1171"/>
        <w:gridCol w:w="1151"/>
        <w:gridCol w:w="1398"/>
      </w:tblGrid>
      <w:tr w:rsidR="00512D8F" w14:paraId="698F6D92" w14:textId="77777777" w:rsidTr="003546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4" w:type="dxa"/>
          </w:tcPr>
          <w:p w14:paraId="42E8F7B1" w14:textId="77777777" w:rsidR="00512D8F" w:rsidRDefault="00512D8F" w:rsidP="00354607">
            <w:r>
              <w:t>Akademik Birim</w:t>
            </w:r>
          </w:p>
        </w:tc>
        <w:tc>
          <w:tcPr>
            <w:tcW w:w="1234" w:type="dxa"/>
          </w:tcPr>
          <w:p w14:paraId="7E730F39"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Eğitim Kalitesi</w:t>
            </w:r>
          </w:p>
        </w:tc>
        <w:tc>
          <w:tcPr>
            <w:tcW w:w="1234" w:type="dxa"/>
          </w:tcPr>
          <w:p w14:paraId="1F1BFA51"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Eğitim Olanakları</w:t>
            </w:r>
          </w:p>
        </w:tc>
        <w:tc>
          <w:tcPr>
            <w:tcW w:w="1234" w:type="dxa"/>
          </w:tcPr>
          <w:p w14:paraId="0F5EAB9A"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Kariyer Katkısı</w:t>
            </w:r>
          </w:p>
        </w:tc>
        <w:tc>
          <w:tcPr>
            <w:tcW w:w="1234" w:type="dxa"/>
          </w:tcPr>
          <w:p w14:paraId="3DE9F2EF"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Kişisel Gelişim</w:t>
            </w:r>
          </w:p>
        </w:tc>
        <w:tc>
          <w:tcPr>
            <w:tcW w:w="1234" w:type="dxa"/>
          </w:tcPr>
          <w:p w14:paraId="5319994F"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Genel Eğitim (A)</w:t>
            </w:r>
          </w:p>
        </w:tc>
        <w:tc>
          <w:tcPr>
            <w:tcW w:w="1234" w:type="dxa"/>
          </w:tcPr>
          <w:p w14:paraId="181B476A"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Genel Memnuniyet (B)</w:t>
            </w:r>
          </w:p>
        </w:tc>
      </w:tr>
      <w:tr w:rsidR="00512D8F" w14:paraId="039E30F3"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4" w:type="dxa"/>
          </w:tcPr>
          <w:p w14:paraId="3E6B5F7E" w14:textId="77777777" w:rsidR="00512D8F" w:rsidRDefault="00512D8F" w:rsidP="00354607">
            <w:r>
              <w:t>Diğer (lütfen belirtin)</w:t>
            </w:r>
          </w:p>
        </w:tc>
        <w:tc>
          <w:tcPr>
            <w:tcW w:w="1234" w:type="dxa"/>
          </w:tcPr>
          <w:p w14:paraId="383B3C5E"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3.083</w:t>
            </w:r>
          </w:p>
        </w:tc>
        <w:tc>
          <w:tcPr>
            <w:tcW w:w="1234" w:type="dxa"/>
          </w:tcPr>
          <w:p w14:paraId="5387A29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2.317</w:t>
            </w:r>
          </w:p>
        </w:tc>
        <w:tc>
          <w:tcPr>
            <w:tcW w:w="1234" w:type="dxa"/>
          </w:tcPr>
          <w:p w14:paraId="1575366D"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2.333</w:t>
            </w:r>
          </w:p>
        </w:tc>
        <w:tc>
          <w:tcPr>
            <w:tcW w:w="1234" w:type="dxa"/>
          </w:tcPr>
          <w:p w14:paraId="4CB5B69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3.062</w:t>
            </w:r>
          </w:p>
        </w:tc>
        <w:tc>
          <w:tcPr>
            <w:tcW w:w="1234" w:type="dxa"/>
          </w:tcPr>
          <w:p w14:paraId="722A5ACD"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2.699</w:t>
            </w:r>
          </w:p>
        </w:tc>
        <w:tc>
          <w:tcPr>
            <w:tcW w:w="1234" w:type="dxa"/>
          </w:tcPr>
          <w:p w14:paraId="5DEA612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3.292</w:t>
            </w:r>
          </w:p>
        </w:tc>
      </w:tr>
      <w:tr w:rsidR="00512D8F" w14:paraId="679C868D"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4" w:type="dxa"/>
          </w:tcPr>
          <w:p w14:paraId="66C87F97" w14:textId="77777777" w:rsidR="00512D8F" w:rsidRDefault="00512D8F" w:rsidP="00354607">
            <w:r>
              <w:t>Eskil MYO</w:t>
            </w:r>
          </w:p>
        </w:tc>
        <w:tc>
          <w:tcPr>
            <w:tcW w:w="1234" w:type="dxa"/>
          </w:tcPr>
          <w:p w14:paraId="34D3AF3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2.314</w:t>
            </w:r>
          </w:p>
        </w:tc>
        <w:tc>
          <w:tcPr>
            <w:tcW w:w="1234" w:type="dxa"/>
          </w:tcPr>
          <w:p w14:paraId="37F62913"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2.086</w:t>
            </w:r>
          </w:p>
        </w:tc>
        <w:tc>
          <w:tcPr>
            <w:tcW w:w="1234" w:type="dxa"/>
          </w:tcPr>
          <w:p w14:paraId="7992920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1.714</w:t>
            </w:r>
          </w:p>
        </w:tc>
        <w:tc>
          <w:tcPr>
            <w:tcW w:w="1234" w:type="dxa"/>
          </w:tcPr>
          <w:p w14:paraId="06F9AF87"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2.107</w:t>
            </w:r>
          </w:p>
        </w:tc>
        <w:tc>
          <w:tcPr>
            <w:tcW w:w="1234" w:type="dxa"/>
          </w:tcPr>
          <w:p w14:paraId="33CF8784"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2.055</w:t>
            </w:r>
          </w:p>
        </w:tc>
        <w:tc>
          <w:tcPr>
            <w:tcW w:w="1234" w:type="dxa"/>
          </w:tcPr>
          <w:p w14:paraId="3B8E92A5"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2.143</w:t>
            </w:r>
          </w:p>
        </w:tc>
      </w:tr>
      <w:tr w:rsidR="00512D8F" w14:paraId="171ABCCA"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4" w:type="dxa"/>
          </w:tcPr>
          <w:p w14:paraId="7AE2BB6A" w14:textId="77777777" w:rsidR="00512D8F" w:rsidRDefault="00512D8F" w:rsidP="00354607">
            <w:r>
              <w:t>Eğitim Fakültesi</w:t>
            </w:r>
          </w:p>
        </w:tc>
        <w:tc>
          <w:tcPr>
            <w:tcW w:w="1234" w:type="dxa"/>
          </w:tcPr>
          <w:p w14:paraId="673CDCCC"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3.561</w:t>
            </w:r>
          </w:p>
        </w:tc>
        <w:tc>
          <w:tcPr>
            <w:tcW w:w="1234" w:type="dxa"/>
          </w:tcPr>
          <w:p w14:paraId="24EF71BA"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3.192</w:t>
            </w:r>
          </w:p>
        </w:tc>
        <w:tc>
          <w:tcPr>
            <w:tcW w:w="1234" w:type="dxa"/>
          </w:tcPr>
          <w:p w14:paraId="10EAAA7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3.148</w:t>
            </w:r>
          </w:p>
        </w:tc>
        <w:tc>
          <w:tcPr>
            <w:tcW w:w="1234" w:type="dxa"/>
          </w:tcPr>
          <w:p w14:paraId="159A4C0F"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3.645</w:t>
            </w:r>
          </w:p>
        </w:tc>
        <w:tc>
          <w:tcPr>
            <w:tcW w:w="1234" w:type="dxa"/>
          </w:tcPr>
          <w:p w14:paraId="5B64911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3.387</w:t>
            </w:r>
          </w:p>
        </w:tc>
        <w:tc>
          <w:tcPr>
            <w:tcW w:w="1234" w:type="dxa"/>
          </w:tcPr>
          <w:p w14:paraId="3C1F480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3.522</w:t>
            </w:r>
          </w:p>
        </w:tc>
      </w:tr>
      <w:tr w:rsidR="00512D8F" w14:paraId="0BB6CD98"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4" w:type="dxa"/>
          </w:tcPr>
          <w:p w14:paraId="77C9441B" w14:textId="77777777" w:rsidR="00512D8F" w:rsidRDefault="00512D8F" w:rsidP="00354607">
            <w:r>
              <w:t>Fen Bilimleri Enstitüsü</w:t>
            </w:r>
          </w:p>
        </w:tc>
        <w:tc>
          <w:tcPr>
            <w:tcW w:w="1234" w:type="dxa"/>
          </w:tcPr>
          <w:p w14:paraId="7F46BEE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4.015</w:t>
            </w:r>
          </w:p>
        </w:tc>
        <w:tc>
          <w:tcPr>
            <w:tcW w:w="1234" w:type="dxa"/>
          </w:tcPr>
          <w:p w14:paraId="5815E6B3"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3.321</w:t>
            </w:r>
          </w:p>
        </w:tc>
        <w:tc>
          <w:tcPr>
            <w:tcW w:w="1234" w:type="dxa"/>
          </w:tcPr>
          <w:p w14:paraId="5B4051F1"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3.250</w:t>
            </w:r>
          </w:p>
        </w:tc>
        <w:tc>
          <w:tcPr>
            <w:tcW w:w="1234" w:type="dxa"/>
          </w:tcPr>
          <w:p w14:paraId="4D94807D"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3.662</w:t>
            </w:r>
          </w:p>
        </w:tc>
        <w:tc>
          <w:tcPr>
            <w:tcW w:w="1234" w:type="dxa"/>
          </w:tcPr>
          <w:p w14:paraId="55121180"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3.562</w:t>
            </w:r>
          </w:p>
        </w:tc>
        <w:tc>
          <w:tcPr>
            <w:tcW w:w="1234" w:type="dxa"/>
          </w:tcPr>
          <w:p w14:paraId="31365064"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3.825</w:t>
            </w:r>
          </w:p>
        </w:tc>
      </w:tr>
      <w:tr w:rsidR="00512D8F" w14:paraId="6998A2AF"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4" w:type="dxa"/>
          </w:tcPr>
          <w:p w14:paraId="7EF9FBB5" w14:textId="77777777" w:rsidR="00512D8F" w:rsidRDefault="00512D8F" w:rsidP="00354607">
            <w:r>
              <w:t>Fen Edebiyat Fakültesi</w:t>
            </w:r>
          </w:p>
        </w:tc>
        <w:tc>
          <w:tcPr>
            <w:tcW w:w="1234" w:type="dxa"/>
          </w:tcPr>
          <w:p w14:paraId="573A577F"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3.222</w:t>
            </w:r>
          </w:p>
        </w:tc>
        <w:tc>
          <w:tcPr>
            <w:tcW w:w="1234" w:type="dxa"/>
          </w:tcPr>
          <w:p w14:paraId="743B9001"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3.085</w:t>
            </w:r>
          </w:p>
        </w:tc>
        <w:tc>
          <w:tcPr>
            <w:tcW w:w="1234" w:type="dxa"/>
          </w:tcPr>
          <w:p w14:paraId="2C1073A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2.707</w:t>
            </w:r>
          </w:p>
        </w:tc>
        <w:tc>
          <w:tcPr>
            <w:tcW w:w="1234" w:type="dxa"/>
          </w:tcPr>
          <w:p w14:paraId="0E314F6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3.425</w:t>
            </w:r>
          </w:p>
        </w:tc>
        <w:tc>
          <w:tcPr>
            <w:tcW w:w="1234" w:type="dxa"/>
          </w:tcPr>
          <w:p w14:paraId="14BF8FFD"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3.110</w:t>
            </w:r>
          </w:p>
        </w:tc>
        <w:tc>
          <w:tcPr>
            <w:tcW w:w="1234" w:type="dxa"/>
          </w:tcPr>
          <w:p w14:paraId="14039C8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3.349</w:t>
            </w:r>
          </w:p>
        </w:tc>
      </w:tr>
      <w:tr w:rsidR="00512D8F" w14:paraId="4C2F0208"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4" w:type="dxa"/>
          </w:tcPr>
          <w:p w14:paraId="1FA603E5" w14:textId="77777777" w:rsidR="00512D8F" w:rsidRDefault="00512D8F" w:rsidP="00354607">
            <w:r>
              <w:t>Güzelyurt MYO</w:t>
            </w:r>
          </w:p>
        </w:tc>
        <w:tc>
          <w:tcPr>
            <w:tcW w:w="1234" w:type="dxa"/>
          </w:tcPr>
          <w:p w14:paraId="3EF0266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3.452</w:t>
            </w:r>
          </w:p>
        </w:tc>
        <w:tc>
          <w:tcPr>
            <w:tcW w:w="1234" w:type="dxa"/>
          </w:tcPr>
          <w:p w14:paraId="1DFD4E4D"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2.916</w:t>
            </w:r>
          </w:p>
        </w:tc>
        <w:tc>
          <w:tcPr>
            <w:tcW w:w="1234" w:type="dxa"/>
          </w:tcPr>
          <w:p w14:paraId="19B1AB81"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3.129</w:t>
            </w:r>
          </w:p>
        </w:tc>
        <w:tc>
          <w:tcPr>
            <w:tcW w:w="1234" w:type="dxa"/>
          </w:tcPr>
          <w:p w14:paraId="500D2AEF"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3.460</w:t>
            </w:r>
          </w:p>
        </w:tc>
        <w:tc>
          <w:tcPr>
            <w:tcW w:w="1234" w:type="dxa"/>
          </w:tcPr>
          <w:p w14:paraId="2435001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3.239</w:t>
            </w:r>
          </w:p>
        </w:tc>
        <w:tc>
          <w:tcPr>
            <w:tcW w:w="1234" w:type="dxa"/>
          </w:tcPr>
          <w:p w14:paraId="205085F0"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3.395</w:t>
            </w:r>
          </w:p>
        </w:tc>
      </w:tr>
      <w:tr w:rsidR="00512D8F" w14:paraId="26E0C728"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4" w:type="dxa"/>
          </w:tcPr>
          <w:p w14:paraId="426DCF70" w14:textId="77777777" w:rsidR="00512D8F" w:rsidRDefault="00512D8F" w:rsidP="00354607">
            <w:r>
              <w:t>Mimarlık ve Tasarım Fakültesi</w:t>
            </w:r>
          </w:p>
        </w:tc>
        <w:tc>
          <w:tcPr>
            <w:tcW w:w="1234" w:type="dxa"/>
          </w:tcPr>
          <w:p w14:paraId="09BBD00F"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2.077</w:t>
            </w:r>
          </w:p>
        </w:tc>
        <w:tc>
          <w:tcPr>
            <w:tcW w:w="1234" w:type="dxa"/>
          </w:tcPr>
          <w:p w14:paraId="0529972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2.138</w:t>
            </w:r>
          </w:p>
        </w:tc>
        <w:tc>
          <w:tcPr>
            <w:tcW w:w="1234" w:type="dxa"/>
          </w:tcPr>
          <w:p w14:paraId="2798ACDA"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1.981</w:t>
            </w:r>
          </w:p>
        </w:tc>
        <w:tc>
          <w:tcPr>
            <w:tcW w:w="1234" w:type="dxa"/>
          </w:tcPr>
          <w:p w14:paraId="272C0070"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3.173</w:t>
            </w:r>
          </w:p>
        </w:tc>
        <w:tc>
          <w:tcPr>
            <w:tcW w:w="1234" w:type="dxa"/>
          </w:tcPr>
          <w:p w14:paraId="5E1988F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2.342</w:t>
            </w:r>
          </w:p>
        </w:tc>
        <w:tc>
          <w:tcPr>
            <w:tcW w:w="1234" w:type="dxa"/>
          </w:tcPr>
          <w:p w14:paraId="14A8B2D1"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2.212</w:t>
            </w:r>
          </w:p>
        </w:tc>
      </w:tr>
      <w:tr w:rsidR="00512D8F" w14:paraId="142F8A1E"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4" w:type="dxa"/>
          </w:tcPr>
          <w:p w14:paraId="18450B19" w14:textId="77777777" w:rsidR="00512D8F" w:rsidRDefault="00512D8F" w:rsidP="00354607">
            <w:r>
              <w:t>Mühendislik Fakültesi</w:t>
            </w:r>
          </w:p>
        </w:tc>
        <w:tc>
          <w:tcPr>
            <w:tcW w:w="1234" w:type="dxa"/>
          </w:tcPr>
          <w:p w14:paraId="2BC76F16"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3.021</w:t>
            </w:r>
          </w:p>
        </w:tc>
        <w:tc>
          <w:tcPr>
            <w:tcW w:w="1234" w:type="dxa"/>
          </w:tcPr>
          <w:p w14:paraId="1CFD70E4"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2.898</w:t>
            </w:r>
          </w:p>
        </w:tc>
        <w:tc>
          <w:tcPr>
            <w:tcW w:w="1234" w:type="dxa"/>
          </w:tcPr>
          <w:p w14:paraId="41E0A2C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2.722</w:t>
            </w:r>
          </w:p>
        </w:tc>
        <w:tc>
          <w:tcPr>
            <w:tcW w:w="1234" w:type="dxa"/>
          </w:tcPr>
          <w:p w14:paraId="61D0D4B3"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3.165</w:t>
            </w:r>
          </w:p>
        </w:tc>
        <w:tc>
          <w:tcPr>
            <w:tcW w:w="1234" w:type="dxa"/>
          </w:tcPr>
          <w:p w14:paraId="237CCA45"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2.952</w:t>
            </w:r>
          </w:p>
        </w:tc>
        <w:tc>
          <w:tcPr>
            <w:tcW w:w="1234" w:type="dxa"/>
          </w:tcPr>
          <w:p w14:paraId="05687A7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3.088</w:t>
            </w:r>
          </w:p>
        </w:tc>
      </w:tr>
      <w:tr w:rsidR="00512D8F" w14:paraId="7645F2C8"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4" w:type="dxa"/>
          </w:tcPr>
          <w:p w14:paraId="7ED254AC" w14:textId="77777777" w:rsidR="00512D8F" w:rsidRDefault="00512D8F" w:rsidP="00354607">
            <w:r>
              <w:t>Ortaköy MYO</w:t>
            </w:r>
          </w:p>
        </w:tc>
        <w:tc>
          <w:tcPr>
            <w:tcW w:w="1234" w:type="dxa"/>
          </w:tcPr>
          <w:p w14:paraId="6607380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3.053</w:t>
            </w:r>
          </w:p>
        </w:tc>
        <w:tc>
          <w:tcPr>
            <w:tcW w:w="1234" w:type="dxa"/>
          </w:tcPr>
          <w:p w14:paraId="3DFD53F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2.700</w:t>
            </w:r>
          </w:p>
        </w:tc>
        <w:tc>
          <w:tcPr>
            <w:tcW w:w="1234" w:type="dxa"/>
          </w:tcPr>
          <w:p w14:paraId="3A8AE20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2.746</w:t>
            </w:r>
          </w:p>
        </w:tc>
        <w:tc>
          <w:tcPr>
            <w:tcW w:w="1234" w:type="dxa"/>
          </w:tcPr>
          <w:p w14:paraId="7D0E0254"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3.046</w:t>
            </w:r>
          </w:p>
        </w:tc>
        <w:tc>
          <w:tcPr>
            <w:tcW w:w="1234" w:type="dxa"/>
          </w:tcPr>
          <w:p w14:paraId="1D7C3DEA"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2.886</w:t>
            </w:r>
          </w:p>
        </w:tc>
        <w:tc>
          <w:tcPr>
            <w:tcW w:w="1234" w:type="dxa"/>
          </w:tcPr>
          <w:p w14:paraId="425FF4FA"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3.071</w:t>
            </w:r>
          </w:p>
        </w:tc>
      </w:tr>
      <w:tr w:rsidR="00512D8F" w14:paraId="3EA1CCD3"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4" w:type="dxa"/>
          </w:tcPr>
          <w:p w14:paraId="747FEC4C" w14:textId="77777777" w:rsidR="00512D8F" w:rsidRDefault="00512D8F" w:rsidP="00354607">
            <w:r>
              <w:t>Sağlık Bilimleri Enstitüsü</w:t>
            </w:r>
          </w:p>
        </w:tc>
        <w:tc>
          <w:tcPr>
            <w:tcW w:w="1234" w:type="dxa"/>
          </w:tcPr>
          <w:p w14:paraId="6A99135F"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3.840</w:t>
            </w:r>
          </w:p>
        </w:tc>
        <w:tc>
          <w:tcPr>
            <w:tcW w:w="1234" w:type="dxa"/>
          </w:tcPr>
          <w:p w14:paraId="0D8915C8"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3.280</w:t>
            </w:r>
          </w:p>
        </w:tc>
        <w:tc>
          <w:tcPr>
            <w:tcW w:w="1234" w:type="dxa"/>
          </w:tcPr>
          <w:p w14:paraId="5F154D35"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3.325</w:t>
            </w:r>
          </w:p>
        </w:tc>
        <w:tc>
          <w:tcPr>
            <w:tcW w:w="1234" w:type="dxa"/>
          </w:tcPr>
          <w:p w14:paraId="4F3FC2E5"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3.738</w:t>
            </w:r>
          </w:p>
        </w:tc>
        <w:tc>
          <w:tcPr>
            <w:tcW w:w="1234" w:type="dxa"/>
          </w:tcPr>
          <w:p w14:paraId="5C24A075"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3.546</w:t>
            </w:r>
          </w:p>
        </w:tc>
        <w:tc>
          <w:tcPr>
            <w:tcW w:w="1234" w:type="dxa"/>
          </w:tcPr>
          <w:p w14:paraId="042C9D79"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3.788</w:t>
            </w:r>
          </w:p>
        </w:tc>
      </w:tr>
      <w:tr w:rsidR="00512D8F" w14:paraId="4DD55DBE"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4" w:type="dxa"/>
          </w:tcPr>
          <w:p w14:paraId="603B9863" w14:textId="77777777" w:rsidR="00512D8F" w:rsidRDefault="00512D8F" w:rsidP="00354607">
            <w:r>
              <w:t>Sağlık Bilimleri Fakültesi</w:t>
            </w:r>
          </w:p>
        </w:tc>
        <w:tc>
          <w:tcPr>
            <w:tcW w:w="1234" w:type="dxa"/>
          </w:tcPr>
          <w:p w14:paraId="6951F0B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3.376</w:t>
            </w:r>
          </w:p>
        </w:tc>
        <w:tc>
          <w:tcPr>
            <w:tcW w:w="1234" w:type="dxa"/>
          </w:tcPr>
          <w:p w14:paraId="078CAC1F"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3.037</w:t>
            </w:r>
          </w:p>
        </w:tc>
        <w:tc>
          <w:tcPr>
            <w:tcW w:w="1234" w:type="dxa"/>
          </w:tcPr>
          <w:p w14:paraId="3AB3DC9B"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2.928</w:t>
            </w:r>
          </w:p>
        </w:tc>
        <w:tc>
          <w:tcPr>
            <w:tcW w:w="1234" w:type="dxa"/>
          </w:tcPr>
          <w:p w14:paraId="2122FAC1"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3.431</w:t>
            </w:r>
          </w:p>
        </w:tc>
        <w:tc>
          <w:tcPr>
            <w:tcW w:w="1234" w:type="dxa"/>
          </w:tcPr>
          <w:p w14:paraId="55FA8CC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3.193</w:t>
            </w:r>
          </w:p>
        </w:tc>
        <w:tc>
          <w:tcPr>
            <w:tcW w:w="1234" w:type="dxa"/>
          </w:tcPr>
          <w:p w14:paraId="07F7F09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3.461</w:t>
            </w:r>
          </w:p>
        </w:tc>
      </w:tr>
      <w:tr w:rsidR="00512D8F" w14:paraId="40EBD5E4"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4" w:type="dxa"/>
          </w:tcPr>
          <w:p w14:paraId="0D7A2528" w14:textId="77777777" w:rsidR="00512D8F" w:rsidRDefault="00512D8F" w:rsidP="00354607">
            <w:r>
              <w:t>Sağlık Hizmetleri MYO</w:t>
            </w:r>
          </w:p>
        </w:tc>
        <w:tc>
          <w:tcPr>
            <w:tcW w:w="1234" w:type="dxa"/>
          </w:tcPr>
          <w:p w14:paraId="21F02EE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3.067</w:t>
            </w:r>
          </w:p>
        </w:tc>
        <w:tc>
          <w:tcPr>
            <w:tcW w:w="1234" w:type="dxa"/>
          </w:tcPr>
          <w:p w14:paraId="1644E0D7"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2.904</w:t>
            </w:r>
          </w:p>
        </w:tc>
        <w:tc>
          <w:tcPr>
            <w:tcW w:w="1234" w:type="dxa"/>
          </w:tcPr>
          <w:p w14:paraId="6B72480F"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2.787</w:t>
            </w:r>
          </w:p>
        </w:tc>
        <w:tc>
          <w:tcPr>
            <w:tcW w:w="1234" w:type="dxa"/>
          </w:tcPr>
          <w:p w14:paraId="1A434AE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3.083</w:t>
            </w:r>
          </w:p>
        </w:tc>
        <w:tc>
          <w:tcPr>
            <w:tcW w:w="1234" w:type="dxa"/>
          </w:tcPr>
          <w:p w14:paraId="229C7514"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2.960</w:t>
            </w:r>
          </w:p>
        </w:tc>
        <w:tc>
          <w:tcPr>
            <w:tcW w:w="1234" w:type="dxa"/>
          </w:tcPr>
          <w:p w14:paraId="674443D9"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3.287</w:t>
            </w:r>
          </w:p>
        </w:tc>
      </w:tr>
      <w:tr w:rsidR="00512D8F" w14:paraId="19A8D167"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4" w:type="dxa"/>
          </w:tcPr>
          <w:p w14:paraId="3279618C" w14:textId="77777777" w:rsidR="00512D8F" w:rsidRDefault="00512D8F" w:rsidP="00354607">
            <w:r>
              <w:t>Sosyal Bilimler Enstitüsü</w:t>
            </w:r>
          </w:p>
        </w:tc>
        <w:tc>
          <w:tcPr>
            <w:tcW w:w="1234" w:type="dxa"/>
          </w:tcPr>
          <w:p w14:paraId="75A009E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4.259</w:t>
            </w:r>
          </w:p>
        </w:tc>
        <w:tc>
          <w:tcPr>
            <w:tcW w:w="1234" w:type="dxa"/>
          </w:tcPr>
          <w:p w14:paraId="17A8DF2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3.550</w:t>
            </w:r>
          </w:p>
        </w:tc>
        <w:tc>
          <w:tcPr>
            <w:tcW w:w="1234" w:type="dxa"/>
          </w:tcPr>
          <w:p w14:paraId="448594F0"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3.353</w:t>
            </w:r>
          </w:p>
        </w:tc>
        <w:tc>
          <w:tcPr>
            <w:tcW w:w="1234" w:type="dxa"/>
          </w:tcPr>
          <w:p w14:paraId="53AF96C0"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4.051</w:t>
            </w:r>
          </w:p>
        </w:tc>
        <w:tc>
          <w:tcPr>
            <w:tcW w:w="1234" w:type="dxa"/>
          </w:tcPr>
          <w:p w14:paraId="12371C3E"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3.803</w:t>
            </w:r>
          </w:p>
        </w:tc>
        <w:tc>
          <w:tcPr>
            <w:tcW w:w="1234" w:type="dxa"/>
          </w:tcPr>
          <w:p w14:paraId="67433DDA"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4.026</w:t>
            </w:r>
          </w:p>
        </w:tc>
      </w:tr>
      <w:tr w:rsidR="00512D8F" w14:paraId="2FCC834F"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4" w:type="dxa"/>
          </w:tcPr>
          <w:p w14:paraId="7C7623E5" w14:textId="77777777" w:rsidR="00512D8F" w:rsidRDefault="00512D8F" w:rsidP="00354607">
            <w:r>
              <w:t>Sosyal Bilimler MYO</w:t>
            </w:r>
          </w:p>
        </w:tc>
        <w:tc>
          <w:tcPr>
            <w:tcW w:w="1234" w:type="dxa"/>
          </w:tcPr>
          <w:p w14:paraId="5B4C1355"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3.392</w:t>
            </w:r>
          </w:p>
        </w:tc>
        <w:tc>
          <w:tcPr>
            <w:tcW w:w="1234" w:type="dxa"/>
          </w:tcPr>
          <w:p w14:paraId="108E898F"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3.059</w:t>
            </w:r>
          </w:p>
        </w:tc>
        <w:tc>
          <w:tcPr>
            <w:tcW w:w="1234" w:type="dxa"/>
          </w:tcPr>
          <w:p w14:paraId="473FF915"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3.181</w:t>
            </w:r>
          </w:p>
        </w:tc>
        <w:tc>
          <w:tcPr>
            <w:tcW w:w="1234" w:type="dxa"/>
          </w:tcPr>
          <w:p w14:paraId="7C437510"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3.480</w:t>
            </w:r>
          </w:p>
        </w:tc>
        <w:tc>
          <w:tcPr>
            <w:tcW w:w="1234" w:type="dxa"/>
          </w:tcPr>
          <w:p w14:paraId="42EEF03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3.278</w:t>
            </w:r>
          </w:p>
        </w:tc>
        <w:tc>
          <w:tcPr>
            <w:tcW w:w="1234" w:type="dxa"/>
          </w:tcPr>
          <w:p w14:paraId="6382E65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3.304</w:t>
            </w:r>
          </w:p>
        </w:tc>
      </w:tr>
      <w:tr w:rsidR="00512D8F" w14:paraId="39AC342F"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4" w:type="dxa"/>
          </w:tcPr>
          <w:p w14:paraId="53D63B66" w14:textId="77777777" w:rsidR="00512D8F" w:rsidRDefault="00512D8F" w:rsidP="00354607">
            <w:r>
              <w:t>Spor Bilimleri Fakültesi</w:t>
            </w:r>
          </w:p>
        </w:tc>
        <w:tc>
          <w:tcPr>
            <w:tcW w:w="1234" w:type="dxa"/>
          </w:tcPr>
          <w:p w14:paraId="5CB19FC1"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3.698</w:t>
            </w:r>
          </w:p>
        </w:tc>
        <w:tc>
          <w:tcPr>
            <w:tcW w:w="1234" w:type="dxa"/>
          </w:tcPr>
          <w:p w14:paraId="254A97F1"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3.547</w:t>
            </w:r>
          </w:p>
        </w:tc>
        <w:tc>
          <w:tcPr>
            <w:tcW w:w="1234" w:type="dxa"/>
          </w:tcPr>
          <w:p w14:paraId="39B3B073"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3.418</w:t>
            </w:r>
          </w:p>
        </w:tc>
        <w:tc>
          <w:tcPr>
            <w:tcW w:w="1234" w:type="dxa"/>
          </w:tcPr>
          <w:p w14:paraId="3D84F29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3.832</w:t>
            </w:r>
          </w:p>
        </w:tc>
        <w:tc>
          <w:tcPr>
            <w:tcW w:w="1234" w:type="dxa"/>
          </w:tcPr>
          <w:p w14:paraId="305B30EC"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3.624</w:t>
            </w:r>
          </w:p>
        </w:tc>
        <w:tc>
          <w:tcPr>
            <w:tcW w:w="1234" w:type="dxa"/>
          </w:tcPr>
          <w:p w14:paraId="35708BB3"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3.837</w:t>
            </w:r>
          </w:p>
        </w:tc>
      </w:tr>
      <w:tr w:rsidR="00512D8F" w14:paraId="3163EF02"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4" w:type="dxa"/>
          </w:tcPr>
          <w:p w14:paraId="1E5AC6F8" w14:textId="77777777" w:rsidR="00512D8F" w:rsidRDefault="00512D8F" w:rsidP="00354607">
            <w:r>
              <w:t>Teknik Bilimler MYO</w:t>
            </w:r>
          </w:p>
        </w:tc>
        <w:tc>
          <w:tcPr>
            <w:tcW w:w="1234" w:type="dxa"/>
          </w:tcPr>
          <w:p w14:paraId="1B8FCE0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3.082</w:t>
            </w:r>
          </w:p>
        </w:tc>
        <w:tc>
          <w:tcPr>
            <w:tcW w:w="1234" w:type="dxa"/>
          </w:tcPr>
          <w:p w14:paraId="76E04D71"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2.865</w:t>
            </w:r>
          </w:p>
        </w:tc>
        <w:tc>
          <w:tcPr>
            <w:tcW w:w="1234" w:type="dxa"/>
          </w:tcPr>
          <w:p w14:paraId="1607D2E7"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2.781</w:t>
            </w:r>
          </w:p>
        </w:tc>
        <w:tc>
          <w:tcPr>
            <w:tcW w:w="1234" w:type="dxa"/>
          </w:tcPr>
          <w:p w14:paraId="45329C4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2.985</w:t>
            </w:r>
          </w:p>
        </w:tc>
        <w:tc>
          <w:tcPr>
            <w:tcW w:w="1234" w:type="dxa"/>
          </w:tcPr>
          <w:p w14:paraId="41A2C1D0"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2.928</w:t>
            </w:r>
          </w:p>
        </w:tc>
        <w:tc>
          <w:tcPr>
            <w:tcW w:w="1234" w:type="dxa"/>
          </w:tcPr>
          <w:p w14:paraId="1BF216DD"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3.107</w:t>
            </w:r>
          </w:p>
        </w:tc>
      </w:tr>
      <w:tr w:rsidR="00512D8F" w14:paraId="3C3A47C2"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4" w:type="dxa"/>
          </w:tcPr>
          <w:p w14:paraId="61D4E795" w14:textId="77777777" w:rsidR="00512D8F" w:rsidRDefault="00512D8F" w:rsidP="00354607">
            <w:r>
              <w:lastRenderedPageBreak/>
              <w:t>Turizm Fakültesi</w:t>
            </w:r>
          </w:p>
        </w:tc>
        <w:tc>
          <w:tcPr>
            <w:tcW w:w="1234" w:type="dxa"/>
          </w:tcPr>
          <w:p w14:paraId="3FC52063"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2.914</w:t>
            </w:r>
          </w:p>
        </w:tc>
        <w:tc>
          <w:tcPr>
            <w:tcW w:w="1234" w:type="dxa"/>
          </w:tcPr>
          <w:p w14:paraId="087846F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2.286</w:t>
            </w:r>
          </w:p>
        </w:tc>
        <w:tc>
          <w:tcPr>
            <w:tcW w:w="1234" w:type="dxa"/>
          </w:tcPr>
          <w:p w14:paraId="094732C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2.143</w:t>
            </w:r>
          </w:p>
        </w:tc>
        <w:tc>
          <w:tcPr>
            <w:tcW w:w="1234" w:type="dxa"/>
          </w:tcPr>
          <w:p w14:paraId="0B737C8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2.786</w:t>
            </w:r>
          </w:p>
        </w:tc>
        <w:tc>
          <w:tcPr>
            <w:tcW w:w="1234" w:type="dxa"/>
          </w:tcPr>
          <w:p w14:paraId="687CC2B2"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2.532</w:t>
            </w:r>
          </w:p>
        </w:tc>
        <w:tc>
          <w:tcPr>
            <w:tcW w:w="1234" w:type="dxa"/>
          </w:tcPr>
          <w:p w14:paraId="1546125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2.321</w:t>
            </w:r>
          </w:p>
        </w:tc>
      </w:tr>
      <w:tr w:rsidR="00512D8F" w14:paraId="1DDD1C2F"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4" w:type="dxa"/>
          </w:tcPr>
          <w:p w14:paraId="22DFA124" w14:textId="77777777" w:rsidR="00512D8F" w:rsidRDefault="00512D8F" w:rsidP="00354607">
            <w:r>
              <w:t>Veteriner Fakültesi</w:t>
            </w:r>
          </w:p>
        </w:tc>
        <w:tc>
          <w:tcPr>
            <w:tcW w:w="1234" w:type="dxa"/>
          </w:tcPr>
          <w:p w14:paraId="78359660"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3.378</w:t>
            </w:r>
          </w:p>
        </w:tc>
        <w:tc>
          <w:tcPr>
            <w:tcW w:w="1234" w:type="dxa"/>
          </w:tcPr>
          <w:p w14:paraId="3AD6D8D6"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3.222</w:t>
            </w:r>
          </w:p>
        </w:tc>
        <w:tc>
          <w:tcPr>
            <w:tcW w:w="1234" w:type="dxa"/>
          </w:tcPr>
          <w:p w14:paraId="5F495C3D"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2.556</w:t>
            </w:r>
          </w:p>
        </w:tc>
        <w:tc>
          <w:tcPr>
            <w:tcW w:w="1234" w:type="dxa"/>
          </w:tcPr>
          <w:p w14:paraId="1C64697A"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3.333</w:t>
            </w:r>
          </w:p>
        </w:tc>
        <w:tc>
          <w:tcPr>
            <w:tcW w:w="1234" w:type="dxa"/>
          </w:tcPr>
          <w:p w14:paraId="532F3494"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3.122</w:t>
            </w:r>
          </w:p>
        </w:tc>
        <w:tc>
          <w:tcPr>
            <w:tcW w:w="1234" w:type="dxa"/>
          </w:tcPr>
          <w:p w14:paraId="5500E1A3"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2.806</w:t>
            </w:r>
          </w:p>
        </w:tc>
      </w:tr>
      <w:tr w:rsidR="00512D8F" w14:paraId="7E6EDADD"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4" w:type="dxa"/>
          </w:tcPr>
          <w:p w14:paraId="468EF51D" w14:textId="77777777" w:rsidR="00512D8F" w:rsidRDefault="00512D8F" w:rsidP="00354607">
            <w:r>
              <w:t>İktisadi ve İdari Bilimler Fakültesi</w:t>
            </w:r>
          </w:p>
        </w:tc>
        <w:tc>
          <w:tcPr>
            <w:tcW w:w="1234" w:type="dxa"/>
          </w:tcPr>
          <w:p w14:paraId="755E42A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3.018</w:t>
            </w:r>
          </w:p>
        </w:tc>
        <w:tc>
          <w:tcPr>
            <w:tcW w:w="1234" w:type="dxa"/>
          </w:tcPr>
          <w:p w14:paraId="3C30212A"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2.899</w:t>
            </w:r>
          </w:p>
        </w:tc>
        <w:tc>
          <w:tcPr>
            <w:tcW w:w="1234" w:type="dxa"/>
          </w:tcPr>
          <w:p w14:paraId="1D75251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2.443</w:t>
            </w:r>
          </w:p>
        </w:tc>
        <w:tc>
          <w:tcPr>
            <w:tcW w:w="1234" w:type="dxa"/>
          </w:tcPr>
          <w:p w14:paraId="321CE59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3.325</w:t>
            </w:r>
          </w:p>
        </w:tc>
        <w:tc>
          <w:tcPr>
            <w:tcW w:w="1234" w:type="dxa"/>
          </w:tcPr>
          <w:p w14:paraId="19A05322"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2.921</w:t>
            </w:r>
          </w:p>
        </w:tc>
        <w:tc>
          <w:tcPr>
            <w:tcW w:w="1234" w:type="dxa"/>
          </w:tcPr>
          <w:p w14:paraId="36A1F633"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3.191</w:t>
            </w:r>
          </w:p>
        </w:tc>
      </w:tr>
      <w:tr w:rsidR="00512D8F" w14:paraId="51AE7AE0"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4" w:type="dxa"/>
          </w:tcPr>
          <w:p w14:paraId="7DCF5667" w14:textId="77777777" w:rsidR="00512D8F" w:rsidRDefault="00512D8F" w:rsidP="00354607">
            <w:r>
              <w:t>İletişim Fakültesi</w:t>
            </w:r>
          </w:p>
        </w:tc>
        <w:tc>
          <w:tcPr>
            <w:tcW w:w="1234" w:type="dxa"/>
          </w:tcPr>
          <w:p w14:paraId="1632B305"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2.842</w:t>
            </w:r>
          </w:p>
        </w:tc>
        <w:tc>
          <w:tcPr>
            <w:tcW w:w="1234" w:type="dxa"/>
          </w:tcPr>
          <w:p w14:paraId="320A7533"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2.937</w:t>
            </w:r>
          </w:p>
        </w:tc>
        <w:tc>
          <w:tcPr>
            <w:tcW w:w="1234" w:type="dxa"/>
          </w:tcPr>
          <w:p w14:paraId="563EE9B6"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2.171</w:t>
            </w:r>
          </w:p>
        </w:tc>
        <w:tc>
          <w:tcPr>
            <w:tcW w:w="1234" w:type="dxa"/>
          </w:tcPr>
          <w:p w14:paraId="4698D03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3.329</w:t>
            </w:r>
          </w:p>
        </w:tc>
        <w:tc>
          <w:tcPr>
            <w:tcW w:w="1234" w:type="dxa"/>
          </w:tcPr>
          <w:p w14:paraId="6F77E946"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2.820</w:t>
            </w:r>
          </w:p>
        </w:tc>
        <w:tc>
          <w:tcPr>
            <w:tcW w:w="1234" w:type="dxa"/>
          </w:tcPr>
          <w:p w14:paraId="663D1DD6"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2.842</w:t>
            </w:r>
          </w:p>
        </w:tc>
      </w:tr>
      <w:tr w:rsidR="00512D8F" w14:paraId="13DAAD73"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4" w:type="dxa"/>
          </w:tcPr>
          <w:p w14:paraId="2DACBEF0" w14:textId="77777777" w:rsidR="00512D8F" w:rsidRDefault="00512D8F" w:rsidP="00354607">
            <w:r>
              <w:t>İslami İlimler Fakültesi</w:t>
            </w:r>
          </w:p>
        </w:tc>
        <w:tc>
          <w:tcPr>
            <w:tcW w:w="1234" w:type="dxa"/>
          </w:tcPr>
          <w:p w14:paraId="5725D5AD"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3.061</w:t>
            </w:r>
          </w:p>
        </w:tc>
        <w:tc>
          <w:tcPr>
            <w:tcW w:w="1234" w:type="dxa"/>
          </w:tcPr>
          <w:p w14:paraId="61833B8A"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2.879</w:t>
            </w:r>
          </w:p>
        </w:tc>
        <w:tc>
          <w:tcPr>
            <w:tcW w:w="1234" w:type="dxa"/>
          </w:tcPr>
          <w:p w14:paraId="02901A5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2.616</w:t>
            </w:r>
          </w:p>
        </w:tc>
        <w:tc>
          <w:tcPr>
            <w:tcW w:w="1234" w:type="dxa"/>
          </w:tcPr>
          <w:p w14:paraId="6D4F431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3.071</w:t>
            </w:r>
          </w:p>
        </w:tc>
        <w:tc>
          <w:tcPr>
            <w:tcW w:w="1234" w:type="dxa"/>
          </w:tcPr>
          <w:p w14:paraId="14CD87C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2.907</w:t>
            </w:r>
          </w:p>
        </w:tc>
        <w:tc>
          <w:tcPr>
            <w:tcW w:w="1234" w:type="dxa"/>
          </w:tcPr>
          <w:p w14:paraId="2BDE8D2C"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3.125</w:t>
            </w:r>
          </w:p>
        </w:tc>
      </w:tr>
    </w:tbl>
    <w:p w14:paraId="473CCDCC" w14:textId="77777777" w:rsidR="00512D8F" w:rsidRDefault="00512D8F" w:rsidP="00512D8F"/>
    <w:p w14:paraId="02AFEDB8" w14:textId="77777777" w:rsidR="00512D8F" w:rsidRDefault="00512D8F" w:rsidP="00512D8F">
      <w:pPr>
        <w:jc w:val="center"/>
      </w:pPr>
      <w:r>
        <w:rPr>
          <w:noProof/>
        </w:rPr>
        <w:drawing>
          <wp:inline distT="0" distB="0" distL="0" distR="0" wp14:anchorId="741D01CF" wp14:editId="1B929329">
            <wp:extent cx="5943600" cy="5475849"/>
            <wp:effectExtent l="0" t="0" r="0" b="0"/>
            <wp:docPr id="8" name="Picture 8" descr="metin, ekran görüntüsü, sayı, numara, paralel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metin, ekran görüntüsü, sayı, numara, paralel içeren bir resim&#10;&#10;Yapay zeka tarafından oluşturulmuş içerik yanlış olabilir."/>
                    <pic:cNvPicPr/>
                  </pic:nvPicPr>
                  <pic:blipFill>
                    <a:blip r:embed="rId26"/>
                    <a:stretch>
                      <a:fillRect/>
                    </a:stretch>
                  </pic:blipFill>
                  <pic:spPr>
                    <a:xfrm>
                      <a:off x="0" y="0"/>
                      <a:ext cx="5943600" cy="5475849"/>
                    </a:xfrm>
                    <a:prstGeom prst="rect">
                      <a:avLst/>
                    </a:prstGeom>
                  </pic:spPr>
                </pic:pic>
              </a:graphicData>
            </a:graphic>
          </wp:inline>
        </w:drawing>
      </w:r>
    </w:p>
    <w:p w14:paraId="323F60D2" w14:textId="77777777" w:rsidR="00512D8F" w:rsidRDefault="00512D8F" w:rsidP="00512D8F"/>
    <w:p w14:paraId="44721BE0" w14:textId="02AE0356" w:rsidR="00512D8F" w:rsidRDefault="008D4C35" w:rsidP="00512D8F">
      <w:pPr>
        <w:pStyle w:val="Balk1"/>
      </w:pPr>
      <w:r>
        <w:t>13</w:t>
      </w:r>
      <w:r w:rsidR="00512D8F">
        <w:t>. İSTATİSTİKSEL ANALİZ (ANOVA)</w:t>
      </w:r>
    </w:p>
    <w:p w14:paraId="68A44B12" w14:textId="77777777" w:rsidR="00512D8F" w:rsidRDefault="00512D8F" w:rsidP="00512D8F">
      <w:r>
        <w:t>Akademik birimler arasında memnuniyet skorları açısından istatistiksel olarak anlamlı bir fark olup olmadığını test etmek için ANOVA (Varyans Analizi) kullanılmıştır.</w:t>
      </w:r>
    </w:p>
    <w:tbl>
      <w:tblPr>
        <w:tblStyle w:val="AkKlavuz-Vurgu1"/>
        <w:tblW w:w="0" w:type="auto"/>
        <w:tblLook w:val="04A0" w:firstRow="1" w:lastRow="0" w:firstColumn="1" w:lastColumn="0" w:noHBand="0" w:noVBand="1"/>
      </w:tblPr>
      <w:tblGrid>
        <w:gridCol w:w="2156"/>
        <w:gridCol w:w="2155"/>
        <w:gridCol w:w="2154"/>
        <w:gridCol w:w="2155"/>
      </w:tblGrid>
      <w:tr w:rsidR="00512D8F" w14:paraId="05DB842C" w14:textId="77777777" w:rsidTr="003546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01E0E48F" w14:textId="77777777" w:rsidR="00512D8F" w:rsidRDefault="00512D8F" w:rsidP="00354607">
            <w:r>
              <w:t>Kategori</w:t>
            </w:r>
          </w:p>
        </w:tc>
        <w:tc>
          <w:tcPr>
            <w:tcW w:w="2160" w:type="dxa"/>
          </w:tcPr>
          <w:p w14:paraId="2BACEE75"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F-istatistik</w:t>
            </w:r>
          </w:p>
        </w:tc>
        <w:tc>
          <w:tcPr>
            <w:tcW w:w="2160" w:type="dxa"/>
          </w:tcPr>
          <w:p w14:paraId="2444D44D"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p-değeri</w:t>
            </w:r>
          </w:p>
        </w:tc>
        <w:tc>
          <w:tcPr>
            <w:tcW w:w="2160" w:type="dxa"/>
          </w:tcPr>
          <w:p w14:paraId="7F9157A0"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Anlamlı (p&lt;0.05)</w:t>
            </w:r>
          </w:p>
        </w:tc>
      </w:tr>
      <w:tr w:rsidR="00512D8F" w14:paraId="283198E1"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516A46F4" w14:textId="77777777" w:rsidR="00512D8F" w:rsidRDefault="00512D8F" w:rsidP="00354607">
            <w:r>
              <w:t>Eğitim Kalitesi</w:t>
            </w:r>
          </w:p>
        </w:tc>
        <w:tc>
          <w:tcPr>
            <w:tcW w:w="2160" w:type="dxa"/>
          </w:tcPr>
          <w:p w14:paraId="7530D69B"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8.004</w:t>
            </w:r>
          </w:p>
        </w:tc>
        <w:tc>
          <w:tcPr>
            <w:tcW w:w="2160" w:type="dxa"/>
          </w:tcPr>
          <w:p w14:paraId="6DA5DB9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0.0000</w:t>
            </w:r>
          </w:p>
        </w:tc>
        <w:tc>
          <w:tcPr>
            <w:tcW w:w="2160" w:type="dxa"/>
          </w:tcPr>
          <w:p w14:paraId="0EE5FD42"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Evet</w:t>
            </w:r>
          </w:p>
        </w:tc>
      </w:tr>
      <w:tr w:rsidR="00512D8F" w14:paraId="629C03A2"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1C2C9A8" w14:textId="77777777" w:rsidR="00512D8F" w:rsidRDefault="00512D8F" w:rsidP="00354607">
            <w:r>
              <w:t>Eğitim Olanakları</w:t>
            </w:r>
          </w:p>
        </w:tc>
        <w:tc>
          <w:tcPr>
            <w:tcW w:w="2160" w:type="dxa"/>
          </w:tcPr>
          <w:p w14:paraId="78BEE44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4.321</w:t>
            </w:r>
          </w:p>
        </w:tc>
        <w:tc>
          <w:tcPr>
            <w:tcW w:w="2160" w:type="dxa"/>
          </w:tcPr>
          <w:p w14:paraId="4E497FF8"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0.0000</w:t>
            </w:r>
          </w:p>
        </w:tc>
        <w:tc>
          <w:tcPr>
            <w:tcW w:w="2160" w:type="dxa"/>
          </w:tcPr>
          <w:p w14:paraId="74BF1BD7"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Evet</w:t>
            </w:r>
          </w:p>
        </w:tc>
      </w:tr>
      <w:tr w:rsidR="00512D8F" w14:paraId="758D9D76"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64459DC" w14:textId="77777777" w:rsidR="00512D8F" w:rsidRDefault="00512D8F" w:rsidP="00354607">
            <w:r>
              <w:t>Kariyer Katkısı</w:t>
            </w:r>
          </w:p>
        </w:tc>
        <w:tc>
          <w:tcPr>
            <w:tcW w:w="2160" w:type="dxa"/>
          </w:tcPr>
          <w:p w14:paraId="57381800"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6.062</w:t>
            </w:r>
          </w:p>
        </w:tc>
        <w:tc>
          <w:tcPr>
            <w:tcW w:w="2160" w:type="dxa"/>
          </w:tcPr>
          <w:p w14:paraId="1DFD91FE"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0.0000</w:t>
            </w:r>
          </w:p>
        </w:tc>
        <w:tc>
          <w:tcPr>
            <w:tcW w:w="2160" w:type="dxa"/>
          </w:tcPr>
          <w:p w14:paraId="23D6768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Evet</w:t>
            </w:r>
          </w:p>
        </w:tc>
      </w:tr>
      <w:tr w:rsidR="00512D8F" w14:paraId="06FC370A"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54DEAD34" w14:textId="77777777" w:rsidR="00512D8F" w:rsidRDefault="00512D8F" w:rsidP="00354607">
            <w:r>
              <w:t>Kişisel Gelişim</w:t>
            </w:r>
          </w:p>
        </w:tc>
        <w:tc>
          <w:tcPr>
            <w:tcW w:w="2160" w:type="dxa"/>
          </w:tcPr>
          <w:p w14:paraId="7DA78F1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4.608</w:t>
            </w:r>
          </w:p>
        </w:tc>
        <w:tc>
          <w:tcPr>
            <w:tcW w:w="2160" w:type="dxa"/>
          </w:tcPr>
          <w:p w14:paraId="202A229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0.0000</w:t>
            </w:r>
          </w:p>
        </w:tc>
        <w:tc>
          <w:tcPr>
            <w:tcW w:w="2160" w:type="dxa"/>
          </w:tcPr>
          <w:p w14:paraId="0B7E4A7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Evet</w:t>
            </w:r>
          </w:p>
        </w:tc>
      </w:tr>
      <w:tr w:rsidR="00512D8F" w14:paraId="2BD36096"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14D832C2" w14:textId="77777777" w:rsidR="00512D8F" w:rsidRDefault="00512D8F" w:rsidP="00354607">
            <w:r>
              <w:t>Genel Eğitim Memnuniyeti (A)</w:t>
            </w:r>
          </w:p>
        </w:tc>
        <w:tc>
          <w:tcPr>
            <w:tcW w:w="2160" w:type="dxa"/>
          </w:tcPr>
          <w:p w14:paraId="451FF1D3"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6.448</w:t>
            </w:r>
          </w:p>
        </w:tc>
        <w:tc>
          <w:tcPr>
            <w:tcW w:w="2160" w:type="dxa"/>
          </w:tcPr>
          <w:p w14:paraId="758D1214"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0.0000</w:t>
            </w:r>
          </w:p>
        </w:tc>
        <w:tc>
          <w:tcPr>
            <w:tcW w:w="2160" w:type="dxa"/>
          </w:tcPr>
          <w:p w14:paraId="3FFB6EB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Evet</w:t>
            </w:r>
          </w:p>
        </w:tc>
      </w:tr>
      <w:tr w:rsidR="00512D8F" w14:paraId="434983A3"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Pr>
          <w:p w14:paraId="672D28DD" w14:textId="77777777" w:rsidR="00512D8F" w:rsidRDefault="00512D8F" w:rsidP="00354607">
            <w:r>
              <w:t>Genel Memnuniyet (B)</w:t>
            </w:r>
          </w:p>
        </w:tc>
        <w:tc>
          <w:tcPr>
            <w:tcW w:w="2160" w:type="dxa"/>
          </w:tcPr>
          <w:p w14:paraId="4A85A656"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4.976</w:t>
            </w:r>
          </w:p>
        </w:tc>
        <w:tc>
          <w:tcPr>
            <w:tcW w:w="2160" w:type="dxa"/>
          </w:tcPr>
          <w:p w14:paraId="044B1B58"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0.0000</w:t>
            </w:r>
          </w:p>
        </w:tc>
        <w:tc>
          <w:tcPr>
            <w:tcW w:w="2160" w:type="dxa"/>
          </w:tcPr>
          <w:p w14:paraId="5064BA3D"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Evet</w:t>
            </w:r>
          </w:p>
        </w:tc>
      </w:tr>
    </w:tbl>
    <w:p w14:paraId="764BD702" w14:textId="77777777" w:rsidR="00512D8F" w:rsidRDefault="00512D8F" w:rsidP="00512D8F"/>
    <w:p w14:paraId="56845CEA" w14:textId="77777777" w:rsidR="00512D8F" w:rsidRDefault="00512D8F" w:rsidP="00512D8F">
      <w:r>
        <w:rPr>
          <w:b/>
        </w:rPr>
        <w:t xml:space="preserve">Not: </w:t>
      </w:r>
      <w:r>
        <w:t>p&lt;0.05 değeri, akademik birimler arasında ilgili kategoride istatistiksel olarak anlamlı bir fark olduğunu gösterir.</w:t>
      </w:r>
    </w:p>
    <w:p w14:paraId="2EED5A25" w14:textId="77777777" w:rsidR="00512D8F" w:rsidRDefault="00512D8F" w:rsidP="00512D8F">
      <w:r>
        <w:br w:type="page"/>
      </w:r>
    </w:p>
    <w:p w14:paraId="62A80ED0" w14:textId="20B225FE" w:rsidR="00512D8F" w:rsidRDefault="008D4C35" w:rsidP="00512D8F">
      <w:pPr>
        <w:pStyle w:val="Balk1"/>
      </w:pPr>
      <w:r>
        <w:lastRenderedPageBreak/>
        <w:t>14</w:t>
      </w:r>
      <w:r w:rsidR="00512D8F">
        <w:t>. EN YÜKSEK VE EN DÜŞÜK SKORLAR</w:t>
      </w:r>
    </w:p>
    <w:p w14:paraId="644D2571" w14:textId="6C50E516" w:rsidR="00512D8F" w:rsidRDefault="008D4C35" w:rsidP="00512D8F">
      <w:pPr>
        <w:pStyle w:val="Balk2"/>
      </w:pPr>
      <w:r>
        <w:t>14</w:t>
      </w:r>
      <w:r w:rsidR="00512D8F">
        <w:t>.1. En Yüksek Skorlar</w:t>
      </w:r>
    </w:p>
    <w:tbl>
      <w:tblPr>
        <w:tblStyle w:val="AkKlavuz-Vurgu1"/>
        <w:tblW w:w="0" w:type="auto"/>
        <w:tblLook w:val="04A0" w:firstRow="1" w:lastRow="0" w:firstColumn="1" w:lastColumn="0" w:noHBand="0" w:noVBand="1"/>
      </w:tblPr>
      <w:tblGrid>
        <w:gridCol w:w="2875"/>
        <w:gridCol w:w="2873"/>
        <w:gridCol w:w="2872"/>
      </w:tblGrid>
      <w:tr w:rsidR="00512D8F" w14:paraId="49E1BA1A" w14:textId="77777777" w:rsidTr="003546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EA23EC2" w14:textId="77777777" w:rsidR="00512D8F" w:rsidRDefault="00512D8F" w:rsidP="00354607">
            <w:r>
              <w:t>Kategori</w:t>
            </w:r>
          </w:p>
        </w:tc>
        <w:tc>
          <w:tcPr>
            <w:tcW w:w="2880" w:type="dxa"/>
          </w:tcPr>
          <w:p w14:paraId="314E8918"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Akademik Birim</w:t>
            </w:r>
          </w:p>
        </w:tc>
        <w:tc>
          <w:tcPr>
            <w:tcW w:w="2880" w:type="dxa"/>
          </w:tcPr>
          <w:p w14:paraId="2CEE37DC"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Skor</w:t>
            </w:r>
          </w:p>
        </w:tc>
      </w:tr>
      <w:tr w:rsidR="00512D8F" w14:paraId="1A7D7405"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3AD66B6" w14:textId="77777777" w:rsidR="00512D8F" w:rsidRDefault="00512D8F" w:rsidP="00354607">
            <w:r>
              <w:t>Eğitim Kalitesi</w:t>
            </w:r>
          </w:p>
        </w:tc>
        <w:tc>
          <w:tcPr>
            <w:tcW w:w="2880" w:type="dxa"/>
          </w:tcPr>
          <w:p w14:paraId="5E4A4A34"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Sosyal Bilimler Enstitüsü</w:t>
            </w:r>
          </w:p>
        </w:tc>
        <w:tc>
          <w:tcPr>
            <w:tcW w:w="2880" w:type="dxa"/>
          </w:tcPr>
          <w:p w14:paraId="630D90EB"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4.259</w:t>
            </w:r>
          </w:p>
        </w:tc>
      </w:tr>
      <w:tr w:rsidR="00512D8F" w14:paraId="04408F68"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9D8A5D4" w14:textId="77777777" w:rsidR="00512D8F" w:rsidRDefault="00512D8F" w:rsidP="00354607">
            <w:r>
              <w:t>Eğitim Olanakları</w:t>
            </w:r>
          </w:p>
        </w:tc>
        <w:tc>
          <w:tcPr>
            <w:tcW w:w="2880" w:type="dxa"/>
          </w:tcPr>
          <w:p w14:paraId="675E90D4"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Sosyal Bilimler Enstitüsü</w:t>
            </w:r>
          </w:p>
        </w:tc>
        <w:tc>
          <w:tcPr>
            <w:tcW w:w="2880" w:type="dxa"/>
          </w:tcPr>
          <w:p w14:paraId="31E6F48D"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3.550</w:t>
            </w:r>
          </w:p>
        </w:tc>
      </w:tr>
      <w:tr w:rsidR="00512D8F" w14:paraId="19C5C6A5"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BCA3584" w14:textId="77777777" w:rsidR="00512D8F" w:rsidRDefault="00512D8F" w:rsidP="00354607">
            <w:r>
              <w:t>Kariyer Katkısı</w:t>
            </w:r>
          </w:p>
        </w:tc>
        <w:tc>
          <w:tcPr>
            <w:tcW w:w="2880" w:type="dxa"/>
          </w:tcPr>
          <w:p w14:paraId="5773CD4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Spor Bilimleri Fakültesi</w:t>
            </w:r>
          </w:p>
        </w:tc>
        <w:tc>
          <w:tcPr>
            <w:tcW w:w="2880" w:type="dxa"/>
          </w:tcPr>
          <w:p w14:paraId="10975C8A"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3.418</w:t>
            </w:r>
          </w:p>
        </w:tc>
      </w:tr>
      <w:tr w:rsidR="00512D8F" w14:paraId="799CB1D0"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362575F" w14:textId="77777777" w:rsidR="00512D8F" w:rsidRDefault="00512D8F" w:rsidP="00354607">
            <w:r>
              <w:t>Kişisel Gelişim</w:t>
            </w:r>
          </w:p>
        </w:tc>
        <w:tc>
          <w:tcPr>
            <w:tcW w:w="2880" w:type="dxa"/>
          </w:tcPr>
          <w:p w14:paraId="7EBEB086"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Sosyal Bilimler Enstitüsü</w:t>
            </w:r>
          </w:p>
        </w:tc>
        <w:tc>
          <w:tcPr>
            <w:tcW w:w="2880" w:type="dxa"/>
          </w:tcPr>
          <w:p w14:paraId="7486FCC9"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4.051</w:t>
            </w:r>
          </w:p>
        </w:tc>
      </w:tr>
      <w:tr w:rsidR="00512D8F" w14:paraId="069CC9CD"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B5E7014" w14:textId="77777777" w:rsidR="00512D8F" w:rsidRDefault="00512D8F" w:rsidP="00354607">
            <w:r>
              <w:t>Genel Eğitim Memnuniyeti (A)</w:t>
            </w:r>
          </w:p>
        </w:tc>
        <w:tc>
          <w:tcPr>
            <w:tcW w:w="2880" w:type="dxa"/>
          </w:tcPr>
          <w:p w14:paraId="40FE57F4"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Sosyal Bilimler Enstitüsü</w:t>
            </w:r>
          </w:p>
        </w:tc>
        <w:tc>
          <w:tcPr>
            <w:tcW w:w="2880" w:type="dxa"/>
          </w:tcPr>
          <w:p w14:paraId="7880F751"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3.803</w:t>
            </w:r>
          </w:p>
        </w:tc>
      </w:tr>
      <w:tr w:rsidR="00512D8F" w14:paraId="313B46C3"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7F67C30" w14:textId="77777777" w:rsidR="00512D8F" w:rsidRDefault="00512D8F" w:rsidP="00354607">
            <w:r>
              <w:t>Genel Memnuniyet (B)</w:t>
            </w:r>
          </w:p>
        </w:tc>
        <w:tc>
          <w:tcPr>
            <w:tcW w:w="2880" w:type="dxa"/>
          </w:tcPr>
          <w:p w14:paraId="5607188D"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Sosyal Bilimler Enstitüsü</w:t>
            </w:r>
          </w:p>
        </w:tc>
        <w:tc>
          <w:tcPr>
            <w:tcW w:w="2880" w:type="dxa"/>
          </w:tcPr>
          <w:p w14:paraId="6945AE44"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4.026</w:t>
            </w:r>
          </w:p>
        </w:tc>
      </w:tr>
    </w:tbl>
    <w:p w14:paraId="4A167B6F" w14:textId="0701C0AE" w:rsidR="00512D8F" w:rsidRDefault="008D4C35" w:rsidP="00512D8F">
      <w:pPr>
        <w:pStyle w:val="Balk2"/>
      </w:pPr>
      <w:r>
        <w:t>14</w:t>
      </w:r>
      <w:r w:rsidR="00512D8F">
        <w:t>.2. En Düşük Skorlar</w:t>
      </w:r>
    </w:p>
    <w:tbl>
      <w:tblPr>
        <w:tblStyle w:val="AkKlavuz-Vurgu1"/>
        <w:tblW w:w="0" w:type="auto"/>
        <w:tblLook w:val="04A0" w:firstRow="1" w:lastRow="0" w:firstColumn="1" w:lastColumn="0" w:noHBand="0" w:noVBand="1"/>
      </w:tblPr>
      <w:tblGrid>
        <w:gridCol w:w="2875"/>
        <w:gridCol w:w="2873"/>
        <w:gridCol w:w="2872"/>
      </w:tblGrid>
      <w:tr w:rsidR="00512D8F" w14:paraId="173E7AED" w14:textId="77777777" w:rsidTr="003546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B8A2DEF" w14:textId="77777777" w:rsidR="00512D8F" w:rsidRDefault="00512D8F" w:rsidP="00354607">
            <w:r>
              <w:t>Kategori</w:t>
            </w:r>
          </w:p>
        </w:tc>
        <w:tc>
          <w:tcPr>
            <w:tcW w:w="2880" w:type="dxa"/>
          </w:tcPr>
          <w:p w14:paraId="5F111725"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Akademik Birim</w:t>
            </w:r>
          </w:p>
        </w:tc>
        <w:tc>
          <w:tcPr>
            <w:tcW w:w="2880" w:type="dxa"/>
          </w:tcPr>
          <w:p w14:paraId="2DB1C0CE"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Skor</w:t>
            </w:r>
          </w:p>
        </w:tc>
      </w:tr>
      <w:tr w:rsidR="00512D8F" w14:paraId="27DBAC02"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2FE92A4" w14:textId="77777777" w:rsidR="00512D8F" w:rsidRDefault="00512D8F" w:rsidP="00354607">
            <w:r>
              <w:t>Eğitim Kalitesi</w:t>
            </w:r>
          </w:p>
        </w:tc>
        <w:tc>
          <w:tcPr>
            <w:tcW w:w="2880" w:type="dxa"/>
          </w:tcPr>
          <w:p w14:paraId="0B4C6E6E"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Mimarlık ve Tasarım Fakültesi</w:t>
            </w:r>
          </w:p>
        </w:tc>
        <w:tc>
          <w:tcPr>
            <w:tcW w:w="2880" w:type="dxa"/>
          </w:tcPr>
          <w:p w14:paraId="0E352511"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2.077</w:t>
            </w:r>
          </w:p>
        </w:tc>
      </w:tr>
      <w:tr w:rsidR="00512D8F" w14:paraId="042E8F2A"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162905C" w14:textId="77777777" w:rsidR="00512D8F" w:rsidRDefault="00512D8F" w:rsidP="00354607">
            <w:r>
              <w:t>Eğitim Olanakları</w:t>
            </w:r>
          </w:p>
        </w:tc>
        <w:tc>
          <w:tcPr>
            <w:tcW w:w="2880" w:type="dxa"/>
          </w:tcPr>
          <w:p w14:paraId="2D48E5C6"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Eskil MYO</w:t>
            </w:r>
          </w:p>
        </w:tc>
        <w:tc>
          <w:tcPr>
            <w:tcW w:w="2880" w:type="dxa"/>
          </w:tcPr>
          <w:p w14:paraId="60A3BA4A"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2.086</w:t>
            </w:r>
          </w:p>
        </w:tc>
      </w:tr>
      <w:tr w:rsidR="00512D8F" w14:paraId="18D11DFD"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936EF6A" w14:textId="77777777" w:rsidR="00512D8F" w:rsidRDefault="00512D8F" w:rsidP="00354607">
            <w:r>
              <w:t>Kariyer Katkısı</w:t>
            </w:r>
          </w:p>
        </w:tc>
        <w:tc>
          <w:tcPr>
            <w:tcW w:w="2880" w:type="dxa"/>
          </w:tcPr>
          <w:p w14:paraId="1B8B6EFB"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Eskil MYO</w:t>
            </w:r>
          </w:p>
        </w:tc>
        <w:tc>
          <w:tcPr>
            <w:tcW w:w="2880" w:type="dxa"/>
          </w:tcPr>
          <w:p w14:paraId="4F2D52DF"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1.714</w:t>
            </w:r>
          </w:p>
        </w:tc>
      </w:tr>
      <w:tr w:rsidR="00512D8F" w14:paraId="73251535"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97838BF" w14:textId="77777777" w:rsidR="00512D8F" w:rsidRDefault="00512D8F" w:rsidP="00354607">
            <w:r>
              <w:t>Kişisel Gelişim</w:t>
            </w:r>
          </w:p>
        </w:tc>
        <w:tc>
          <w:tcPr>
            <w:tcW w:w="2880" w:type="dxa"/>
          </w:tcPr>
          <w:p w14:paraId="0425B5F5"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Eskil MYO</w:t>
            </w:r>
          </w:p>
        </w:tc>
        <w:tc>
          <w:tcPr>
            <w:tcW w:w="2880" w:type="dxa"/>
          </w:tcPr>
          <w:p w14:paraId="35C21ED1"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2.107</w:t>
            </w:r>
          </w:p>
        </w:tc>
      </w:tr>
      <w:tr w:rsidR="00512D8F" w14:paraId="37273E90"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0AB97EC" w14:textId="77777777" w:rsidR="00512D8F" w:rsidRDefault="00512D8F" w:rsidP="00354607">
            <w:r>
              <w:t>Genel Eğitim Memnuniyeti (A)</w:t>
            </w:r>
          </w:p>
        </w:tc>
        <w:tc>
          <w:tcPr>
            <w:tcW w:w="2880" w:type="dxa"/>
          </w:tcPr>
          <w:p w14:paraId="01F03ABD"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Eskil MYO</w:t>
            </w:r>
          </w:p>
        </w:tc>
        <w:tc>
          <w:tcPr>
            <w:tcW w:w="2880" w:type="dxa"/>
          </w:tcPr>
          <w:p w14:paraId="780A1DD4"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2.055</w:t>
            </w:r>
          </w:p>
        </w:tc>
      </w:tr>
      <w:tr w:rsidR="00512D8F" w14:paraId="29645CC0"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797DE1F" w14:textId="77777777" w:rsidR="00512D8F" w:rsidRDefault="00512D8F" w:rsidP="00354607">
            <w:r>
              <w:t>Genel Memnuniyet (B)</w:t>
            </w:r>
          </w:p>
        </w:tc>
        <w:tc>
          <w:tcPr>
            <w:tcW w:w="2880" w:type="dxa"/>
          </w:tcPr>
          <w:p w14:paraId="183133DD"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Eskil MYO</w:t>
            </w:r>
          </w:p>
        </w:tc>
        <w:tc>
          <w:tcPr>
            <w:tcW w:w="2880" w:type="dxa"/>
          </w:tcPr>
          <w:p w14:paraId="329F6EA4"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2.143</w:t>
            </w:r>
          </w:p>
        </w:tc>
      </w:tr>
    </w:tbl>
    <w:p w14:paraId="0A46FD0E" w14:textId="77777777" w:rsidR="00512D8F" w:rsidRDefault="00512D8F" w:rsidP="00512D8F"/>
    <w:p w14:paraId="04E1F76F" w14:textId="77777777" w:rsidR="00512D8F" w:rsidRDefault="00512D8F"/>
    <w:p w14:paraId="57DC4650" w14:textId="77777777" w:rsidR="00512D8F" w:rsidRDefault="00512D8F"/>
    <w:p w14:paraId="797D395F" w14:textId="77777777" w:rsidR="00512D8F" w:rsidRDefault="00512D8F"/>
    <w:p w14:paraId="597ECC21" w14:textId="77777777" w:rsidR="00512D8F" w:rsidRDefault="00512D8F"/>
    <w:p w14:paraId="2C200878" w14:textId="77777777" w:rsidR="00512D8F" w:rsidRDefault="00512D8F"/>
    <w:p w14:paraId="4C3C5A27" w14:textId="77777777" w:rsidR="00512D8F" w:rsidRDefault="00512D8F"/>
    <w:p w14:paraId="44F08B3B" w14:textId="77777777" w:rsidR="00512D8F" w:rsidRDefault="00512D8F"/>
    <w:p w14:paraId="148198B6" w14:textId="77777777" w:rsidR="00512D8F" w:rsidRDefault="00512D8F"/>
    <w:p w14:paraId="1812D4D3" w14:textId="77777777" w:rsidR="00512D8F" w:rsidRDefault="00512D8F"/>
    <w:p w14:paraId="068A4E56" w14:textId="77777777" w:rsidR="00512D8F" w:rsidRDefault="00512D8F"/>
    <w:p w14:paraId="32DBFE60" w14:textId="77777777" w:rsidR="00512D8F" w:rsidRDefault="00512D8F"/>
    <w:p w14:paraId="581367BA" w14:textId="77777777" w:rsidR="00512D8F" w:rsidRDefault="00512D8F"/>
    <w:p w14:paraId="48D384F0" w14:textId="77777777" w:rsidR="00512D8F" w:rsidRDefault="00512D8F" w:rsidP="00512D8F">
      <w:pPr>
        <w:pStyle w:val="Balk2"/>
        <w:jc w:val="center"/>
      </w:pPr>
      <w:r>
        <w:lastRenderedPageBreak/>
        <w:t>Açık Uçlu Sorular - Kelime Bulutu Analizi</w:t>
      </w:r>
    </w:p>
    <w:p w14:paraId="759FC7A5" w14:textId="77777777" w:rsidR="00512D8F" w:rsidRDefault="00512D8F" w:rsidP="00512D8F"/>
    <w:p w14:paraId="0DBB0AB1" w14:textId="77777777" w:rsidR="00512D8F" w:rsidRDefault="00512D8F" w:rsidP="002C4F12">
      <w:pPr>
        <w:jc w:val="both"/>
      </w:pPr>
      <w:r>
        <w:t>Bu rapor, mezunların açık uçlu sorulara verdikleri yanıtların kelime analizi sonuçlarını içermektedir. Kelime bulutları ve sıklık grafikleri ile en çok kullanılan kavramlar görselleştirilmiştir. Analiz sırasında genel kullanım kelimeleri ve bağlam kelimeleri (stopwords) filtrelenmiş, anlamlı ve içerik taşıyan kelimeler üzerine odaklanılmıştır.</w:t>
      </w:r>
    </w:p>
    <w:p w14:paraId="5B95E49E" w14:textId="01110E30" w:rsidR="00512D8F" w:rsidRDefault="00512D8F" w:rsidP="00512D8F"/>
    <w:p w14:paraId="207063B5" w14:textId="467F466D" w:rsidR="00512D8F" w:rsidRDefault="008D4C35" w:rsidP="00512D8F">
      <w:pPr>
        <w:pStyle w:val="Balk1"/>
      </w:pPr>
      <w:r>
        <w:t>15</w:t>
      </w:r>
      <w:r w:rsidR="00512D8F">
        <w:t>. KARİYER KATKILARI ANALİZİ</w:t>
      </w:r>
    </w:p>
    <w:p w14:paraId="12ADD639" w14:textId="77777777" w:rsidR="00512D8F" w:rsidRDefault="00512D8F" w:rsidP="00512D8F">
      <w:pPr>
        <w:pStyle w:val="Balk2"/>
      </w:pPr>
      <w:r>
        <w:t>Soru: Üniversitede aldığınız eğitimin kariyerinize katkıları nelerdir?</w:t>
      </w:r>
    </w:p>
    <w:p w14:paraId="31FFF66A" w14:textId="744A43A5" w:rsidR="00512D8F" w:rsidRDefault="008D4C35" w:rsidP="00512D8F">
      <w:pPr>
        <w:pStyle w:val="Balk3"/>
      </w:pPr>
      <w:r>
        <w:t>15</w:t>
      </w:r>
      <w:r w:rsidR="00512D8F">
        <w:t>.1. Genel İstatistikler</w:t>
      </w:r>
    </w:p>
    <w:p w14:paraId="439D12B4" w14:textId="77777777" w:rsidR="00512D8F" w:rsidRDefault="00512D8F" w:rsidP="00512D8F">
      <w:r>
        <w:rPr>
          <w:b/>
        </w:rPr>
        <w:t xml:space="preserve">Toplam Yanıt Sayısı: </w:t>
      </w:r>
      <w:r>
        <w:t>2058</w:t>
      </w:r>
      <w:r>
        <w:br/>
      </w:r>
      <w:r>
        <w:rPr>
          <w:b/>
        </w:rPr>
        <w:t xml:space="preserve">Toplam Kelime Sayısı (filtrelenmiş): </w:t>
      </w:r>
      <w:r>
        <w:t>4363</w:t>
      </w:r>
      <w:r>
        <w:br/>
      </w:r>
      <w:r>
        <w:rPr>
          <w:b/>
        </w:rPr>
        <w:t xml:space="preserve">Benzersiz Kelime Sayısı: </w:t>
      </w:r>
      <w:r>
        <w:t>2365</w:t>
      </w:r>
    </w:p>
    <w:p w14:paraId="7BE36731" w14:textId="3DEF97E3" w:rsidR="00512D8F" w:rsidRDefault="008D4C35" w:rsidP="00512D8F">
      <w:pPr>
        <w:pStyle w:val="Balk3"/>
      </w:pPr>
      <w:r>
        <w:t>15</w:t>
      </w:r>
      <w:r w:rsidR="00512D8F">
        <w:t>.2. Kelime Bulutu</w:t>
      </w:r>
    </w:p>
    <w:p w14:paraId="5DFAC0E7" w14:textId="77777777" w:rsidR="00512D8F" w:rsidRDefault="00512D8F" w:rsidP="00512D8F"/>
    <w:p w14:paraId="77C752BA" w14:textId="77777777" w:rsidR="00512D8F" w:rsidRDefault="00512D8F" w:rsidP="00512D8F">
      <w:pPr>
        <w:jc w:val="center"/>
      </w:pPr>
      <w:r>
        <w:rPr>
          <w:noProof/>
        </w:rPr>
        <w:drawing>
          <wp:inline distT="0" distB="0" distL="0" distR="0" wp14:anchorId="0BF9ED78" wp14:editId="0C18E3B8">
            <wp:extent cx="5943600" cy="3212610"/>
            <wp:effectExtent l="0" t="0" r="0" b="0"/>
            <wp:docPr id="402575348" name="Picture 1" descr="metin, yazı tipi, ekran görüntüsü, sayı, numara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575348" name="Picture 1" descr="metin, yazı tipi, ekran görüntüsü, sayı, numara içeren bir resim&#10;&#10;Yapay zeka tarafından oluşturulmuş içerik yanlış olabilir."/>
                    <pic:cNvPicPr/>
                  </pic:nvPicPr>
                  <pic:blipFill>
                    <a:blip r:embed="rId27"/>
                    <a:stretch>
                      <a:fillRect/>
                    </a:stretch>
                  </pic:blipFill>
                  <pic:spPr>
                    <a:xfrm>
                      <a:off x="0" y="0"/>
                      <a:ext cx="5943600" cy="3212610"/>
                    </a:xfrm>
                    <a:prstGeom prst="rect">
                      <a:avLst/>
                    </a:prstGeom>
                  </pic:spPr>
                </pic:pic>
              </a:graphicData>
            </a:graphic>
          </wp:inline>
        </w:drawing>
      </w:r>
    </w:p>
    <w:p w14:paraId="34BDB098" w14:textId="77777777" w:rsidR="00512D8F" w:rsidRDefault="00512D8F" w:rsidP="00512D8F">
      <w:r>
        <w:br w:type="page"/>
      </w:r>
    </w:p>
    <w:p w14:paraId="6C2C76FB" w14:textId="37E4808D" w:rsidR="00512D8F" w:rsidRDefault="008D4C35" w:rsidP="00512D8F">
      <w:pPr>
        <w:pStyle w:val="Balk3"/>
      </w:pPr>
      <w:r>
        <w:lastRenderedPageBreak/>
        <w:t>15</w:t>
      </w:r>
      <w:r w:rsidR="00512D8F">
        <w:t>.3. En Çok Kullanılan Kelimeler</w:t>
      </w:r>
    </w:p>
    <w:p w14:paraId="00DD6B21" w14:textId="77777777" w:rsidR="00512D8F" w:rsidRDefault="00512D8F" w:rsidP="00512D8F"/>
    <w:p w14:paraId="496392DA" w14:textId="77777777" w:rsidR="00512D8F" w:rsidRDefault="00512D8F" w:rsidP="00512D8F">
      <w:pPr>
        <w:jc w:val="center"/>
      </w:pPr>
      <w:r>
        <w:rPr>
          <w:noProof/>
        </w:rPr>
        <w:drawing>
          <wp:inline distT="0" distB="0" distL="0" distR="0" wp14:anchorId="430F78F1" wp14:editId="31E4D12D">
            <wp:extent cx="5943600" cy="3940195"/>
            <wp:effectExtent l="0" t="0" r="0" b="0"/>
            <wp:docPr id="1231138620" name="Picture 2" descr="metin, ekran görüntüsü, öykü gelişim çizgisi; kumpas; grafiğini çıkarma, diyagram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138620" name="Picture 2" descr="metin, ekran görüntüsü, öykü gelişim çizgisi; kumpas; grafiğini çıkarma, diyagram içeren bir resim&#10;&#10;Yapay zeka tarafından oluşturulmuş içerik yanlış olabilir."/>
                    <pic:cNvPicPr/>
                  </pic:nvPicPr>
                  <pic:blipFill>
                    <a:blip r:embed="rId28"/>
                    <a:stretch>
                      <a:fillRect/>
                    </a:stretch>
                  </pic:blipFill>
                  <pic:spPr>
                    <a:xfrm>
                      <a:off x="0" y="0"/>
                      <a:ext cx="5943600" cy="3940195"/>
                    </a:xfrm>
                    <a:prstGeom prst="rect">
                      <a:avLst/>
                    </a:prstGeom>
                  </pic:spPr>
                </pic:pic>
              </a:graphicData>
            </a:graphic>
          </wp:inline>
        </w:drawing>
      </w:r>
    </w:p>
    <w:p w14:paraId="0C058214" w14:textId="48F10494" w:rsidR="00512D8F" w:rsidRDefault="008D4C35" w:rsidP="00512D8F">
      <w:pPr>
        <w:pStyle w:val="Balk3"/>
      </w:pPr>
      <w:r>
        <w:t>16</w:t>
      </w:r>
      <w:r w:rsidR="00512D8F">
        <w:t>.4. Kelime Sıklık Tablosu</w:t>
      </w:r>
    </w:p>
    <w:tbl>
      <w:tblPr>
        <w:tblStyle w:val="AkKlavuz-Vurgu1"/>
        <w:tblW w:w="0" w:type="auto"/>
        <w:tblLook w:val="04A0" w:firstRow="1" w:lastRow="0" w:firstColumn="1" w:lastColumn="0" w:noHBand="0" w:noVBand="1"/>
      </w:tblPr>
      <w:tblGrid>
        <w:gridCol w:w="2872"/>
        <w:gridCol w:w="2874"/>
        <w:gridCol w:w="2874"/>
      </w:tblGrid>
      <w:tr w:rsidR="00512D8F" w14:paraId="68F5183B" w14:textId="77777777" w:rsidTr="003546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A5BDFC7" w14:textId="77777777" w:rsidR="00512D8F" w:rsidRDefault="00512D8F" w:rsidP="00354607">
            <w:r>
              <w:t>Sıra</w:t>
            </w:r>
          </w:p>
        </w:tc>
        <w:tc>
          <w:tcPr>
            <w:tcW w:w="2880" w:type="dxa"/>
          </w:tcPr>
          <w:p w14:paraId="41A4BD12"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Kelime</w:t>
            </w:r>
          </w:p>
        </w:tc>
        <w:tc>
          <w:tcPr>
            <w:tcW w:w="2880" w:type="dxa"/>
          </w:tcPr>
          <w:p w14:paraId="67F624F7"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Kullanım Sayısı</w:t>
            </w:r>
          </w:p>
        </w:tc>
      </w:tr>
      <w:tr w:rsidR="00512D8F" w14:paraId="64F15F4B"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DAF7CFB" w14:textId="77777777" w:rsidR="00512D8F" w:rsidRDefault="00512D8F" w:rsidP="00354607">
            <w:r>
              <w:t>1</w:t>
            </w:r>
          </w:p>
        </w:tc>
        <w:tc>
          <w:tcPr>
            <w:tcW w:w="2880" w:type="dxa"/>
          </w:tcPr>
          <w:p w14:paraId="705A721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eğitim</w:t>
            </w:r>
          </w:p>
        </w:tc>
        <w:tc>
          <w:tcPr>
            <w:tcW w:w="2880" w:type="dxa"/>
          </w:tcPr>
          <w:p w14:paraId="58D7AC14"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82</w:t>
            </w:r>
          </w:p>
        </w:tc>
      </w:tr>
      <w:tr w:rsidR="00512D8F" w14:paraId="60EB10EC"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AE1ACE5" w14:textId="77777777" w:rsidR="00512D8F" w:rsidRDefault="00512D8F" w:rsidP="00354607">
            <w:r>
              <w:t>2</w:t>
            </w:r>
          </w:p>
        </w:tc>
        <w:tc>
          <w:tcPr>
            <w:tcW w:w="2880" w:type="dxa"/>
          </w:tcPr>
          <w:p w14:paraId="5EB28F34"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bilgi</w:t>
            </w:r>
          </w:p>
        </w:tc>
        <w:tc>
          <w:tcPr>
            <w:tcW w:w="2880" w:type="dxa"/>
          </w:tcPr>
          <w:p w14:paraId="032C98B5"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34</w:t>
            </w:r>
          </w:p>
        </w:tc>
      </w:tr>
      <w:tr w:rsidR="00512D8F" w14:paraId="14CE2359"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4F51E48" w14:textId="77777777" w:rsidR="00512D8F" w:rsidRDefault="00512D8F" w:rsidP="00354607">
            <w:r>
              <w:t>3</w:t>
            </w:r>
          </w:p>
        </w:tc>
        <w:tc>
          <w:tcPr>
            <w:tcW w:w="2880" w:type="dxa"/>
          </w:tcPr>
          <w:p w14:paraId="3A9773E4"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kariyerime</w:t>
            </w:r>
          </w:p>
        </w:tc>
        <w:tc>
          <w:tcPr>
            <w:tcW w:w="2880" w:type="dxa"/>
          </w:tcPr>
          <w:p w14:paraId="5F45D37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27</w:t>
            </w:r>
          </w:p>
        </w:tc>
      </w:tr>
      <w:tr w:rsidR="00512D8F" w14:paraId="155044A9"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32EB9C4" w14:textId="77777777" w:rsidR="00512D8F" w:rsidRDefault="00512D8F" w:rsidP="00354607">
            <w:r>
              <w:t>4</w:t>
            </w:r>
          </w:p>
        </w:tc>
        <w:tc>
          <w:tcPr>
            <w:tcW w:w="2880" w:type="dxa"/>
          </w:tcPr>
          <w:p w14:paraId="72996306"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teorik</w:t>
            </w:r>
          </w:p>
        </w:tc>
        <w:tc>
          <w:tcPr>
            <w:tcW w:w="2880" w:type="dxa"/>
          </w:tcPr>
          <w:p w14:paraId="0178E0AF"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23</w:t>
            </w:r>
          </w:p>
        </w:tc>
      </w:tr>
      <w:tr w:rsidR="00512D8F" w14:paraId="6EDF2622"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366CBE1" w14:textId="77777777" w:rsidR="00512D8F" w:rsidRDefault="00512D8F" w:rsidP="00354607">
            <w:r>
              <w:t>5</w:t>
            </w:r>
          </w:p>
        </w:tc>
        <w:tc>
          <w:tcPr>
            <w:tcW w:w="2880" w:type="dxa"/>
          </w:tcPr>
          <w:p w14:paraId="59A85CD4"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kariyer</w:t>
            </w:r>
          </w:p>
        </w:tc>
        <w:tc>
          <w:tcPr>
            <w:tcW w:w="2880" w:type="dxa"/>
          </w:tcPr>
          <w:p w14:paraId="2AFE0A5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22</w:t>
            </w:r>
          </w:p>
        </w:tc>
      </w:tr>
      <w:tr w:rsidR="00512D8F" w14:paraId="181FEC31"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1C6DC98" w14:textId="77777777" w:rsidR="00512D8F" w:rsidRDefault="00512D8F" w:rsidP="00354607">
            <w:r>
              <w:t>6</w:t>
            </w:r>
          </w:p>
        </w:tc>
        <w:tc>
          <w:tcPr>
            <w:tcW w:w="2880" w:type="dxa"/>
          </w:tcPr>
          <w:p w14:paraId="4509589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bölüm</w:t>
            </w:r>
          </w:p>
        </w:tc>
        <w:tc>
          <w:tcPr>
            <w:tcW w:w="2880" w:type="dxa"/>
          </w:tcPr>
          <w:p w14:paraId="129924A8"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21</w:t>
            </w:r>
          </w:p>
        </w:tc>
      </w:tr>
      <w:tr w:rsidR="00512D8F" w14:paraId="4F4DD8DF"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BB4DF42" w14:textId="77777777" w:rsidR="00512D8F" w:rsidRDefault="00512D8F" w:rsidP="00354607">
            <w:r>
              <w:t>7</w:t>
            </w:r>
          </w:p>
        </w:tc>
        <w:tc>
          <w:tcPr>
            <w:tcW w:w="2880" w:type="dxa"/>
          </w:tcPr>
          <w:p w14:paraId="04E5971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akademik</w:t>
            </w:r>
          </w:p>
        </w:tc>
        <w:tc>
          <w:tcPr>
            <w:tcW w:w="2880" w:type="dxa"/>
          </w:tcPr>
          <w:p w14:paraId="76E1CBA1"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19</w:t>
            </w:r>
          </w:p>
        </w:tc>
      </w:tr>
      <w:tr w:rsidR="00512D8F" w14:paraId="3F61565D"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885C6BD" w14:textId="77777777" w:rsidR="00512D8F" w:rsidRDefault="00512D8F" w:rsidP="00354607">
            <w:r>
              <w:t>8</w:t>
            </w:r>
          </w:p>
        </w:tc>
        <w:tc>
          <w:tcPr>
            <w:tcW w:w="2880" w:type="dxa"/>
          </w:tcPr>
          <w:p w14:paraId="3F2637C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çalışma</w:t>
            </w:r>
          </w:p>
        </w:tc>
        <w:tc>
          <w:tcPr>
            <w:tcW w:w="2880" w:type="dxa"/>
          </w:tcPr>
          <w:p w14:paraId="38375FC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19</w:t>
            </w:r>
          </w:p>
        </w:tc>
      </w:tr>
      <w:tr w:rsidR="00512D8F" w14:paraId="1E11A0F4"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43B132B" w14:textId="77777777" w:rsidR="00512D8F" w:rsidRDefault="00512D8F" w:rsidP="00354607">
            <w:r>
              <w:t>9</w:t>
            </w:r>
          </w:p>
        </w:tc>
        <w:tc>
          <w:tcPr>
            <w:tcW w:w="2880" w:type="dxa"/>
          </w:tcPr>
          <w:p w14:paraId="395B02E2"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lisans</w:t>
            </w:r>
          </w:p>
        </w:tc>
        <w:tc>
          <w:tcPr>
            <w:tcW w:w="2880" w:type="dxa"/>
          </w:tcPr>
          <w:p w14:paraId="738A5CA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18</w:t>
            </w:r>
          </w:p>
        </w:tc>
      </w:tr>
      <w:tr w:rsidR="00512D8F" w14:paraId="5828D418"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558774D" w14:textId="77777777" w:rsidR="00512D8F" w:rsidRDefault="00512D8F" w:rsidP="00354607">
            <w:r>
              <w:t>10</w:t>
            </w:r>
          </w:p>
        </w:tc>
        <w:tc>
          <w:tcPr>
            <w:tcW w:w="2880" w:type="dxa"/>
          </w:tcPr>
          <w:p w14:paraId="4DE58376"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staj</w:t>
            </w:r>
          </w:p>
        </w:tc>
        <w:tc>
          <w:tcPr>
            <w:tcW w:w="2880" w:type="dxa"/>
          </w:tcPr>
          <w:p w14:paraId="78F1326F"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18</w:t>
            </w:r>
          </w:p>
        </w:tc>
      </w:tr>
      <w:tr w:rsidR="00512D8F" w14:paraId="1DC2922F"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15D7BA7" w14:textId="77777777" w:rsidR="00512D8F" w:rsidRDefault="00512D8F" w:rsidP="00354607">
            <w:r>
              <w:t>11</w:t>
            </w:r>
          </w:p>
        </w:tc>
        <w:tc>
          <w:tcPr>
            <w:tcW w:w="2880" w:type="dxa"/>
          </w:tcPr>
          <w:p w14:paraId="6A5D94D3"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uygulama</w:t>
            </w:r>
          </w:p>
        </w:tc>
        <w:tc>
          <w:tcPr>
            <w:tcW w:w="2880" w:type="dxa"/>
          </w:tcPr>
          <w:p w14:paraId="232356B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18</w:t>
            </w:r>
          </w:p>
        </w:tc>
      </w:tr>
      <w:tr w:rsidR="00512D8F" w14:paraId="5CDAF6E8"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C6ED789" w14:textId="77777777" w:rsidR="00512D8F" w:rsidRDefault="00512D8F" w:rsidP="00354607">
            <w:r>
              <w:t>12</w:t>
            </w:r>
          </w:p>
        </w:tc>
        <w:tc>
          <w:tcPr>
            <w:tcW w:w="2880" w:type="dxa"/>
          </w:tcPr>
          <w:p w14:paraId="534F8107"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kendimi</w:t>
            </w:r>
          </w:p>
        </w:tc>
        <w:tc>
          <w:tcPr>
            <w:tcW w:w="2880" w:type="dxa"/>
          </w:tcPr>
          <w:p w14:paraId="2C15D6B7"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18</w:t>
            </w:r>
          </w:p>
        </w:tc>
      </w:tr>
      <w:tr w:rsidR="00512D8F" w14:paraId="4EA93C98"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73F069C" w14:textId="77777777" w:rsidR="00512D8F" w:rsidRDefault="00512D8F" w:rsidP="00354607">
            <w:r>
              <w:t>13</w:t>
            </w:r>
          </w:p>
        </w:tc>
        <w:tc>
          <w:tcPr>
            <w:tcW w:w="2880" w:type="dxa"/>
          </w:tcPr>
          <w:p w14:paraId="27ED70D4"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yeterli</w:t>
            </w:r>
          </w:p>
        </w:tc>
        <w:tc>
          <w:tcPr>
            <w:tcW w:w="2880" w:type="dxa"/>
          </w:tcPr>
          <w:p w14:paraId="5B0E4CE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18</w:t>
            </w:r>
          </w:p>
        </w:tc>
      </w:tr>
      <w:tr w:rsidR="00512D8F" w14:paraId="04FAFE30"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D8664AA" w14:textId="77777777" w:rsidR="00512D8F" w:rsidRDefault="00512D8F" w:rsidP="00354607">
            <w:r>
              <w:t>14</w:t>
            </w:r>
          </w:p>
        </w:tc>
        <w:tc>
          <w:tcPr>
            <w:tcW w:w="2880" w:type="dxa"/>
          </w:tcPr>
          <w:p w14:paraId="37D0B89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hayatımda</w:t>
            </w:r>
          </w:p>
        </w:tc>
        <w:tc>
          <w:tcPr>
            <w:tcW w:w="2880" w:type="dxa"/>
          </w:tcPr>
          <w:p w14:paraId="5D46ECE5"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18</w:t>
            </w:r>
          </w:p>
        </w:tc>
      </w:tr>
      <w:tr w:rsidR="00512D8F" w14:paraId="49431940"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BF6279E" w14:textId="77777777" w:rsidR="00512D8F" w:rsidRDefault="00512D8F" w:rsidP="00354607">
            <w:r>
              <w:t>15</w:t>
            </w:r>
          </w:p>
        </w:tc>
        <w:tc>
          <w:tcPr>
            <w:tcW w:w="2880" w:type="dxa"/>
          </w:tcPr>
          <w:p w14:paraId="1D5AAA5F"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diploma</w:t>
            </w:r>
          </w:p>
        </w:tc>
        <w:tc>
          <w:tcPr>
            <w:tcW w:w="2880" w:type="dxa"/>
          </w:tcPr>
          <w:p w14:paraId="3A46CD6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16</w:t>
            </w:r>
          </w:p>
        </w:tc>
      </w:tr>
      <w:tr w:rsidR="00512D8F" w14:paraId="74AE300E"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E2C7981" w14:textId="77777777" w:rsidR="00512D8F" w:rsidRDefault="00512D8F" w:rsidP="00354607">
            <w:r>
              <w:t>16</w:t>
            </w:r>
          </w:p>
        </w:tc>
        <w:tc>
          <w:tcPr>
            <w:tcW w:w="2880" w:type="dxa"/>
          </w:tcPr>
          <w:p w14:paraId="7B3E07C0"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işe</w:t>
            </w:r>
          </w:p>
        </w:tc>
        <w:tc>
          <w:tcPr>
            <w:tcW w:w="2880" w:type="dxa"/>
          </w:tcPr>
          <w:p w14:paraId="15BC524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16</w:t>
            </w:r>
          </w:p>
        </w:tc>
      </w:tr>
      <w:tr w:rsidR="00512D8F" w14:paraId="5FCFA294"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976925A" w14:textId="77777777" w:rsidR="00512D8F" w:rsidRDefault="00512D8F" w:rsidP="00354607">
            <w:r>
              <w:t>17</w:t>
            </w:r>
          </w:p>
        </w:tc>
        <w:tc>
          <w:tcPr>
            <w:tcW w:w="2880" w:type="dxa"/>
          </w:tcPr>
          <w:p w14:paraId="34D97DE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yardımcı</w:t>
            </w:r>
          </w:p>
        </w:tc>
        <w:tc>
          <w:tcPr>
            <w:tcW w:w="2880" w:type="dxa"/>
          </w:tcPr>
          <w:p w14:paraId="16C006C0"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16</w:t>
            </w:r>
          </w:p>
        </w:tc>
      </w:tr>
      <w:tr w:rsidR="00512D8F" w14:paraId="3E70022C"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B9CF5C3" w14:textId="77777777" w:rsidR="00512D8F" w:rsidRDefault="00512D8F" w:rsidP="00354607">
            <w:r>
              <w:lastRenderedPageBreak/>
              <w:t>18</w:t>
            </w:r>
          </w:p>
        </w:tc>
        <w:tc>
          <w:tcPr>
            <w:tcW w:w="2880" w:type="dxa"/>
          </w:tcPr>
          <w:p w14:paraId="0F8D063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okuduğum</w:t>
            </w:r>
          </w:p>
        </w:tc>
        <w:tc>
          <w:tcPr>
            <w:tcW w:w="2880" w:type="dxa"/>
          </w:tcPr>
          <w:p w14:paraId="3033632A"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15</w:t>
            </w:r>
          </w:p>
        </w:tc>
      </w:tr>
      <w:tr w:rsidR="00512D8F" w14:paraId="27663870"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A102980" w14:textId="77777777" w:rsidR="00512D8F" w:rsidRDefault="00512D8F" w:rsidP="00354607">
            <w:r>
              <w:t>19</w:t>
            </w:r>
          </w:p>
        </w:tc>
        <w:tc>
          <w:tcPr>
            <w:tcW w:w="2880" w:type="dxa"/>
          </w:tcPr>
          <w:p w14:paraId="0914F35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hocalarım</w:t>
            </w:r>
          </w:p>
        </w:tc>
        <w:tc>
          <w:tcPr>
            <w:tcW w:w="2880" w:type="dxa"/>
          </w:tcPr>
          <w:p w14:paraId="03C7E9EF"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15</w:t>
            </w:r>
          </w:p>
        </w:tc>
      </w:tr>
      <w:tr w:rsidR="00512D8F" w14:paraId="2863F21A"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78FE686" w14:textId="77777777" w:rsidR="00512D8F" w:rsidRDefault="00512D8F" w:rsidP="00354607">
            <w:r>
              <w:t>20</w:t>
            </w:r>
          </w:p>
        </w:tc>
        <w:tc>
          <w:tcPr>
            <w:tcW w:w="2880" w:type="dxa"/>
          </w:tcPr>
          <w:p w14:paraId="068B6140"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alanında</w:t>
            </w:r>
          </w:p>
        </w:tc>
        <w:tc>
          <w:tcPr>
            <w:tcW w:w="2880" w:type="dxa"/>
          </w:tcPr>
          <w:p w14:paraId="2C1E7B10"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14</w:t>
            </w:r>
          </w:p>
        </w:tc>
      </w:tr>
    </w:tbl>
    <w:p w14:paraId="1D4B8865" w14:textId="77777777" w:rsidR="00512D8F" w:rsidRDefault="00512D8F" w:rsidP="00512D8F">
      <w:r>
        <w:br w:type="page"/>
      </w:r>
    </w:p>
    <w:p w14:paraId="75BC3FF6" w14:textId="112C143B" w:rsidR="00512D8F" w:rsidRDefault="008D4C35" w:rsidP="00512D8F">
      <w:pPr>
        <w:pStyle w:val="Balk1"/>
      </w:pPr>
      <w:r>
        <w:lastRenderedPageBreak/>
        <w:t>17</w:t>
      </w:r>
      <w:r w:rsidR="00512D8F">
        <w:t>. KARŞILAŞILAN ZORLUKLAR ANALİZİ</w:t>
      </w:r>
    </w:p>
    <w:p w14:paraId="51EEC630" w14:textId="77777777" w:rsidR="00512D8F" w:rsidRDefault="00512D8F" w:rsidP="00512D8F">
      <w:pPr>
        <w:pStyle w:val="Balk2"/>
      </w:pPr>
      <w:r>
        <w:t>Soru: Üniversite eğitiminiz sırasında karşılaştığınız en büyük zorluklar nelerdir?</w:t>
      </w:r>
    </w:p>
    <w:p w14:paraId="50360929" w14:textId="778CEC0C" w:rsidR="00512D8F" w:rsidRDefault="008D4C35" w:rsidP="00512D8F">
      <w:pPr>
        <w:pStyle w:val="Balk3"/>
      </w:pPr>
      <w:r>
        <w:t>17</w:t>
      </w:r>
      <w:r w:rsidR="00512D8F">
        <w:t>.1. Genel İstatistikler</w:t>
      </w:r>
    </w:p>
    <w:p w14:paraId="440A4F0C" w14:textId="77777777" w:rsidR="00512D8F" w:rsidRDefault="00512D8F" w:rsidP="00512D8F">
      <w:r>
        <w:rPr>
          <w:b/>
        </w:rPr>
        <w:t xml:space="preserve">Toplam Yanıt Sayısı: </w:t>
      </w:r>
      <w:r>
        <w:t>2058</w:t>
      </w:r>
      <w:r>
        <w:br/>
      </w:r>
      <w:r>
        <w:rPr>
          <w:b/>
        </w:rPr>
        <w:t xml:space="preserve">Toplam Kelime Sayısı (filtrelenmiş): </w:t>
      </w:r>
      <w:r>
        <w:t>4055</w:t>
      </w:r>
      <w:r>
        <w:br/>
      </w:r>
      <w:r>
        <w:rPr>
          <w:b/>
        </w:rPr>
        <w:t xml:space="preserve">Benzersiz Kelime Sayısı: </w:t>
      </w:r>
      <w:r>
        <w:t>2334</w:t>
      </w:r>
    </w:p>
    <w:p w14:paraId="5A876170" w14:textId="320B5301" w:rsidR="00512D8F" w:rsidRDefault="008D4C35" w:rsidP="00512D8F">
      <w:pPr>
        <w:pStyle w:val="Balk3"/>
      </w:pPr>
      <w:r>
        <w:t>17</w:t>
      </w:r>
      <w:r w:rsidR="00512D8F">
        <w:t>.2. Kelime Bulutu</w:t>
      </w:r>
    </w:p>
    <w:p w14:paraId="16B1FCFA" w14:textId="77777777" w:rsidR="00512D8F" w:rsidRDefault="00512D8F" w:rsidP="00512D8F"/>
    <w:p w14:paraId="4542BCE4" w14:textId="77777777" w:rsidR="00512D8F" w:rsidRDefault="00512D8F" w:rsidP="00512D8F">
      <w:pPr>
        <w:jc w:val="center"/>
      </w:pPr>
      <w:r>
        <w:rPr>
          <w:noProof/>
        </w:rPr>
        <w:drawing>
          <wp:inline distT="0" distB="0" distL="0" distR="0" wp14:anchorId="5B32E22A" wp14:editId="32398231">
            <wp:extent cx="5943600" cy="3212610"/>
            <wp:effectExtent l="0" t="0" r="0" b="0"/>
            <wp:docPr id="515673196" name="Picture 3" descr="metin, yazı tipi, tipografi, sayı, numara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673196" name="Picture 3" descr="metin, yazı tipi, tipografi, sayı, numara içeren bir resim&#10;&#10;Yapay zeka tarafından oluşturulmuş içerik yanlış olabilir."/>
                    <pic:cNvPicPr/>
                  </pic:nvPicPr>
                  <pic:blipFill>
                    <a:blip r:embed="rId29"/>
                    <a:stretch>
                      <a:fillRect/>
                    </a:stretch>
                  </pic:blipFill>
                  <pic:spPr>
                    <a:xfrm>
                      <a:off x="0" y="0"/>
                      <a:ext cx="5943600" cy="3212610"/>
                    </a:xfrm>
                    <a:prstGeom prst="rect">
                      <a:avLst/>
                    </a:prstGeom>
                  </pic:spPr>
                </pic:pic>
              </a:graphicData>
            </a:graphic>
          </wp:inline>
        </w:drawing>
      </w:r>
    </w:p>
    <w:p w14:paraId="2C5547E7" w14:textId="77777777" w:rsidR="00512D8F" w:rsidRDefault="00512D8F" w:rsidP="00512D8F">
      <w:r>
        <w:br w:type="page"/>
      </w:r>
    </w:p>
    <w:p w14:paraId="5EB430EC" w14:textId="44A9ED31" w:rsidR="00512D8F" w:rsidRDefault="008D4C35" w:rsidP="00512D8F">
      <w:pPr>
        <w:pStyle w:val="Balk3"/>
      </w:pPr>
      <w:r>
        <w:lastRenderedPageBreak/>
        <w:t>17</w:t>
      </w:r>
      <w:r w:rsidR="00512D8F">
        <w:t>.3. En Çok Kullanılan Kelimeler</w:t>
      </w:r>
    </w:p>
    <w:p w14:paraId="41C5BCEE" w14:textId="77777777" w:rsidR="00512D8F" w:rsidRDefault="00512D8F" w:rsidP="00512D8F"/>
    <w:p w14:paraId="59EDBF37" w14:textId="77777777" w:rsidR="00512D8F" w:rsidRDefault="00512D8F" w:rsidP="00512D8F">
      <w:pPr>
        <w:jc w:val="center"/>
      </w:pPr>
      <w:r>
        <w:rPr>
          <w:noProof/>
        </w:rPr>
        <w:drawing>
          <wp:inline distT="0" distB="0" distL="0" distR="0" wp14:anchorId="120E56BB" wp14:editId="63445948">
            <wp:extent cx="5943600" cy="3940195"/>
            <wp:effectExtent l="0" t="0" r="0" b="0"/>
            <wp:docPr id="883056848" name="Picture 4" descr="metin, ekran görüntüsü, diyagram, öykü gelişim çizgisi; kumpas; grafiğini çıkarma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056848" name="Picture 4" descr="metin, ekran görüntüsü, diyagram, öykü gelişim çizgisi; kumpas; grafiğini çıkarma içeren bir resim&#10;&#10;Yapay zeka tarafından oluşturulmuş içerik yanlış olabilir."/>
                    <pic:cNvPicPr/>
                  </pic:nvPicPr>
                  <pic:blipFill>
                    <a:blip r:embed="rId30"/>
                    <a:stretch>
                      <a:fillRect/>
                    </a:stretch>
                  </pic:blipFill>
                  <pic:spPr>
                    <a:xfrm>
                      <a:off x="0" y="0"/>
                      <a:ext cx="5943600" cy="3940195"/>
                    </a:xfrm>
                    <a:prstGeom prst="rect">
                      <a:avLst/>
                    </a:prstGeom>
                  </pic:spPr>
                </pic:pic>
              </a:graphicData>
            </a:graphic>
          </wp:inline>
        </w:drawing>
      </w:r>
    </w:p>
    <w:p w14:paraId="10CD8922" w14:textId="791D966A" w:rsidR="00512D8F" w:rsidRDefault="008D4C35" w:rsidP="00512D8F">
      <w:pPr>
        <w:pStyle w:val="Balk3"/>
      </w:pPr>
      <w:r>
        <w:t>17</w:t>
      </w:r>
      <w:r w:rsidR="00512D8F">
        <w:t>.4. Kelime Sıklık Tablosu</w:t>
      </w:r>
    </w:p>
    <w:tbl>
      <w:tblPr>
        <w:tblStyle w:val="AkKlavuz-Vurgu1"/>
        <w:tblW w:w="0" w:type="auto"/>
        <w:tblLook w:val="04A0" w:firstRow="1" w:lastRow="0" w:firstColumn="1" w:lastColumn="0" w:noHBand="0" w:noVBand="1"/>
      </w:tblPr>
      <w:tblGrid>
        <w:gridCol w:w="2872"/>
        <w:gridCol w:w="2874"/>
        <w:gridCol w:w="2874"/>
      </w:tblGrid>
      <w:tr w:rsidR="00512D8F" w14:paraId="69C0C19E" w14:textId="77777777" w:rsidTr="003546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812A343" w14:textId="77777777" w:rsidR="00512D8F" w:rsidRDefault="00512D8F" w:rsidP="00354607">
            <w:r>
              <w:t>Sıra</w:t>
            </w:r>
          </w:p>
        </w:tc>
        <w:tc>
          <w:tcPr>
            <w:tcW w:w="2880" w:type="dxa"/>
          </w:tcPr>
          <w:p w14:paraId="3E0E06E0"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Kelime</w:t>
            </w:r>
          </w:p>
        </w:tc>
        <w:tc>
          <w:tcPr>
            <w:tcW w:w="2880" w:type="dxa"/>
          </w:tcPr>
          <w:p w14:paraId="3B2A886E"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Kullanım Sayısı</w:t>
            </w:r>
          </w:p>
        </w:tc>
      </w:tr>
      <w:tr w:rsidR="00512D8F" w14:paraId="2D37A5E2"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2D0CC8D" w14:textId="77777777" w:rsidR="00512D8F" w:rsidRDefault="00512D8F" w:rsidP="00354607">
            <w:r>
              <w:t>1</w:t>
            </w:r>
          </w:p>
        </w:tc>
        <w:tc>
          <w:tcPr>
            <w:tcW w:w="2880" w:type="dxa"/>
          </w:tcPr>
          <w:p w14:paraId="3F440441"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ulaşım</w:t>
            </w:r>
          </w:p>
        </w:tc>
        <w:tc>
          <w:tcPr>
            <w:tcW w:w="2880" w:type="dxa"/>
          </w:tcPr>
          <w:p w14:paraId="2F6412F2"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97</w:t>
            </w:r>
          </w:p>
        </w:tc>
      </w:tr>
      <w:tr w:rsidR="00512D8F" w14:paraId="3A2DE20A"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AE38C05" w14:textId="77777777" w:rsidR="00512D8F" w:rsidRDefault="00512D8F" w:rsidP="00354607">
            <w:r>
              <w:t>2</w:t>
            </w:r>
          </w:p>
        </w:tc>
        <w:tc>
          <w:tcPr>
            <w:tcW w:w="2880" w:type="dxa"/>
          </w:tcPr>
          <w:p w14:paraId="167F6925"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zorluk</w:t>
            </w:r>
          </w:p>
        </w:tc>
        <w:tc>
          <w:tcPr>
            <w:tcW w:w="2880" w:type="dxa"/>
          </w:tcPr>
          <w:p w14:paraId="30F1754D"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47</w:t>
            </w:r>
          </w:p>
        </w:tc>
      </w:tr>
      <w:tr w:rsidR="00512D8F" w14:paraId="239CABDC"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D457606" w14:textId="77777777" w:rsidR="00512D8F" w:rsidRDefault="00512D8F" w:rsidP="00354607">
            <w:r>
              <w:t>3</w:t>
            </w:r>
          </w:p>
        </w:tc>
        <w:tc>
          <w:tcPr>
            <w:tcW w:w="2880" w:type="dxa"/>
          </w:tcPr>
          <w:p w14:paraId="3CCD763B"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eğitim</w:t>
            </w:r>
          </w:p>
        </w:tc>
        <w:tc>
          <w:tcPr>
            <w:tcW w:w="2880" w:type="dxa"/>
          </w:tcPr>
          <w:p w14:paraId="313D9C2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44</w:t>
            </w:r>
          </w:p>
        </w:tc>
      </w:tr>
      <w:tr w:rsidR="00512D8F" w14:paraId="74D9F4CA"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C79DE07" w14:textId="77777777" w:rsidR="00512D8F" w:rsidRDefault="00512D8F" w:rsidP="00354607">
            <w:r>
              <w:t>4</w:t>
            </w:r>
          </w:p>
        </w:tc>
        <w:tc>
          <w:tcPr>
            <w:tcW w:w="2880" w:type="dxa"/>
          </w:tcPr>
          <w:p w14:paraId="7A479AD7"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sosyal</w:t>
            </w:r>
          </w:p>
        </w:tc>
        <w:tc>
          <w:tcPr>
            <w:tcW w:w="2880" w:type="dxa"/>
          </w:tcPr>
          <w:p w14:paraId="280C2451"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37</w:t>
            </w:r>
          </w:p>
        </w:tc>
      </w:tr>
      <w:tr w:rsidR="00512D8F" w14:paraId="739BE6C6"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890E084" w14:textId="77777777" w:rsidR="00512D8F" w:rsidRDefault="00512D8F" w:rsidP="00354607">
            <w:r>
              <w:t>5</w:t>
            </w:r>
          </w:p>
        </w:tc>
        <w:tc>
          <w:tcPr>
            <w:tcW w:w="2880" w:type="dxa"/>
          </w:tcPr>
          <w:p w14:paraId="190220F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yetersiz</w:t>
            </w:r>
          </w:p>
        </w:tc>
        <w:tc>
          <w:tcPr>
            <w:tcW w:w="2880" w:type="dxa"/>
          </w:tcPr>
          <w:p w14:paraId="01B7649F"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33</w:t>
            </w:r>
          </w:p>
        </w:tc>
      </w:tr>
      <w:tr w:rsidR="00512D8F" w14:paraId="1F60CBA7"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EF130EB" w14:textId="77777777" w:rsidR="00512D8F" w:rsidRDefault="00512D8F" w:rsidP="00354607">
            <w:r>
              <w:t>6</w:t>
            </w:r>
          </w:p>
        </w:tc>
        <w:tc>
          <w:tcPr>
            <w:tcW w:w="2880" w:type="dxa"/>
          </w:tcPr>
          <w:p w14:paraId="45EE830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hocaların</w:t>
            </w:r>
          </w:p>
        </w:tc>
        <w:tc>
          <w:tcPr>
            <w:tcW w:w="2880" w:type="dxa"/>
          </w:tcPr>
          <w:p w14:paraId="6A24C32F"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29</w:t>
            </w:r>
          </w:p>
        </w:tc>
      </w:tr>
      <w:tr w:rsidR="00512D8F" w14:paraId="7C198A39"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F717685" w14:textId="77777777" w:rsidR="00512D8F" w:rsidRDefault="00512D8F" w:rsidP="00354607">
            <w:r>
              <w:t>7</w:t>
            </w:r>
          </w:p>
        </w:tc>
        <w:tc>
          <w:tcPr>
            <w:tcW w:w="2880" w:type="dxa"/>
          </w:tcPr>
          <w:p w14:paraId="1EDCB6A4"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staj</w:t>
            </w:r>
          </w:p>
        </w:tc>
        <w:tc>
          <w:tcPr>
            <w:tcW w:w="2880" w:type="dxa"/>
          </w:tcPr>
          <w:p w14:paraId="145781C1"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24</w:t>
            </w:r>
          </w:p>
        </w:tc>
      </w:tr>
      <w:tr w:rsidR="00512D8F" w14:paraId="6EFFC400"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AD8A6FD" w14:textId="77777777" w:rsidR="00512D8F" w:rsidRDefault="00512D8F" w:rsidP="00354607">
            <w:r>
              <w:t>8</w:t>
            </w:r>
          </w:p>
        </w:tc>
        <w:tc>
          <w:tcPr>
            <w:tcW w:w="2880" w:type="dxa"/>
          </w:tcPr>
          <w:p w14:paraId="648B2288"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yeterli</w:t>
            </w:r>
          </w:p>
        </w:tc>
        <w:tc>
          <w:tcPr>
            <w:tcW w:w="2880" w:type="dxa"/>
          </w:tcPr>
          <w:p w14:paraId="48B8A787"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22</w:t>
            </w:r>
          </w:p>
        </w:tc>
      </w:tr>
      <w:tr w:rsidR="00512D8F" w14:paraId="1D689365"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50F2BA9" w14:textId="77777777" w:rsidR="00512D8F" w:rsidRDefault="00512D8F" w:rsidP="00354607">
            <w:r>
              <w:t>9</w:t>
            </w:r>
          </w:p>
        </w:tc>
        <w:tc>
          <w:tcPr>
            <w:tcW w:w="2880" w:type="dxa"/>
          </w:tcPr>
          <w:p w14:paraId="120ACF62"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yetersizliği</w:t>
            </w:r>
          </w:p>
        </w:tc>
        <w:tc>
          <w:tcPr>
            <w:tcW w:w="2880" w:type="dxa"/>
          </w:tcPr>
          <w:p w14:paraId="43C2A60A"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21</w:t>
            </w:r>
          </w:p>
        </w:tc>
      </w:tr>
      <w:tr w:rsidR="00512D8F" w14:paraId="51654097"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FEB414A" w14:textId="77777777" w:rsidR="00512D8F" w:rsidRDefault="00512D8F" w:rsidP="00354607">
            <w:r>
              <w:t>10</w:t>
            </w:r>
          </w:p>
        </w:tc>
        <w:tc>
          <w:tcPr>
            <w:tcW w:w="2880" w:type="dxa"/>
          </w:tcPr>
          <w:p w14:paraId="0F34852F"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hocalar</w:t>
            </w:r>
          </w:p>
        </w:tc>
        <w:tc>
          <w:tcPr>
            <w:tcW w:w="2880" w:type="dxa"/>
          </w:tcPr>
          <w:p w14:paraId="6CE6129F"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18</w:t>
            </w:r>
          </w:p>
        </w:tc>
      </w:tr>
      <w:tr w:rsidR="00512D8F" w14:paraId="1C46EDE9"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46BD12D" w14:textId="77777777" w:rsidR="00512D8F" w:rsidRDefault="00512D8F" w:rsidP="00354607">
            <w:r>
              <w:t>11</w:t>
            </w:r>
          </w:p>
        </w:tc>
        <w:tc>
          <w:tcPr>
            <w:tcW w:w="2880" w:type="dxa"/>
          </w:tcPr>
          <w:p w14:paraId="2744698A"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öğretim</w:t>
            </w:r>
          </w:p>
        </w:tc>
        <w:tc>
          <w:tcPr>
            <w:tcW w:w="2880" w:type="dxa"/>
          </w:tcPr>
          <w:p w14:paraId="0691A3D6"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18</w:t>
            </w:r>
          </w:p>
        </w:tc>
      </w:tr>
      <w:tr w:rsidR="00512D8F" w14:paraId="36C21104"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821BAB7" w14:textId="77777777" w:rsidR="00512D8F" w:rsidRDefault="00512D8F" w:rsidP="00354607">
            <w:r>
              <w:t>12</w:t>
            </w:r>
          </w:p>
        </w:tc>
        <w:tc>
          <w:tcPr>
            <w:tcW w:w="2880" w:type="dxa"/>
          </w:tcPr>
          <w:p w14:paraId="7104EBB9"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pandemi</w:t>
            </w:r>
          </w:p>
        </w:tc>
        <w:tc>
          <w:tcPr>
            <w:tcW w:w="2880" w:type="dxa"/>
          </w:tcPr>
          <w:p w14:paraId="64D411F7"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18</w:t>
            </w:r>
          </w:p>
        </w:tc>
      </w:tr>
      <w:tr w:rsidR="00512D8F" w14:paraId="6C4807A0"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E138997" w14:textId="77777777" w:rsidR="00512D8F" w:rsidRDefault="00512D8F" w:rsidP="00354607">
            <w:r>
              <w:t>13</w:t>
            </w:r>
          </w:p>
        </w:tc>
        <w:tc>
          <w:tcPr>
            <w:tcW w:w="2880" w:type="dxa"/>
          </w:tcPr>
          <w:p w14:paraId="5E92361A"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bilgi</w:t>
            </w:r>
          </w:p>
        </w:tc>
        <w:tc>
          <w:tcPr>
            <w:tcW w:w="2880" w:type="dxa"/>
          </w:tcPr>
          <w:p w14:paraId="2A3271E4"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17</w:t>
            </w:r>
          </w:p>
        </w:tc>
      </w:tr>
      <w:tr w:rsidR="00512D8F" w14:paraId="20F5CCDC"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2597020" w14:textId="77777777" w:rsidR="00512D8F" w:rsidRDefault="00512D8F" w:rsidP="00354607">
            <w:r>
              <w:t>14</w:t>
            </w:r>
          </w:p>
        </w:tc>
        <w:tc>
          <w:tcPr>
            <w:tcW w:w="2880" w:type="dxa"/>
          </w:tcPr>
          <w:p w14:paraId="5C2F3DC9"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akademik</w:t>
            </w:r>
          </w:p>
        </w:tc>
        <w:tc>
          <w:tcPr>
            <w:tcW w:w="2880" w:type="dxa"/>
          </w:tcPr>
          <w:p w14:paraId="1B6230C6"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16</w:t>
            </w:r>
          </w:p>
        </w:tc>
      </w:tr>
      <w:tr w:rsidR="00512D8F" w14:paraId="6F18E00E"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0C0DEDA" w14:textId="77777777" w:rsidR="00512D8F" w:rsidRDefault="00512D8F" w:rsidP="00354607">
            <w:r>
              <w:t>15</w:t>
            </w:r>
          </w:p>
        </w:tc>
        <w:tc>
          <w:tcPr>
            <w:tcW w:w="2880" w:type="dxa"/>
          </w:tcPr>
          <w:p w14:paraId="52321D3F"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yaşamadım</w:t>
            </w:r>
          </w:p>
        </w:tc>
        <w:tc>
          <w:tcPr>
            <w:tcW w:w="2880" w:type="dxa"/>
          </w:tcPr>
          <w:p w14:paraId="6798E1BC"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15</w:t>
            </w:r>
          </w:p>
        </w:tc>
      </w:tr>
      <w:tr w:rsidR="00512D8F" w14:paraId="06736FB5"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8587578" w14:textId="77777777" w:rsidR="00512D8F" w:rsidRDefault="00512D8F" w:rsidP="00354607">
            <w:r>
              <w:t>16</w:t>
            </w:r>
          </w:p>
        </w:tc>
        <w:tc>
          <w:tcPr>
            <w:tcW w:w="2880" w:type="dxa"/>
          </w:tcPr>
          <w:p w14:paraId="649F4426"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yurt</w:t>
            </w:r>
          </w:p>
        </w:tc>
        <w:tc>
          <w:tcPr>
            <w:tcW w:w="2880" w:type="dxa"/>
          </w:tcPr>
          <w:p w14:paraId="4D06518D"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15</w:t>
            </w:r>
          </w:p>
        </w:tc>
      </w:tr>
      <w:tr w:rsidR="00512D8F" w14:paraId="0180838D"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591324C" w14:textId="77777777" w:rsidR="00512D8F" w:rsidRDefault="00512D8F" w:rsidP="00354607">
            <w:r>
              <w:t>17</w:t>
            </w:r>
          </w:p>
        </w:tc>
        <w:tc>
          <w:tcPr>
            <w:tcW w:w="2880" w:type="dxa"/>
          </w:tcPr>
          <w:p w14:paraId="7E43424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zorlukla</w:t>
            </w:r>
          </w:p>
        </w:tc>
        <w:tc>
          <w:tcPr>
            <w:tcW w:w="2880" w:type="dxa"/>
          </w:tcPr>
          <w:p w14:paraId="7552B89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15</w:t>
            </w:r>
          </w:p>
        </w:tc>
      </w:tr>
      <w:tr w:rsidR="00512D8F" w14:paraId="41461105"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A437417" w14:textId="77777777" w:rsidR="00512D8F" w:rsidRDefault="00512D8F" w:rsidP="00354607">
            <w:r>
              <w:lastRenderedPageBreak/>
              <w:t>18</w:t>
            </w:r>
          </w:p>
        </w:tc>
        <w:tc>
          <w:tcPr>
            <w:tcW w:w="2880" w:type="dxa"/>
          </w:tcPr>
          <w:p w14:paraId="48C97537"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kampüs</w:t>
            </w:r>
          </w:p>
        </w:tc>
        <w:tc>
          <w:tcPr>
            <w:tcW w:w="2880" w:type="dxa"/>
          </w:tcPr>
          <w:p w14:paraId="73A2A2A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15</w:t>
            </w:r>
          </w:p>
        </w:tc>
      </w:tr>
      <w:tr w:rsidR="00512D8F" w14:paraId="137A345E"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807C382" w14:textId="77777777" w:rsidR="00512D8F" w:rsidRDefault="00512D8F" w:rsidP="00354607">
            <w:r>
              <w:t>19</w:t>
            </w:r>
          </w:p>
        </w:tc>
        <w:tc>
          <w:tcPr>
            <w:tcW w:w="2880" w:type="dxa"/>
          </w:tcPr>
          <w:p w14:paraId="1CE43223"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uygulama</w:t>
            </w:r>
          </w:p>
        </w:tc>
        <w:tc>
          <w:tcPr>
            <w:tcW w:w="2880" w:type="dxa"/>
          </w:tcPr>
          <w:p w14:paraId="79642F5E"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15</w:t>
            </w:r>
          </w:p>
        </w:tc>
      </w:tr>
      <w:tr w:rsidR="00512D8F" w14:paraId="4AE792D2"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237C081" w14:textId="77777777" w:rsidR="00512D8F" w:rsidRDefault="00512D8F" w:rsidP="00354607">
            <w:r>
              <w:t>20</w:t>
            </w:r>
          </w:p>
        </w:tc>
        <w:tc>
          <w:tcPr>
            <w:tcW w:w="2880" w:type="dxa"/>
          </w:tcPr>
          <w:p w14:paraId="3FE10435"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sorunu</w:t>
            </w:r>
          </w:p>
        </w:tc>
        <w:tc>
          <w:tcPr>
            <w:tcW w:w="2880" w:type="dxa"/>
          </w:tcPr>
          <w:p w14:paraId="366B3BF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14</w:t>
            </w:r>
          </w:p>
        </w:tc>
      </w:tr>
    </w:tbl>
    <w:p w14:paraId="30F86F50" w14:textId="77777777" w:rsidR="00512D8F" w:rsidRDefault="00512D8F" w:rsidP="00512D8F">
      <w:r>
        <w:br w:type="page"/>
      </w:r>
    </w:p>
    <w:p w14:paraId="45D30E8D" w14:textId="02640A74" w:rsidR="00512D8F" w:rsidRDefault="008D4C35" w:rsidP="00512D8F">
      <w:pPr>
        <w:pStyle w:val="Balk1"/>
      </w:pPr>
      <w:r>
        <w:lastRenderedPageBreak/>
        <w:t>18</w:t>
      </w:r>
      <w:r w:rsidR="00512D8F">
        <w:t>. GELİŞTİRME ÖNERİLERİ ANALİZİ</w:t>
      </w:r>
    </w:p>
    <w:p w14:paraId="4CE223CB" w14:textId="77777777" w:rsidR="00512D8F" w:rsidRDefault="00512D8F" w:rsidP="00512D8F">
      <w:pPr>
        <w:pStyle w:val="Balk2"/>
      </w:pPr>
      <w:r>
        <w:t>Soru: Üniversite ile ilgili geliştirilmesini önerdiğiniz herhangi bir alan var mı?</w:t>
      </w:r>
    </w:p>
    <w:p w14:paraId="1A840428" w14:textId="2263840C" w:rsidR="00512D8F" w:rsidRDefault="008D4C35" w:rsidP="00512D8F">
      <w:pPr>
        <w:pStyle w:val="Balk3"/>
      </w:pPr>
      <w:r>
        <w:t>18</w:t>
      </w:r>
      <w:r w:rsidR="00512D8F">
        <w:t>.1. Genel İstatistikler</w:t>
      </w:r>
    </w:p>
    <w:p w14:paraId="55A02B1A" w14:textId="77777777" w:rsidR="00512D8F" w:rsidRDefault="00512D8F" w:rsidP="00512D8F">
      <w:r>
        <w:rPr>
          <w:b/>
        </w:rPr>
        <w:t xml:space="preserve">Toplam Yanıt Sayısı: </w:t>
      </w:r>
      <w:r>
        <w:t>2058</w:t>
      </w:r>
      <w:r>
        <w:br/>
      </w:r>
      <w:r>
        <w:rPr>
          <w:b/>
        </w:rPr>
        <w:t xml:space="preserve">Toplam Kelime Sayısı (filtrelenmiş): </w:t>
      </w:r>
      <w:r>
        <w:t>5283</w:t>
      </w:r>
      <w:r>
        <w:br/>
      </w:r>
      <w:r>
        <w:rPr>
          <w:b/>
        </w:rPr>
        <w:t xml:space="preserve">Benzersiz Kelime Sayısı: </w:t>
      </w:r>
      <w:r>
        <w:t>2902</w:t>
      </w:r>
    </w:p>
    <w:p w14:paraId="7CA2639A" w14:textId="5B0D9FA2" w:rsidR="00512D8F" w:rsidRDefault="008D4C35" w:rsidP="00512D8F">
      <w:pPr>
        <w:pStyle w:val="Balk3"/>
      </w:pPr>
      <w:r>
        <w:t>18</w:t>
      </w:r>
      <w:r w:rsidR="00512D8F">
        <w:t>.2. Kelime Bulutu</w:t>
      </w:r>
    </w:p>
    <w:p w14:paraId="7CD3FF01" w14:textId="77777777" w:rsidR="00512D8F" w:rsidRDefault="00512D8F" w:rsidP="00512D8F"/>
    <w:p w14:paraId="6BEAD780" w14:textId="77777777" w:rsidR="00512D8F" w:rsidRDefault="00512D8F" w:rsidP="00512D8F">
      <w:pPr>
        <w:jc w:val="center"/>
      </w:pPr>
      <w:r>
        <w:rPr>
          <w:noProof/>
        </w:rPr>
        <w:drawing>
          <wp:inline distT="0" distB="0" distL="0" distR="0" wp14:anchorId="73C0CA6C" wp14:editId="502203EF">
            <wp:extent cx="5943600" cy="3230663"/>
            <wp:effectExtent l="0" t="0" r="0" b="0"/>
            <wp:docPr id="578846522" name="Picture 5" descr="metin, yazı tipi, tipografi, grafik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846522" name="Picture 5" descr="metin, yazı tipi, tipografi, grafik içeren bir resim&#10;&#10;Yapay zeka tarafından oluşturulmuş içerik yanlış olabilir."/>
                    <pic:cNvPicPr/>
                  </pic:nvPicPr>
                  <pic:blipFill>
                    <a:blip r:embed="rId31"/>
                    <a:stretch>
                      <a:fillRect/>
                    </a:stretch>
                  </pic:blipFill>
                  <pic:spPr>
                    <a:xfrm>
                      <a:off x="0" y="0"/>
                      <a:ext cx="5943600" cy="3230663"/>
                    </a:xfrm>
                    <a:prstGeom prst="rect">
                      <a:avLst/>
                    </a:prstGeom>
                  </pic:spPr>
                </pic:pic>
              </a:graphicData>
            </a:graphic>
          </wp:inline>
        </w:drawing>
      </w:r>
    </w:p>
    <w:p w14:paraId="2B5A395F" w14:textId="77777777" w:rsidR="00512D8F" w:rsidRDefault="00512D8F" w:rsidP="00512D8F">
      <w:r>
        <w:br w:type="page"/>
      </w:r>
    </w:p>
    <w:p w14:paraId="3F57AC55" w14:textId="1BA98B7A" w:rsidR="00512D8F" w:rsidRDefault="008D4C35" w:rsidP="00512D8F">
      <w:pPr>
        <w:pStyle w:val="Balk3"/>
      </w:pPr>
      <w:r>
        <w:lastRenderedPageBreak/>
        <w:t>18</w:t>
      </w:r>
      <w:r w:rsidR="00512D8F">
        <w:t>.3. En Çok Kullanılan Kelimeler</w:t>
      </w:r>
    </w:p>
    <w:p w14:paraId="217B02E9" w14:textId="77777777" w:rsidR="00512D8F" w:rsidRDefault="00512D8F" w:rsidP="00512D8F"/>
    <w:p w14:paraId="072B69CF" w14:textId="77777777" w:rsidR="00512D8F" w:rsidRDefault="00512D8F" w:rsidP="00512D8F">
      <w:pPr>
        <w:jc w:val="center"/>
      </w:pPr>
      <w:r>
        <w:rPr>
          <w:noProof/>
        </w:rPr>
        <w:drawing>
          <wp:inline distT="0" distB="0" distL="0" distR="0" wp14:anchorId="35B9B84D" wp14:editId="43FDCD6D">
            <wp:extent cx="5943600" cy="3938530"/>
            <wp:effectExtent l="0" t="0" r="0" b="0"/>
            <wp:docPr id="901234920" name="Picture 6" descr="metin, ekran görüntüsü, diyagram, çizgi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234920" name="Picture 6" descr="metin, ekran görüntüsü, diyagram, çizgi içeren bir resim&#10;&#10;Yapay zeka tarafından oluşturulmuş içerik yanlış olabilir."/>
                    <pic:cNvPicPr/>
                  </pic:nvPicPr>
                  <pic:blipFill>
                    <a:blip r:embed="rId32"/>
                    <a:stretch>
                      <a:fillRect/>
                    </a:stretch>
                  </pic:blipFill>
                  <pic:spPr>
                    <a:xfrm>
                      <a:off x="0" y="0"/>
                      <a:ext cx="5943600" cy="3938530"/>
                    </a:xfrm>
                    <a:prstGeom prst="rect">
                      <a:avLst/>
                    </a:prstGeom>
                  </pic:spPr>
                </pic:pic>
              </a:graphicData>
            </a:graphic>
          </wp:inline>
        </w:drawing>
      </w:r>
    </w:p>
    <w:p w14:paraId="2786D06A" w14:textId="4C8A3020" w:rsidR="00512D8F" w:rsidRDefault="008D4C35" w:rsidP="00512D8F">
      <w:pPr>
        <w:pStyle w:val="Balk3"/>
      </w:pPr>
      <w:r>
        <w:t>18</w:t>
      </w:r>
      <w:r w:rsidR="00512D8F">
        <w:t>.4. Kelime Sıklık Tablosu</w:t>
      </w:r>
    </w:p>
    <w:tbl>
      <w:tblPr>
        <w:tblStyle w:val="AkKlavuz-Vurgu1"/>
        <w:tblW w:w="0" w:type="auto"/>
        <w:tblLook w:val="04A0" w:firstRow="1" w:lastRow="0" w:firstColumn="1" w:lastColumn="0" w:noHBand="0" w:noVBand="1"/>
      </w:tblPr>
      <w:tblGrid>
        <w:gridCol w:w="2871"/>
        <w:gridCol w:w="2875"/>
        <w:gridCol w:w="2874"/>
      </w:tblGrid>
      <w:tr w:rsidR="00512D8F" w14:paraId="578AFBB3" w14:textId="77777777" w:rsidTr="003546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9F63E68" w14:textId="77777777" w:rsidR="00512D8F" w:rsidRDefault="00512D8F" w:rsidP="00354607">
            <w:r>
              <w:t>Sıra</w:t>
            </w:r>
          </w:p>
        </w:tc>
        <w:tc>
          <w:tcPr>
            <w:tcW w:w="2880" w:type="dxa"/>
          </w:tcPr>
          <w:p w14:paraId="76C51C0E"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Kelime</w:t>
            </w:r>
          </w:p>
        </w:tc>
        <w:tc>
          <w:tcPr>
            <w:tcW w:w="2880" w:type="dxa"/>
          </w:tcPr>
          <w:p w14:paraId="02D24418" w14:textId="77777777" w:rsidR="00512D8F" w:rsidRDefault="00512D8F" w:rsidP="00354607">
            <w:pPr>
              <w:cnfStyle w:val="100000000000" w:firstRow="1" w:lastRow="0" w:firstColumn="0" w:lastColumn="0" w:oddVBand="0" w:evenVBand="0" w:oddHBand="0" w:evenHBand="0" w:firstRowFirstColumn="0" w:firstRowLastColumn="0" w:lastRowFirstColumn="0" w:lastRowLastColumn="0"/>
            </w:pPr>
            <w:r>
              <w:t>Kullanım Sayısı</w:t>
            </w:r>
          </w:p>
        </w:tc>
      </w:tr>
      <w:tr w:rsidR="00512D8F" w14:paraId="05E217E4"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9E6D79A" w14:textId="77777777" w:rsidR="00512D8F" w:rsidRDefault="00512D8F" w:rsidP="00354607">
            <w:r>
              <w:t>1</w:t>
            </w:r>
          </w:p>
        </w:tc>
        <w:tc>
          <w:tcPr>
            <w:tcW w:w="2880" w:type="dxa"/>
          </w:tcPr>
          <w:p w14:paraId="77E9E3B1"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sosyal</w:t>
            </w:r>
          </w:p>
        </w:tc>
        <w:tc>
          <w:tcPr>
            <w:tcW w:w="2880" w:type="dxa"/>
          </w:tcPr>
          <w:p w14:paraId="62D0F8B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102</w:t>
            </w:r>
          </w:p>
        </w:tc>
      </w:tr>
      <w:tr w:rsidR="00512D8F" w14:paraId="4EBF7EC9"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DBB3B07" w14:textId="77777777" w:rsidR="00512D8F" w:rsidRDefault="00512D8F" w:rsidP="00354607">
            <w:r>
              <w:t>2</w:t>
            </w:r>
          </w:p>
        </w:tc>
        <w:tc>
          <w:tcPr>
            <w:tcW w:w="2880" w:type="dxa"/>
          </w:tcPr>
          <w:p w14:paraId="22D45409"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eğitim</w:t>
            </w:r>
          </w:p>
        </w:tc>
        <w:tc>
          <w:tcPr>
            <w:tcW w:w="2880" w:type="dxa"/>
          </w:tcPr>
          <w:p w14:paraId="46A8A49A"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76</w:t>
            </w:r>
          </w:p>
        </w:tc>
      </w:tr>
      <w:tr w:rsidR="00512D8F" w14:paraId="64637C09"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36FD2DE" w14:textId="77777777" w:rsidR="00512D8F" w:rsidRDefault="00512D8F" w:rsidP="00354607">
            <w:r>
              <w:t>3</w:t>
            </w:r>
          </w:p>
        </w:tc>
        <w:tc>
          <w:tcPr>
            <w:tcW w:w="2880" w:type="dxa"/>
          </w:tcPr>
          <w:p w14:paraId="13F94D11"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uygulamalı</w:t>
            </w:r>
          </w:p>
        </w:tc>
        <w:tc>
          <w:tcPr>
            <w:tcW w:w="2880" w:type="dxa"/>
          </w:tcPr>
          <w:p w14:paraId="5E0E446A"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37</w:t>
            </w:r>
          </w:p>
        </w:tc>
      </w:tr>
      <w:tr w:rsidR="00512D8F" w14:paraId="315A13EC"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79A43D4" w14:textId="77777777" w:rsidR="00512D8F" w:rsidRDefault="00512D8F" w:rsidP="00354607">
            <w:r>
              <w:t>4</w:t>
            </w:r>
          </w:p>
        </w:tc>
        <w:tc>
          <w:tcPr>
            <w:tcW w:w="2880" w:type="dxa"/>
          </w:tcPr>
          <w:p w14:paraId="5428FEB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etkinlikler</w:t>
            </w:r>
          </w:p>
        </w:tc>
        <w:tc>
          <w:tcPr>
            <w:tcW w:w="2880" w:type="dxa"/>
          </w:tcPr>
          <w:p w14:paraId="43BFD4F8"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36</w:t>
            </w:r>
          </w:p>
        </w:tc>
      </w:tr>
      <w:tr w:rsidR="00512D8F" w14:paraId="25EC8CDC"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7BB18CD" w14:textId="77777777" w:rsidR="00512D8F" w:rsidRDefault="00512D8F" w:rsidP="00354607">
            <w:r>
              <w:t>5</w:t>
            </w:r>
          </w:p>
        </w:tc>
        <w:tc>
          <w:tcPr>
            <w:tcW w:w="2880" w:type="dxa"/>
          </w:tcPr>
          <w:p w14:paraId="0FB3690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staj</w:t>
            </w:r>
          </w:p>
        </w:tc>
        <w:tc>
          <w:tcPr>
            <w:tcW w:w="2880" w:type="dxa"/>
          </w:tcPr>
          <w:p w14:paraId="70D13BB5"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34</w:t>
            </w:r>
          </w:p>
        </w:tc>
      </w:tr>
      <w:tr w:rsidR="00512D8F" w14:paraId="5ED41954"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EE4A25E" w14:textId="77777777" w:rsidR="00512D8F" w:rsidRDefault="00512D8F" w:rsidP="00354607">
            <w:r>
              <w:t>6</w:t>
            </w:r>
          </w:p>
        </w:tc>
        <w:tc>
          <w:tcPr>
            <w:tcW w:w="2880" w:type="dxa"/>
          </w:tcPr>
          <w:p w14:paraId="2435F72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uygulama</w:t>
            </w:r>
          </w:p>
        </w:tc>
        <w:tc>
          <w:tcPr>
            <w:tcW w:w="2880" w:type="dxa"/>
          </w:tcPr>
          <w:p w14:paraId="455812C0"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28</w:t>
            </w:r>
          </w:p>
        </w:tc>
      </w:tr>
      <w:tr w:rsidR="00512D8F" w14:paraId="704F74FA"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9DC9398" w14:textId="77777777" w:rsidR="00512D8F" w:rsidRDefault="00512D8F" w:rsidP="00354607">
            <w:r>
              <w:t>7</w:t>
            </w:r>
          </w:p>
        </w:tc>
        <w:tc>
          <w:tcPr>
            <w:tcW w:w="2880" w:type="dxa"/>
          </w:tcPr>
          <w:p w14:paraId="6E16ED28"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alan</w:t>
            </w:r>
          </w:p>
        </w:tc>
        <w:tc>
          <w:tcPr>
            <w:tcW w:w="2880" w:type="dxa"/>
          </w:tcPr>
          <w:p w14:paraId="0095078E"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25</w:t>
            </w:r>
          </w:p>
        </w:tc>
      </w:tr>
      <w:tr w:rsidR="00512D8F" w14:paraId="094D14CC"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334782F9" w14:textId="77777777" w:rsidR="00512D8F" w:rsidRDefault="00512D8F" w:rsidP="00354607">
            <w:r>
              <w:t>8</w:t>
            </w:r>
          </w:p>
        </w:tc>
        <w:tc>
          <w:tcPr>
            <w:tcW w:w="2880" w:type="dxa"/>
          </w:tcPr>
          <w:p w14:paraId="59785BE7"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yetersiz</w:t>
            </w:r>
          </w:p>
        </w:tc>
        <w:tc>
          <w:tcPr>
            <w:tcW w:w="2880" w:type="dxa"/>
          </w:tcPr>
          <w:p w14:paraId="796A97C3"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22</w:t>
            </w:r>
          </w:p>
        </w:tc>
      </w:tr>
      <w:tr w:rsidR="00512D8F" w14:paraId="0FC6D293"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D237A72" w14:textId="77777777" w:rsidR="00512D8F" w:rsidRDefault="00512D8F" w:rsidP="00354607">
            <w:r>
              <w:t>9</w:t>
            </w:r>
          </w:p>
        </w:tc>
        <w:tc>
          <w:tcPr>
            <w:tcW w:w="2880" w:type="dxa"/>
          </w:tcPr>
          <w:p w14:paraId="051D6B4B"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akademik</w:t>
            </w:r>
          </w:p>
        </w:tc>
        <w:tc>
          <w:tcPr>
            <w:tcW w:w="2880" w:type="dxa"/>
          </w:tcPr>
          <w:p w14:paraId="54A9C3BB"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22</w:t>
            </w:r>
          </w:p>
        </w:tc>
      </w:tr>
      <w:tr w:rsidR="00512D8F" w14:paraId="5BF14E51"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9890B9F" w14:textId="77777777" w:rsidR="00512D8F" w:rsidRDefault="00512D8F" w:rsidP="00354607">
            <w:r>
              <w:t>10</w:t>
            </w:r>
          </w:p>
        </w:tc>
        <w:tc>
          <w:tcPr>
            <w:tcW w:w="2880" w:type="dxa"/>
          </w:tcPr>
          <w:p w14:paraId="798FB1C5"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etkinlik</w:t>
            </w:r>
          </w:p>
        </w:tc>
        <w:tc>
          <w:tcPr>
            <w:tcW w:w="2880" w:type="dxa"/>
          </w:tcPr>
          <w:p w14:paraId="18A3B8B2"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20</w:t>
            </w:r>
          </w:p>
        </w:tc>
      </w:tr>
      <w:tr w:rsidR="00512D8F" w14:paraId="5E52A54F"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3566878" w14:textId="77777777" w:rsidR="00512D8F" w:rsidRDefault="00512D8F" w:rsidP="00354607">
            <w:r>
              <w:t>11</w:t>
            </w:r>
          </w:p>
        </w:tc>
        <w:tc>
          <w:tcPr>
            <w:tcW w:w="2880" w:type="dxa"/>
          </w:tcPr>
          <w:p w14:paraId="34F2A4C7"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laboratuvar</w:t>
            </w:r>
          </w:p>
        </w:tc>
        <w:tc>
          <w:tcPr>
            <w:tcW w:w="2880" w:type="dxa"/>
          </w:tcPr>
          <w:p w14:paraId="5BA83052"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20</w:t>
            </w:r>
          </w:p>
        </w:tc>
      </w:tr>
      <w:tr w:rsidR="00512D8F" w14:paraId="540B2739"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39CBAA4" w14:textId="77777777" w:rsidR="00512D8F" w:rsidRDefault="00512D8F" w:rsidP="00354607">
            <w:r>
              <w:t>12</w:t>
            </w:r>
          </w:p>
        </w:tc>
        <w:tc>
          <w:tcPr>
            <w:tcW w:w="2880" w:type="dxa"/>
          </w:tcPr>
          <w:p w14:paraId="4EB0F17B"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yapılmalı</w:t>
            </w:r>
          </w:p>
        </w:tc>
        <w:tc>
          <w:tcPr>
            <w:tcW w:w="2880" w:type="dxa"/>
          </w:tcPr>
          <w:p w14:paraId="752CD598"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18</w:t>
            </w:r>
          </w:p>
        </w:tc>
      </w:tr>
      <w:tr w:rsidR="00512D8F" w14:paraId="37729D3F"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AEC8B0D" w14:textId="77777777" w:rsidR="00512D8F" w:rsidRDefault="00512D8F" w:rsidP="00354607">
            <w:r>
              <w:t>13</w:t>
            </w:r>
          </w:p>
        </w:tc>
        <w:tc>
          <w:tcPr>
            <w:tcW w:w="2880" w:type="dxa"/>
          </w:tcPr>
          <w:p w14:paraId="6F9F474A"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yönelik</w:t>
            </w:r>
          </w:p>
        </w:tc>
        <w:tc>
          <w:tcPr>
            <w:tcW w:w="2880" w:type="dxa"/>
          </w:tcPr>
          <w:p w14:paraId="4C7ECC5B"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18</w:t>
            </w:r>
          </w:p>
        </w:tc>
      </w:tr>
      <w:tr w:rsidR="00512D8F" w14:paraId="209877E0"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430739BA" w14:textId="77777777" w:rsidR="00512D8F" w:rsidRDefault="00512D8F" w:rsidP="00354607">
            <w:r>
              <w:t>14</w:t>
            </w:r>
          </w:p>
        </w:tc>
        <w:tc>
          <w:tcPr>
            <w:tcW w:w="2880" w:type="dxa"/>
          </w:tcPr>
          <w:p w14:paraId="073E651F"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arttırılması</w:t>
            </w:r>
          </w:p>
        </w:tc>
        <w:tc>
          <w:tcPr>
            <w:tcW w:w="2880" w:type="dxa"/>
          </w:tcPr>
          <w:p w14:paraId="7FBA13D9"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18</w:t>
            </w:r>
          </w:p>
        </w:tc>
      </w:tr>
      <w:tr w:rsidR="00512D8F" w14:paraId="086D5D8E"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43B9296" w14:textId="77777777" w:rsidR="00512D8F" w:rsidRDefault="00512D8F" w:rsidP="00354607">
            <w:r>
              <w:t>15</w:t>
            </w:r>
          </w:p>
        </w:tc>
        <w:tc>
          <w:tcPr>
            <w:tcW w:w="2880" w:type="dxa"/>
          </w:tcPr>
          <w:p w14:paraId="4C733F8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teorik</w:t>
            </w:r>
          </w:p>
        </w:tc>
        <w:tc>
          <w:tcPr>
            <w:tcW w:w="2880" w:type="dxa"/>
          </w:tcPr>
          <w:p w14:paraId="7C5949B3"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17</w:t>
            </w:r>
          </w:p>
        </w:tc>
      </w:tr>
      <w:tr w:rsidR="00512D8F" w14:paraId="0A2D6F79"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6AAB812" w14:textId="77777777" w:rsidR="00512D8F" w:rsidRDefault="00512D8F" w:rsidP="00354607">
            <w:r>
              <w:t>16</w:t>
            </w:r>
          </w:p>
        </w:tc>
        <w:tc>
          <w:tcPr>
            <w:tcW w:w="2880" w:type="dxa"/>
          </w:tcPr>
          <w:p w14:paraId="3E64802D"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alanlar</w:t>
            </w:r>
          </w:p>
        </w:tc>
        <w:tc>
          <w:tcPr>
            <w:tcW w:w="2880" w:type="dxa"/>
          </w:tcPr>
          <w:p w14:paraId="30961EEE"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17</w:t>
            </w:r>
          </w:p>
        </w:tc>
      </w:tr>
      <w:tr w:rsidR="00512D8F" w14:paraId="26A71F06"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C1A34B9" w14:textId="77777777" w:rsidR="00512D8F" w:rsidRDefault="00512D8F" w:rsidP="00354607">
            <w:r>
              <w:t>17</w:t>
            </w:r>
          </w:p>
        </w:tc>
        <w:tc>
          <w:tcPr>
            <w:tcW w:w="2880" w:type="dxa"/>
          </w:tcPr>
          <w:p w14:paraId="646566C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alanları</w:t>
            </w:r>
          </w:p>
        </w:tc>
        <w:tc>
          <w:tcPr>
            <w:tcW w:w="2880" w:type="dxa"/>
          </w:tcPr>
          <w:p w14:paraId="21251519"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16</w:t>
            </w:r>
          </w:p>
        </w:tc>
      </w:tr>
      <w:tr w:rsidR="00512D8F" w14:paraId="7F2046A3"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45DF2D5" w14:textId="77777777" w:rsidR="00512D8F" w:rsidRDefault="00512D8F" w:rsidP="00354607">
            <w:r>
              <w:lastRenderedPageBreak/>
              <w:t>18</w:t>
            </w:r>
          </w:p>
        </w:tc>
        <w:tc>
          <w:tcPr>
            <w:tcW w:w="2880" w:type="dxa"/>
          </w:tcPr>
          <w:p w14:paraId="5339C46C"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verilmeli</w:t>
            </w:r>
          </w:p>
        </w:tc>
        <w:tc>
          <w:tcPr>
            <w:tcW w:w="2880" w:type="dxa"/>
          </w:tcPr>
          <w:p w14:paraId="6A314490"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15</w:t>
            </w:r>
          </w:p>
        </w:tc>
      </w:tr>
      <w:tr w:rsidR="00512D8F" w14:paraId="61EE0021" w14:textId="77777777" w:rsidTr="003546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442E4DC" w14:textId="77777777" w:rsidR="00512D8F" w:rsidRDefault="00512D8F" w:rsidP="00354607">
            <w:r>
              <w:t>19</w:t>
            </w:r>
          </w:p>
        </w:tc>
        <w:tc>
          <w:tcPr>
            <w:tcW w:w="2880" w:type="dxa"/>
          </w:tcPr>
          <w:p w14:paraId="65529952"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ulaşım</w:t>
            </w:r>
          </w:p>
        </w:tc>
        <w:tc>
          <w:tcPr>
            <w:tcW w:w="2880" w:type="dxa"/>
          </w:tcPr>
          <w:p w14:paraId="2CD0D0FB" w14:textId="77777777" w:rsidR="00512D8F" w:rsidRDefault="00512D8F" w:rsidP="00354607">
            <w:pPr>
              <w:cnfStyle w:val="000000100000" w:firstRow="0" w:lastRow="0" w:firstColumn="0" w:lastColumn="0" w:oddVBand="0" w:evenVBand="0" w:oddHBand="1" w:evenHBand="0" w:firstRowFirstColumn="0" w:firstRowLastColumn="0" w:lastRowFirstColumn="0" w:lastRowLastColumn="0"/>
            </w:pPr>
            <w:r>
              <w:t>15</w:t>
            </w:r>
          </w:p>
        </w:tc>
      </w:tr>
      <w:tr w:rsidR="00512D8F" w14:paraId="6A6E25A6" w14:textId="77777777" w:rsidTr="003546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287CEC1" w14:textId="77777777" w:rsidR="00512D8F" w:rsidRDefault="00512D8F" w:rsidP="00354607">
            <w:r>
              <w:t>20</w:t>
            </w:r>
          </w:p>
        </w:tc>
        <w:tc>
          <w:tcPr>
            <w:tcW w:w="2880" w:type="dxa"/>
          </w:tcPr>
          <w:p w14:paraId="2F1370A5"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verilmesi</w:t>
            </w:r>
          </w:p>
        </w:tc>
        <w:tc>
          <w:tcPr>
            <w:tcW w:w="2880" w:type="dxa"/>
          </w:tcPr>
          <w:p w14:paraId="17D53C11" w14:textId="77777777" w:rsidR="00512D8F" w:rsidRDefault="00512D8F" w:rsidP="00354607">
            <w:pPr>
              <w:cnfStyle w:val="000000010000" w:firstRow="0" w:lastRow="0" w:firstColumn="0" w:lastColumn="0" w:oddVBand="0" w:evenVBand="0" w:oddHBand="0" w:evenHBand="1" w:firstRowFirstColumn="0" w:firstRowLastColumn="0" w:lastRowFirstColumn="0" w:lastRowLastColumn="0"/>
            </w:pPr>
            <w:r>
              <w:t>15</w:t>
            </w:r>
          </w:p>
        </w:tc>
      </w:tr>
    </w:tbl>
    <w:p w14:paraId="1EA74A77" w14:textId="77777777" w:rsidR="00512D8F" w:rsidRDefault="00512D8F" w:rsidP="00512D8F">
      <w:r>
        <w:br w:type="page"/>
      </w:r>
    </w:p>
    <w:p w14:paraId="12E0860F" w14:textId="101536A8" w:rsidR="00512D8F" w:rsidRDefault="008D4C35" w:rsidP="00512D8F">
      <w:pPr>
        <w:pStyle w:val="Balk1"/>
      </w:pPr>
      <w:r>
        <w:lastRenderedPageBreak/>
        <w:t>19</w:t>
      </w:r>
      <w:r w:rsidR="00512D8F">
        <w:t>. KARŞILAŞTIRMALI ANALİZ</w:t>
      </w:r>
    </w:p>
    <w:p w14:paraId="4A83A439" w14:textId="7AD2ED83" w:rsidR="00512D8F" w:rsidRDefault="008D4C35" w:rsidP="00512D8F">
      <w:pPr>
        <w:pStyle w:val="Balk3"/>
      </w:pPr>
      <w:r>
        <w:t>19</w:t>
      </w:r>
      <w:r w:rsidR="00512D8F">
        <w:t>.1. Üç Soru İçin Ortak Kelimeler</w:t>
      </w:r>
    </w:p>
    <w:p w14:paraId="373FF014" w14:textId="77777777" w:rsidR="00512D8F" w:rsidRDefault="00512D8F" w:rsidP="00512D8F">
      <w:r>
        <w:rPr>
          <w:b/>
        </w:rPr>
        <w:t xml:space="preserve">Her üç soruda da geçen kelimeler: </w:t>
      </w:r>
      <w:r>
        <w:t>akademik, eğitim, staj, uygulama</w:t>
      </w:r>
    </w:p>
    <w:p w14:paraId="2AEA1326" w14:textId="77777777" w:rsidR="00512D8F" w:rsidRDefault="00512D8F" w:rsidP="00512D8F"/>
    <w:p w14:paraId="70ED5126" w14:textId="77777777" w:rsidR="00512D8F" w:rsidRDefault="00512D8F" w:rsidP="00512D8F">
      <w:r>
        <w:rPr>
          <w:b/>
        </w:rPr>
        <w:t xml:space="preserve">Kariyer ve Zorluk sorularında ortak kelimeler: </w:t>
      </w:r>
      <w:r>
        <w:t>bilgi, yeterli</w:t>
      </w:r>
    </w:p>
    <w:p w14:paraId="5B4F0F6C" w14:textId="77777777" w:rsidR="00512D8F" w:rsidRDefault="00512D8F" w:rsidP="00512D8F">
      <w:r>
        <w:rPr>
          <w:b/>
        </w:rPr>
        <w:t xml:space="preserve">Kariyer ve Öneri sorularında ortak kelimeler: </w:t>
      </w:r>
      <w:r>
        <w:t>teorik</w:t>
      </w:r>
    </w:p>
    <w:p w14:paraId="030F7C61" w14:textId="77777777" w:rsidR="00512D8F" w:rsidRDefault="00512D8F" w:rsidP="00512D8F">
      <w:r>
        <w:rPr>
          <w:b/>
        </w:rPr>
        <w:t xml:space="preserve">Zorluk ve Öneri sorularında ortak kelimeler: </w:t>
      </w:r>
      <w:r>
        <w:t>sosyal, ulaşım, yetersiz</w:t>
      </w:r>
    </w:p>
    <w:p w14:paraId="04233610" w14:textId="77777777" w:rsidR="00512D8F" w:rsidRDefault="00512D8F" w:rsidP="00512D8F">
      <w:r>
        <w:br w:type="page"/>
      </w:r>
    </w:p>
    <w:p w14:paraId="55DDA65B" w14:textId="34E5C505" w:rsidR="00512D8F" w:rsidRDefault="008D4C35" w:rsidP="00512D8F">
      <w:pPr>
        <w:pStyle w:val="Balk3"/>
      </w:pPr>
      <w:r>
        <w:lastRenderedPageBreak/>
        <w:t>19</w:t>
      </w:r>
      <w:r w:rsidR="00512D8F">
        <w:t>.2. Karşılaştırmalı Kelime Kullanımı</w:t>
      </w:r>
    </w:p>
    <w:p w14:paraId="3343D7C7" w14:textId="77777777" w:rsidR="00512D8F" w:rsidRDefault="00512D8F" w:rsidP="00512D8F"/>
    <w:p w14:paraId="4CB9B8F8" w14:textId="77777777" w:rsidR="00512D8F" w:rsidRDefault="00512D8F" w:rsidP="00512D8F">
      <w:pPr>
        <w:jc w:val="center"/>
      </w:pPr>
      <w:r>
        <w:rPr>
          <w:noProof/>
        </w:rPr>
        <w:drawing>
          <wp:inline distT="0" distB="0" distL="0" distR="0" wp14:anchorId="25BC883A" wp14:editId="7ABEB41F">
            <wp:extent cx="5943600" cy="3372508"/>
            <wp:effectExtent l="0" t="0" r="0" b="0"/>
            <wp:docPr id="1189914322" name="Picture 7" descr="metin, ekran görüntüsü, çizgi, öykü gelişim çizgisi; kumpas; grafiğini çıkarma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914322" name="Picture 7" descr="metin, ekran görüntüsü, çizgi, öykü gelişim çizgisi; kumpas; grafiğini çıkarma içeren bir resim&#10;&#10;Yapay zeka tarafından oluşturulmuş içerik yanlış olabilir."/>
                    <pic:cNvPicPr/>
                  </pic:nvPicPr>
                  <pic:blipFill>
                    <a:blip r:embed="rId33"/>
                    <a:stretch>
                      <a:fillRect/>
                    </a:stretch>
                  </pic:blipFill>
                  <pic:spPr>
                    <a:xfrm>
                      <a:off x="0" y="0"/>
                      <a:ext cx="5943600" cy="3372508"/>
                    </a:xfrm>
                    <a:prstGeom prst="rect">
                      <a:avLst/>
                    </a:prstGeom>
                  </pic:spPr>
                </pic:pic>
              </a:graphicData>
            </a:graphic>
          </wp:inline>
        </w:drawing>
      </w:r>
    </w:p>
    <w:p w14:paraId="58933715" w14:textId="77777777" w:rsidR="00512D8F" w:rsidRDefault="00512D8F"/>
    <w:sectPr w:rsidR="00512D8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919292238">
    <w:abstractNumId w:val="8"/>
  </w:num>
  <w:num w:numId="2" w16cid:durableId="1588265250">
    <w:abstractNumId w:val="6"/>
  </w:num>
  <w:num w:numId="3" w16cid:durableId="1933971175">
    <w:abstractNumId w:val="5"/>
  </w:num>
  <w:num w:numId="4" w16cid:durableId="123930374">
    <w:abstractNumId w:val="4"/>
  </w:num>
  <w:num w:numId="5" w16cid:durableId="1819298415">
    <w:abstractNumId w:val="7"/>
  </w:num>
  <w:num w:numId="6" w16cid:durableId="215121822">
    <w:abstractNumId w:val="3"/>
  </w:num>
  <w:num w:numId="7" w16cid:durableId="1282419294">
    <w:abstractNumId w:val="2"/>
  </w:num>
  <w:num w:numId="8" w16cid:durableId="1270578112">
    <w:abstractNumId w:val="1"/>
  </w:num>
  <w:num w:numId="9" w16cid:durableId="588393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55543"/>
    <w:rsid w:val="001B5DF3"/>
    <w:rsid w:val="00263BC9"/>
    <w:rsid w:val="0029639D"/>
    <w:rsid w:val="002C4F12"/>
    <w:rsid w:val="002E1E03"/>
    <w:rsid w:val="00326F90"/>
    <w:rsid w:val="00354607"/>
    <w:rsid w:val="003D4654"/>
    <w:rsid w:val="004F3329"/>
    <w:rsid w:val="00512D8F"/>
    <w:rsid w:val="007361FC"/>
    <w:rsid w:val="008843D2"/>
    <w:rsid w:val="008D4C35"/>
    <w:rsid w:val="00A81477"/>
    <w:rsid w:val="00AA1D8D"/>
    <w:rsid w:val="00B47730"/>
    <w:rsid w:val="00CB0664"/>
    <w:rsid w:val="00D71CF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3A957D"/>
  <w14:defaultImageDpi w14:val="300"/>
  <w15:docId w15:val="{FBAF5995-CE75-4883-92A7-F834A65B8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theme" Target="theme/theme1.xml"/><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46</Pages>
  <Words>3228</Words>
  <Characters>18400</Characters>
  <Application>Microsoft Office Word</Application>
  <DocSecurity>0</DocSecurity>
  <Lines>153</Lines>
  <Paragraphs>43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21585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ByMRB .</cp:lastModifiedBy>
  <cp:revision>2</cp:revision>
  <dcterms:created xsi:type="dcterms:W3CDTF">2025-12-12T08:36:00Z</dcterms:created>
  <dcterms:modified xsi:type="dcterms:W3CDTF">2025-12-12T08:36:00Z</dcterms:modified>
  <cp:category/>
</cp:coreProperties>
</file>