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5A9C7" w14:textId="4EDAB2CE" w:rsidR="001773B5" w:rsidRPr="0008492C" w:rsidRDefault="0008492C" w:rsidP="0008492C">
      <w:pPr>
        <w:pStyle w:val="KonuBal"/>
        <w:jc w:val="both"/>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Aksaray</w:t>
      </w:r>
      <w:proofErr w:type="spellEnd"/>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Üniversitesi </w:t>
      </w:r>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2024-2025 </w:t>
      </w:r>
      <w:proofErr w:type="spellStart"/>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Eğitim</w:t>
      </w:r>
      <w:proofErr w:type="spellEnd"/>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Öğretim</w:t>
      </w:r>
      <w:proofErr w:type="spellEnd"/>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Yılı</w:t>
      </w:r>
      <w:proofErr w:type="spellEnd"/>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Bahar </w:t>
      </w:r>
      <w:proofErr w:type="spellStart"/>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Dönemi</w:t>
      </w:r>
      <w:proofErr w:type="spellEnd"/>
      <w: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Öğrenci</w:t>
      </w:r>
      <w:proofErr w:type="spellEnd"/>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Memnuniyet</w:t>
      </w:r>
      <w:proofErr w:type="spellEnd"/>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Anketi</w:t>
      </w:r>
      <w:proofErr w:type="spellEnd"/>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Analiz </w:t>
      </w:r>
      <w:proofErr w:type="spellStart"/>
      <w:r w:rsidRPr="0008492C">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Raporu</w:t>
      </w:r>
      <w:proofErr w:type="spellEnd"/>
    </w:p>
    <w:p w14:paraId="6A5F0A63" w14:textId="77777777" w:rsidR="001773B5" w:rsidRDefault="00442B4D">
      <w:pPr>
        <w:pStyle w:val="Balk1"/>
      </w:pPr>
      <w:r>
        <w:t>Özet</w:t>
      </w:r>
    </w:p>
    <w:p w14:paraId="5B1E62A9" w14:textId="27002B6E" w:rsidR="001773B5" w:rsidRDefault="00442B4D" w:rsidP="00D92F97">
      <w:pPr>
        <w:jc w:val="both"/>
      </w:pPr>
      <w:r>
        <w:t xml:space="preserve">Bu </w:t>
      </w:r>
      <w:proofErr w:type="spellStart"/>
      <w:r>
        <w:t>rapor</w:t>
      </w:r>
      <w:r w:rsidR="00FA63DF">
        <w:t>da</w:t>
      </w:r>
      <w:proofErr w:type="spellEnd"/>
      <w:r w:rsidR="00FA63DF">
        <w:t xml:space="preserve">, </w:t>
      </w:r>
      <w:proofErr w:type="spellStart"/>
      <w:r w:rsidR="00FA63DF">
        <w:t>verileri</w:t>
      </w:r>
      <w:proofErr w:type="spellEnd"/>
      <w:r w:rsidR="00FA63DF">
        <w:t xml:space="preserve"> 22 Nisan 2025 </w:t>
      </w:r>
      <w:proofErr w:type="spellStart"/>
      <w:r w:rsidR="00FA63DF">
        <w:t>ve</w:t>
      </w:r>
      <w:proofErr w:type="spellEnd"/>
      <w:r w:rsidR="00FA63DF">
        <w:t xml:space="preserve"> 1 </w:t>
      </w:r>
      <w:proofErr w:type="spellStart"/>
      <w:r w:rsidR="00FA63DF">
        <w:t>Mayıs</w:t>
      </w:r>
      <w:proofErr w:type="spellEnd"/>
      <w:r w:rsidR="00FA63DF">
        <w:t xml:space="preserve"> 2025 </w:t>
      </w:r>
      <w:proofErr w:type="spellStart"/>
      <w:r w:rsidR="00FA63DF">
        <w:t>tarihleri</w:t>
      </w:r>
      <w:proofErr w:type="spellEnd"/>
      <w:r w:rsidR="00FA63DF">
        <w:t xml:space="preserve"> </w:t>
      </w:r>
      <w:proofErr w:type="spellStart"/>
      <w:r w:rsidR="00FA63DF">
        <w:t>arasında</w:t>
      </w:r>
      <w:proofErr w:type="spellEnd"/>
      <w:r w:rsidR="00FA63DF">
        <w:t xml:space="preserve"> </w:t>
      </w:r>
      <w:proofErr w:type="spellStart"/>
      <w:r w:rsidR="00FA63DF">
        <w:t>toplanan</w:t>
      </w:r>
      <w:proofErr w:type="spellEnd"/>
      <w:r w:rsidR="00FA63DF">
        <w:t xml:space="preserve"> </w:t>
      </w:r>
      <w:proofErr w:type="spellStart"/>
      <w:r w:rsidR="00FA63DF">
        <w:t>öğrenci</w:t>
      </w:r>
      <w:proofErr w:type="spellEnd"/>
      <w:r w:rsidR="00FA63DF">
        <w:t xml:space="preserve"> </w:t>
      </w:r>
      <w:proofErr w:type="spellStart"/>
      <w:r w:rsidR="00FA63DF">
        <w:t>memnuniyet</w:t>
      </w:r>
      <w:proofErr w:type="spellEnd"/>
      <w:r w:rsidR="00FA63DF">
        <w:t xml:space="preserve"> </w:t>
      </w:r>
      <w:proofErr w:type="spellStart"/>
      <w:r w:rsidR="00FA63DF">
        <w:t>anketinde</w:t>
      </w:r>
      <w:proofErr w:type="spellEnd"/>
      <w:r w:rsidR="00FA63DF">
        <w:t xml:space="preserve"> </w:t>
      </w:r>
      <w:proofErr w:type="spellStart"/>
      <w:r w:rsidR="00FA63DF">
        <w:t>dair</w:t>
      </w:r>
      <w:proofErr w:type="spellEnd"/>
      <w:r w:rsidR="00FA63DF">
        <w:t xml:space="preserve"> </w:t>
      </w:r>
      <w:proofErr w:type="spellStart"/>
      <w:r w:rsidR="00FA63DF">
        <w:t>bulgular</w:t>
      </w:r>
      <w:proofErr w:type="spellEnd"/>
      <w:r w:rsidR="00FA63DF">
        <w:t xml:space="preserve"> </w:t>
      </w:r>
      <w:proofErr w:type="spellStart"/>
      <w:r w:rsidR="00FA63DF">
        <w:t>yer</w:t>
      </w:r>
      <w:proofErr w:type="spellEnd"/>
      <w:r w:rsidR="00FA63DF">
        <w:t xml:space="preserve"> </w:t>
      </w:r>
      <w:proofErr w:type="spellStart"/>
      <w:r w:rsidR="00FA63DF">
        <w:t>almaktadır</w:t>
      </w:r>
      <w:proofErr w:type="spellEnd"/>
      <w:r w:rsidR="00FA63DF">
        <w:t xml:space="preserve">. </w:t>
      </w:r>
      <w:proofErr w:type="spellStart"/>
      <w:r>
        <w:t>Anket</w:t>
      </w:r>
      <w:proofErr w:type="spellEnd"/>
      <w:r>
        <w:t xml:space="preserve">, 238 </w:t>
      </w:r>
      <w:proofErr w:type="spellStart"/>
      <w:r>
        <w:t>öğrenci</w:t>
      </w:r>
      <w:proofErr w:type="spellEnd"/>
      <w:r>
        <w:t xml:space="preserve"> </w:t>
      </w:r>
      <w:proofErr w:type="spellStart"/>
      <w:r>
        <w:t>tarafından</w:t>
      </w:r>
      <w:proofErr w:type="spellEnd"/>
      <w:r>
        <w:t xml:space="preserve"> </w:t>
      </w:r>
      <w:proofErr w:type="spellStart"/>
      <w:r>
        <w:t>yanıtlanmıştır</w:t>
      </w:r>
      <w:proofErr w:type="spellEnd"/>
      <w:r>
        <w:t xml:space="preserve">. Genel memnuniyet oranı %60.16 olarak hesaplanmıştır. En </w:t>
      </w:r>
      <w:proofErr w:type="spellStart"/>
      <w:r>
        <w:t>yüksek</w:t>
      </w:r>
      <w:proofErr w:type="spellEnd"/>
      <w:r>
        <w:t xml:space="preserve"> </w:t>
      </w:r>
      <w:proofErr w:type="spellStart"/>
      <w:r>
        <w:t>memnuniyet</w:t>
      </w:r>
      <w:proofErr w:type="spellEnd"/>
      <w:r>
        <w:t xml:space="preserve"> </w:t>
      </w:r>
      <w:proofErr w:type="spellStart"/>
      <w:r>
        <w:t>oranı</w:t>
      </w:r>
      <w:r w:rsidR="00617251">
        <w:t>nın</w:t>
      </w:r>
      <w:proofErr w:type="spellEnd"/>
      <w:r>
        <w:t xml:space="preserve"> </w:t>
      </w:r>
      <w:proofErr w:type="spellStart"/>
      <w:r>
        <w:t>Kütüphane</w:t>
      </w:r>
      <w:proofErr w:type="spellEnd"/>
      <w:r>
        <w:t xml:space="preserve"> </w:t>
      </w:r>
      <w:proofErr w:type="spellStart"/>
      <w:r>
        <w:t>kategorisinde</w:t>
      </w:r>
      <w:proofErr w:type="spellEnd"/>
      <w:r>
        <w:t xml:space="preserve"> (%66.50), </w:t>
      </w:r>
      <w:proofErr w:type="spellStart"/>
      <w:r>
        <w:t>en</w:t>
      </w:r>
      <w:proofErr w:type="spellEnd"/>
      <w:r>
        <w:t xml:space="preserve"> </w:t>
      </w:r>
      <w:proofErr w:type="spellStart"/>
      <w:r>
        <w:t>düşük</w:t>
      </w:r>
      <w:proofErr w:type="spellEnd"/>
      <w:r w:rsidR="00617251">
        <w:t xml:space="preserve"> </w:t>
      </w:r>
      <w:proofErr w:type="spellStart"/>
      <w:r w:rsidR="00617251">
        <w:t>memnuniyet</w:t>
      </w:r>
      <w:proofErr w:type="spellEnd"/>
      <w:r w:rsidR="00617251">
        <w:t xml:space="preserve"> </w:t>
      </w:r>
      <w:proofErr w:type="spellStart"/>
      <w:r w:rsidR="00617251">
        <w:t>oranının</w:t>
      </w:r>
      <w:proofErr w:type="spellEnd"/>
      <w:r>
        <w:t xml:space="preserve"> </w:t>
      </w:r>
      <w:proofErr w:type="spellStart"/>
      <w:r>
        <w:t>ise</w:t>
      </w:r>
      <w:proofErr w:type="spellEnd"/>
      <w:r>
        <w:t xml:space="preserve"> </w:t>
      </w:r>
      <w:proofErr w:type="spellStart"/>
      <w:r>
        <w:t>Temizlik</w:t>
      </w:r>
      <w:proofErr w:type="spellEnd"/>
      <w:r>
        <w:t xml:space="preserve"> </w:t>
      </w:r>
      <w:proofErr w:type="spellStart"/>
      <w:r>
        <w:t>kategorisinde</w:t>
      </w:r>
      <w:proofErr w:type="spellEnd"/>
      <w:r>
        <w:t xml:space="preserve"> (%47.31)</w:t>
      </w:r>
      <w:r w:rsidR="00617251">
        <w:t xml:space="preserve"> </w:t>
      </w:r>
      <w:proofErr w:type="spellStart"/>
      <w:r w:rsidR="00617251">
        <w:t>olduğu</w:t>
      </w:r>
      <w:proofErr w:type="spellEnd"/>
      <w:r>
        <w:t xml:space="preserve"> </w:t>
      </w:r>
      <w:proofErr w:type="spellStart"/>
      <w:r>
        <w:t>gözle</w:t>
      </w:r>
      <w:r w:rsidR="008218CE">
        <w:t>mlenmiştir</w:t>
      </w:r>
      <w:proofErr w:type="spellEnd"/>
      <w:r w:rsidR="008218CE">
        <w:t>.</w:t>
      </w:r>
    </w:p>
    <w:p w14:paraId="37BBE069" w14:textId="77777777" w:rsidR="001773B5" w:rsidRDefault="00442B4D">
      <w:pPr>
        <w:pStyle w:val="Balk1"/>
      </w:pPr>
      <w:r>
        <w:t>1. GİRİŞ</w:t>
      </w:r>
    </w:p>
    <w:p w14:paraId="3D9CEF04" w14:textId="4B9ECBE0" w:rsidR="001773B5" w:rsidRDefault="00442B4D" w:rsidP="00D92F97">
      <w:pPr>
        <w:jc w:val="both"/>
      </w:pPr>
      <w:r w:rsidRPr="00AE52C9">
        <w:t xml:space="preserve">Bu </w:t>
      </w:r>
      <w:proofErr w:type="spellStart"/>
      <w:r w:rsidRPr="00AE52C9">
        <w:t>çalışma</w:t>
      </w:r>
      <w:proofErr w:type="spellEnd"/>
      <w:r w:rsidRPr="00AE52C9">
        <w:t xml:space="preserve">, </w:t>
      </w:r>
      <w:proofErr w:type="spellStart"/>
      <w:r w:rsidRPr="00AE52C9">
        <w:t>Aksaray</w:t>
      </w:r>
      <w:proofErr w:type="spellEnd"/>
      <w:r w:rsidRPr="00AE52C9">
        <w:t xml:space="preserve"> </w:t>
      </w:r>
      <w:proofErr w:type="spellStart"/>
      <w:r w:rsidRPr="00AE52C9">
        <w:t>Üniversitesi</w:t>
      </w:r>
      <w:proofErr w:type="spellEnd"/>
      <w:r w:rsidRPr="00AE52C9">
        <w:t xml:space="preserve"> </w:t>
      </w:r>
      <w:proofErr w:type="spellStart"/>
      <w:r w:rsidRPr="00AE52C9">
        <w:t>öğrencilerinin</w:t>
      </w:r>
      <w:proofErr w:type="spellEnd"/>
      <w:r w:rsidRPr="00AE52C9">
        <w:t xml:space="preserve"> eğitim-öğretim, kütüphane, yemekhane, temizlik ve genel üniversite yaşamı alanlarındaki memnuniyet düzeylerini değerlendirmek amacıyla yapılmıştır. </w:t>
      </w:r>
      <w:proofErr w:type="spellStart"/>
      <w:r w:rsidRPr="00AE52C9">
        <w:t>Anket</w:t>
      </w:r>
      <w:proofErr w:type="spellEnd"/>
      <w:r w:rsidRPr="00AE52C9">
        <w:t xml:space="preserve">, 5 </w:t>
      </w:r>
      <w:proofErr w:type="spellStart"/>
      <w:r w:rsidRPr="00AE52C9">
        <w:t>üzerinden</w:t>
      </w:r>
      <w:proofErr w:type="spellEnd"/>
      <w:r w:rsidRPr="00AE52C9">
        <w:t xml:space="preserve"> Likert </w:t>
      </w:r>
      <w:proofErr w:type="spellStart"/>
      <w:r w:rsidRPr="00AE52C9">
        <w:t>ölçeği</w:t>
      </w:r>
      <w:proofErr w:type="spellEnd"/>
      <w:r w:rsidRPr="00AE52C9">
        <w:t xml:space="preserve"> </w:t>
      </w:r>
      <w:proofErr w:type="spellStart"/>
      <w:r w:rsidRPr="00AE52C9">
        <w:t>kullanılarak</w:t>
      </w:r>
      <w:proofErr w:type="spellEnd"/>
      <w:r w:rsidRPr="00AE52C9">
        <w:t xml:space="preserve"> </w:t>
      </w:r>
      <w:proofErr w:type="spellStart"/>
      <w:r w:rsidRPr="00AE52C9">
        <w:t>tasarlanmış</w:t>
      </w:r>
      <w:proofErr w:type="spellEnd"/>
      <w:r w:rsidRPr="00AE52C9">
        <w:t xml:space="preserve"> </w:t>
      </w:r>
      <w:proofErr w:type="spellStart"/>
      <w:r w:rsidRPr="00AE52C9">
        <w:t>ve</w:t>
      </w:r>
      <w:proofErr w:type="spellEnd"/>
      <w:r w:rsidRPr="00AE52C9">
        <w:t xml:space="preserve"> </w:t>
      </w:r>
      <w:proofErr w:type="spellStart"/>
      <w:r w:rsidRPr="00AE52C9">
        <w:t>sonuçlar</w:t>
      </w:r>
      <w:proofErr w:type="spellEnd"/>
      <w:r w:rsidRPr="00AE52C9">
        <w:t xml:space="preserve"> </w:t>
      </w:r>
      <w:proofErr w:type="spellStart"/>
      <w:r w:rsidRPr="00AE52C9">
        <w:t>yüzde</w:t>
      </w:r>
      <w:proofErr w:type="spellEnd"/>
      <w:r w:rsidRPr="00AE52C9">
        <w:t xml:space="preserve"> </w:t>
      </w:r>
      <w:proofErr w:type="spellStart"/>
      <w:r w:rsidRPr="00AE52C9">
        <w:t>cinsinden</w:t>
      </w:r>
      <w:proofErr w:type="spellEnd"/>
      <w:r w:rsidRPr="00AE52C9">
        <w:t xml:space="preserve"> </w:t>
      </w:r>
      <w:proofErr w:type="spellStart"/>
      <w:r w:rsidRPr="00AE52C9">
        <w:t>ifade</w:t>
      </w:r>
      <w:proofErr w:type="spellEnd"/>
      <w:r w:rsidRPr="00AE52C9">
        <w:t xml:space="preserve"> </w:t>
      </w:r>
      <w:proofErr w:type="spellStart"/>
      <w:r w:rsidR="00E57AD1">
        <w:t>edilmiştir</w:t>
      </w:r>
      <w:proofErr w:type="spellEnd"/>
      <w:r w:rsidR="008218CE">
        <w:t xml:space="preserve">. </w:t>
      </w:r>
    </w:p>
    <w:p w14:paraId="488A423F" w14:textId="77777777" w:rsidR="001773B5" w:rsidRDefault="00442B4D">
      <w:pPr>
        <w:pStyle w:val="Balk1"/>
      </w:pPr>
      <w:r>
        <w:t>2. YÖNTEM</w:t>
      </w:r>
    </w:p>
    <w:p w14:paraId="7B1C43E6" w14:textId="77777777" w:rsidR="001773B5" w:rsidRDefault="00442B4D" w:rsidP="00D92F97">
      <w:pPr>
        <w:jc w:val="both"/>
      </w:pPr>
      <w:r>
        <w:t>Veriler, 238 öğrenci tarafından doldurulan anketlerden elde edilmiştir. Memnuniyet skorları, her kategorinin 5 üzerinden ortalaması alınarak 20 ile çarpılmış ve yüzde cinsinden ifade edilmiştir. İstatistiksel analizler için t-test, ANOVA, Tukey HSD post-hoc testi ve Pearson korelasyon testleri kullanılmıştır.</w:t>
      </w:r>
    </w:p>
    <w:p w14:paraId="0665C6AB" w14:textId="77777777" w:rsidR="001773B5" w:rsidRDefault="00442B4D">
      <w:pPr>
        <w:pStyle w:val="Balk1"/>
      </w:pPr>
      <w:r>
        <w:t>3. BULGULAR</w:t>
      </w:r>
    </w:p>
    <w:p w14:paraId="09834832" w14:textId="77777777" w:rsidR="001773B5" w:rsidRDefault="00442B4D">
      <w:pPr>
        <w:pStyle w:val="Balk2"/>
      </w:pPr>
      <w:r>
        <w:t>3.1 Demografik Bilgiler</w:t>
      </w:r>
    </w:p>
    <w:p w14:paraId="0C7550E0" w14:textId="77777777" w:rsidR="001773B5" w:rsidRDefault="00442B4D">
      <w:pPr>
        <w:pStyle w:val="Balk3"/>
      </w:pPr>
      <w:r>
        <w:t>Tablo 1: Cinsiyet Dağılımı</w:t>
      </w:r>
    </w:p>
    <w:tbl>
      <w:tblPr>
        <w:tblStyle w:val="TabloKlavuzu"/>
        <w:tblW w:w="0" w:type="auto"/>
        <w:tblLook w:val="04A0" w:firstRow="1" w:lastRow="0" w:firstColumn="1" w:lastColumn="0" w:noHBand="0" w:noVBand="1"/>
      </w:tblPr>
      <w:tblGrid>
        <w:gridCol w:w="2877"/>
        <w:gridCol w:w="2876"/>
        <w:gridCol w:w="2877"/>
      </w:tblGrid>
      <w:tr w:rsidR="001773B5" w14:paraId="62310B7D" w14:textId="77777777">
        <w:tc>
          <w:tcPr>
            <w:tcW w:w="2880" w:type="dxa"/>
          </w:tcPr>
          <w:p w14:paraId="0BAC6962" w14:textId="77777777" w:rsidR="001773B5" w:rsidRPr="00E57AD1" w:rsidRDefault="00442B4D">
            <w:pPr>
              <w:rPr>
                <w:b/>
                <w:bCs/>
              </w:rPr>
            </w:pPr>
            <w:r w:rsidRPr="00E57AD1">
              <w:rPr>
                <w:b/>
                <w:bCs/>
              </w:rPr>
              <w:t>Cinsiyet</w:t>
            </w:r>
          </w:p>
        </w:tc>
        <w:tc>
          <w:tcPr>
            <w:tcW w:w="2880" w:type="dxa"/>
          </w:tcPr>
          <w:p w14:paraId="70539D6E" w14:textId="77777777" w:rsidR="001773B5" w:rsidRPr="00E57AD1" w:rsidRDefault="00442B4D">
            <w:pPr>
              <w:rPr>
                <w:b/>
                <w:bCs/>
              </w:rPr>
            </w:pPr>
            <w:r w:rsidRPr="00E57AD1">
              <w:rPr>
                <w:b/>
                <w:bCs/>
              </w:rPr>
              <w:t>Sayı</w:t>
            </w:r>
          </w:p>
        </w:tc>
        <w:tc>
          <w:tcPr>
            <w:tcW w:w="2880" w:type="dxa"/>
          </w:tcPr>
          <w:p w14:paraId="52CB7414" w14:textId="77777777" w:rsidR="001773B5" w:rsidRPr="00E57AD1" w:rsidRDefault="00442B4D">
            <w:pPr>
              <w:rPr>
                <w:b/>
                <w:bCs/>
              </w:rPr>
            </w:pPr>
            <w:r w:rsidRPr="00E57AD1">
              <w:rPr>
                <w:b/>
                <w:bCs/>
              </w:rPr>
              <w:t>Yüzde (%)</w:t>
            </w:r>
          </w:p>
        </w:tc>
      </w:tr>
      <w:tr w:rsidR="001773B5" w14:paraId="31AA5597" w14:textId="77777777">
        <w:tc>
          <w:tcPr>
            <w:tcW w:w="2880" w:type="dxa"/>
          </w:tcPr>
          <w:p w14:paraId="0E92ADA7" w14:textId="77777777" w:rsidR="001773B5" w:rsidRDefault="00442B4D">
            <w:r>
              <w:t>Kadın</w:t>
            </w:r>
          </w:p>
        </w:tc>
        <w:tc>
          <w:tcPr>
            <w:tcW w:w="2880" w:type="dxa"/>
          </w:tcPr>
          <w:p w14:paraId="2C1CA115" w14:textId="77777777" w:rsidR="001773B5" w:rsidRDefault="00442B4D">
            <w:r>
              <w:t>161</w:t>
            </w:r>
          </w:p>
        </w:tc>
        <w:tc>
          <w:tcPr>
            <w:tcW w:w="2880" w:type="dxa"/>
          </w:tcPr>
          <w:p w14:paraId="615C6C0F" w14:textId="77777777" w:rsidR="001773B5" w:rsidRDefault="00442B4D">
            <w:r>
              <w:t>67.6</w:t>
            </w:r>
          </w:p>
        </w:tc>
      </w:tr>
      <w:tr w:rsidR="001773B5" w14:paraId="0D7AF376" w14:textId="77777777">
        <w:tc>
          <w:tcPr>
            <w:tcW w:w="2880" w:type="dxa"/>
          </w:tcPr>
          <w:p w14:paraId="6EA24909" w14:textId="77777777" w:rsidR="001773B5" w:rsidRDefault="00442B4D">
            <w:r>
              <w:t>Erkek</w:t>
            </w:r>
          </w:p>
        </w:tc>
        <w:tc>
          <w:tcPr>
            <w:tcW w:w="2880" w:type="dxa"/>
          </w:tcPr>
          <w:p w14:paraId="62D8CD89" w14:textId="77777777" w:rsidR="001773B5" w:rsidRDefault="00442B4D">
            <w:r>
              <w:t>77</w:t>
            </w:r>
          </w:p>
        </w:tc>
        <w:tc>
          <w:tcPr>
            <w:tcW w:w="2880" w:type="dxa"/>
          </w:tcPr>
          <w:p w14:paraId="3251F6EF" w14:textId="77777777" w:rsidR="001773B5" w:rsidRDefault="00442B4D">
            <w:r>
              <w:t>32.4</w:t>
            </w:r>
          </w:p>
        </w:tc>
      </w:tr>
    </w:tbl>
    <w:p w14:paraId="21D2CD4B" w14:textId="77777777" w:rsidR="001773B5" w:rsidRDefault="00442B4D">
      <w:pPr>
        <w:pStyle w:val="Balk3"/>
      </w:pPr>
      <w:proofErr w:type="spellStart"/>
      <w:r>
        <w:lastRenderedPageBreak/>
        <w:t>Şekil</w:t>
      </w:r>
      <w:proofErr w:type="spellEnd"/>
      <w:r>
        <w:t xml:space="preserve"> 1: </w:t>
      </w:r>
      <w:proofErr w:type="spellStart"/>
      <w:r>
        <w:t>Cinsiyet</w:t>
      </w:r>
      <w:proofErr w:type="spellEnd"/>
      <w:r>
        <w:t xml:space="preserve"> </w:t>
      </w:r>
      <w:proofErr w:type="spellStart"/>
      <w:r>
        <w:t>Dağılımı</w:t>
      </w:r>
      <w:proofErr w:type="spellEnd"/>
    </w:p>
    <w:p w14:paraId="2F1A8D8A" w14:textId="77777777" w:rsidR="001773B5" w:rsidRDefault="00442B4D" w:rsidP="00F12110">
      <w:pPr>
        <w:jc w:val="center"/>
      </w:pPr>
      <w:r>
        <w:rPr>
          <w:noProof/>
        </w:rPr>
        <w:drawing>
          <wp:inline distT="0" distB="0" distL="0" distR="0" wp14:anchorId="4190B430" wp14:editId="675D76FE">
            <wp:extent cx="3657600" cy="37920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nsiyet_dagilimi.png"/>
                    <pic:cNvPicPr/>
                  </pic:nvPicPr>
                  <pic:blipFill>
                    <a:blip r:embed="rId6"/>
                    <a:stretch>
                      <a:fillRect/>
                    </a:stretch>
                  </pic:blipFill>
                  <pic:spPr>
                    <a:xfrm>
                      <a:off x="0" y="0"/>
                      <a:ext cx="3657600" cy="3792045"/>
                    </a:xfrm>
                    <a:prstGeom prst="rect">
                      <a:avLst/>
                    </a:prstGeom>
                  </pic:spPr>
                </pic:pic>
              </a:graphicData>
            </a:graphic>
          </wp:inline>
        </w:drawing>
      </w:r>
    </w:p>
    <w:p w14:paraId="371FDBDE" w14:textId="77777777" w:rsidR="001773B5" w:rsidRDefault="00442B4D">
      <w:pPr>
        <w:pStyle w:val="Balk3"/>
      </w:pPr>
      <w:r>
        <w:t xml:space="preserve">Tablo 2: </w:t>
      </w:r>
      <w:proofErr w:type="spellStart"/>
      <w:r>
        <w:t>Eğitim</w:t>
      </w:r>
      <w:proofErr w:type="spellEnd"/>
      <w:r>
        <w:t xml:space="preserve"> </w:t>
      </w:r>
      <w:proofErr w:type="spellStart"/>
      <w:r>
        <w:t>Süresi</w:t>
      </w:r>
      <w:proofErr w:type="spellEnd"/>
      <w:r>
        <w:t xml:space="preserve"> </w:t>
      </w:r>
      <w:proofErr w:type="spellStart"/>
      <w:r>
        <w:t>Dağılımı</w:t>
      </w:r>
      <w:proofErr w:type="spellEnd"/>
    </w:p>
    <w:tbl>
      <w:tblPr>
        <w:tblStyle w:val="TabloKlavuzu"/>
        <w:tblW w:w="0" w:type="auto"/>
        <w:tblLook w:val="04A0" w:firstRow="1" w:lastRow="0" w:firstColumn="1" w:lastColumn="0" w:noHBand="0" w:noVBand="1"/>
      </w:tblPr>
      <w:tblGrid>
        <w:gridCol w:w="4315"/>
        <w:gridCol w:w="4315"/>
      </w:tblGrid>
      <w:tr w:rsidR="001773B5" w14:paraId="62229E8D" w14:textId="77777777">
        <w:tc>
          <w:tcPr>
            <w:tcW w:w="4320" w:type="dxa"/>
          </w:tcPr>
          <w:p w14:paraId="5C429522" w14:textId="77777777" w:rsidR="001773B5" w:rsidRPr="00E57AD1" w:rsidRDefault="00442B4D">
            <w:pPr>
              <w:rPr>
                <w:b/>
                <w:bCs/>
              </w:rPr>
            </w:pPr>
            <w:r w:rsidRPr="00E57AD1">
              <w:rPr>
                <w:b/>
                <w:bCs/>
              </w:rPr>
              <w:t>Yıl</w:t>
            </w:r>
          </w:p>
        </w:tc>
        <w:tc>
          <w:tcPr>
            <w:tcW w:w="4320" w:type="dxa"/>
          </w:tcPr>
          <w:p w14:paraId="0160301E" w14:textId="77777777" w:rsidR="001773B5" w:rsidRPr="00E57AD1" w:rsidRDefault="00442B4D">
            <w:pPr>
              <w:rPr>
                <w:b/>
                <w:bCs/>
              </w:rPr>
            </w:pPr>
            <w:r w:rsidRPr="00E57AD1">
              <w:rPr>
                <w:b/>
                <w:bCs/>
              </w:rPr>
              <w:t>Sayı</w:t>
            </w:r>
          </w:p>
        </w:tc>
      </w:tr>
      <w:tr w:rsidR="001773B5" w14:paraId="7E593958" w14:textId="77777777">
        <w:tc>
          <w:tcPr>
            <w:tcW w:w="4320" w:type="dxa"/>
          </w:tcPr>
          <w:p w14:paraId="65297524" w14:textId="16D5B9F7" w:rsidR="001773B5" w:rsidRDefault="00442B4D">
            <w:r>
              <w:t>1</w:t>
            </w:r>
            <w:r w:rsidR="00E57AD1">
              <w:t xml:space="preserve"> </w:t>
            </w:r>
            <w:proofErr w:type="spellStart"/>
            <w:r w:rsidR="00E57AD1">
              <w:t>yıl</w:t>
            </w:r>
            <w:proofErr w:type="spellEnd"/>
          </w:p>
        </w:tc>
        <w:tc>
          <w:tcPr>
            <w:tcW w:w="4320" w:type="dxa"/>
          </w:tcPr>
          <w:p w14:paraId="027FDD4B" w14:textId="77777777" w:rsidR="001773B5" w:rsidRDefault="00442B4D">
            <w:r>
              <w:t>88</w:t>
            </w:r>
          </w:p>
        </w:tc>
      </w:tr>
      <w:tr w:rsidR="001773B5" w14:paraId="3573CB7F" w14:textId="77777777">
        <w:tc>
          <w:tcPr>
            <w:tcW w:w="4320" w:type="dxa"/>
          </w:tcPr>
          <w:p w14:paraId="3FF9E087" w14:textId="2FE24EB7" w:rsidR="001773B5" w:rsidRDefault="00442B4D">
            <w:r>
              <w:t>2</w:t>
            </w:r>
            <w:r w:rsidR="00E57AD1">
              <w:t xml:space="preserve"> </w:t>
            </w:r>
            <w:proofErr w:type="spellStart"/>
            <w:r w:rsidR="00E57AD1">
              <w:t>yıl</w:t>
            </w:r>
            <w:proofErr w:type="spellEnd"/>
          </w:p>
        </w:tc>
        <w:tc>
          <w:tcPr>
            <w:tcW w:w="4320" w:type="dxa"/>
          </w:tcPr>
          <w:p w14:paraId="702779AD" w14:textId="77777777" w:rsidR="001773B5" w:rsidRDefault="00442B4D">
            <w:r>
              <w:t>49</w:t>
            </w:r>
          </w:p>
        </w:tc>
      </w:tr>
      <w:tr w:rsidR="001773B5" w14:paraId="5294549A" w14:textId="77777777">
        <w:tc>
          <w:tcPr>
            <w:tcW w:w="4320" w:type="dxa"/>
          </w:tcPr>
          <w:p w14:paraId="3652A579" w14:textId="07B4624E" w:rsidR="001773B5" w:rsidRDefault="00442B4D">
            <w:r>
              <w:t>3</w:t>
            </w:r>
            <w:r w:rsidR="00E57AD1">
              <w:t xml:space="preserve"> </w:t>
            </w:r>
            <w:proofErr w:type="spellStart"/>
            <w:r w:rsidR="00E57AD1">
              <w:t>yıl</w:t>
            </w:r>
            <w:proofErr w:type="spellEnd"/>
          </w:p>
        </w:tc>
        <w:tc>
          <w:tcPr>
            <w:tcW w:w="4320" w:type="dxa"/>
          </w:tcPr>
          <w:p w14:paraId="1BA2E0BC" w14:textId="77777777" w:rsidR="001773B5" w:rsidRDefault="00442B4D">
            <w:r>
              <w:t>59</w:t>
            </w:r>
          </w:p>
        </w:tc>
      </w:tr>
      <w:tr w:rsidR="001773B5" w14:paraId="31F642D6" w14:textId="77777777">
        <w:tc>
          <w:tcPr>
            <w:tcW w:w="4320" w:type="dxa"/>
          </w:tcPr>
          <w:p w14:paraId="1F7E7CA7" w14:textId="4414FCD0" w:rsidR="001773B5" w:rsidRDefault="00442B4D">
            <w:r>
              <w:t>4</w:t>
            </w:r>
            <w:r w:rsidR="00E57AD1">
              <w:t xml:space="preserve"> </w:t>
            </w:r>
            <w:proofErr w:type="spellStart"/>
            <w:r w:rsidR="00E57AD1">
              <w:t>yıl</w:t>
            </w:r>
            <w:proofErr w:type="spellEnd"/>
          </w:p>
        </w:tc>
        <w:tc>
          <w:tcPr>
            <w:tcW w:w="4320" w:type="dxa"/>
          </w:tcPr>
          <w:p w14:paraId="5280CAF0" w14:textId="77777777" w:rsidR="001773B5" w:rsidRDefault="00442B4D">
            <w:r>
              <w:t>22</w:t>
            </w:r>
          </w:p>
        </w:tc>
      </w:tr>
      <w:tr w:rsidR="001773B5" w14:paraId="4284CD85" w14:textId="77777777">
        <w:tc>
          <w:tcPr>
            <w:tcW w:w="4320" w:type="dxa"/>
          </w:tcPr>
          <w:p w14:paraId="4F6EE9ED" w14:textId="28F40EDA" w:rsidR="001773B5" w:rsidRDefault="00442B4D">
            <w:r>
              <w:t>5</w:t>
            </w:r>
            <w:r w:rsidR="00E57AD1">
              <w:t xml:space="preserve"> </w:t>
            </w:r>
            <w:proofErr w:type="spellStart"/>
            <w:r w:rsidR="00E57AD1">
              <w:t>yıl</w:t>
            </w:r>
            <w:proofErr w:type="spellEnd"/>
          </w:p>
        </w:tc>
        <w:tc>
          <w:tcPr>
            <w:tcW w:w="4320" w:type="dxa"/>
          </w:tcPr>
          <w:p w14:paraId="6D110F4C" w14:textId="77777777" w:rsidR="001773B5" w:rsidRDefault="00442B4D">
            <w:r>
              <w:t>4</w:t>
            </w:r>
          </w:p>
        </w:tc>
      </w:tr>
      <w:tr w:rsidR="001773B5" w14:paraId="0D577E90" w14:textId="77777777">
        <w:tc>
          <w:tcPr>
            <w:tcW w:w="4320" w:type="dxa"/>
          </w:tcPr>
          <w:p w14:paraId="7BCD4B58" w14:textId="01934BAE" w:rsidR="001773B5" w:rsidRDefault="00442B4D">
            <w:r>
              <w:t>6</w:t>
            </w:r>
            <w:r w:rsidR="00E57AD1">
              <w:t xml:space="preserve"> </w:t>
            </w:r>
            <w:proofErr w:type="spellStart"/>
            <w:r w:rsidR="00F43B7B">
              <w:t>yıl</w:t>
            </w:r>
            <w:proofErr w:type="spellEnd"/>
          </w:p>
        </w:tc>
        <w:tc>
          <w:tcPr>
            <w:tcW w:w="4320" w:type="dxa"/>
          </w:tcPr>
          <w:p w14:paraId="0DD05B9E" w14:textId="0ACB08D6" w:rsidR="001773B5" w:rsidRDefault="00F43B7B">
            <w:r>
              <w:t>3</w:t>
            </w:r>
          </w:p>
        </w:tc>
      </w:tr>
      <w:tr w:rsidR="001773B5" w14:paraId="2456D2CB" w14:textId="77777777">
        <w:tc>
          <w:tcPr>
            <w:tcW w:w="4320" w:type="dxa"/>
          </w:tcPr>
          <w:p w14:paraId="709F1CB2" w14:textId="23462EAE" w:rsidR="001773B5" w:rsidRDefault="00442B4D">
            <w:r>
              <w:t>7</w:t>
            </w:r>
            <w:r w:rsidR="00F43B7B">
              <w:t xml:space="preserve"> </w:t>
            </w:r>
            <w:proofErr w:type="spellStart"/>
            <w:r w:rsidR="00F43B7B">
              <w:t>yıl</w:t>
            </w:r>
            <w:proofErr w:type="spellEnd"/>
            <w:r w:rsidR="006A3812">
              <w:t xml:space="preserve"> </w:t>
            </w:r>
            <w:proofErr w:type="spellStart"/>
            <w:r w:rsidR="006A3812">
              <w:t>ve</w:t>
            </w:r>
            <w:proofErr w:type="spellEnd"/>
            <w:r w:rsidR="006A3812">
              <w:t xml:space="preserve"> </w:t>
            </w:r>
            <w:proofErr w:type="spellStart"/>
            <w:r w:rsidR="006A3812">
              <w:t>üstü</w:t>
            </w:r>
            <w:proofErr w:type="spellEnd"/>
          </w:p>
        </w:tc>
        <w:tc>
          <w:tcPr>
            <w:tcW w:w="4320" w:type="dxa"/>
          </w:tcPr>
          <w:p w14:paraId="231CD652" w14:textId="77777777" w:rsidR="001773B5" w:rsidRDefault="00442B4D">
            <w:r>
              <w:t>5</w:t>
            </w:r>
          </w:p>
        </w:tc>
      </w:tr>
    </w:tbl>
    <w:p w14:paraId="3448AAEF" w14:textId="77777777" w:rsidR="001773B5" w:rsidRDefault="00442B4D">
      <w:pPr>
        <w:pStyle w:val="Balk3"/>
      </w:pPr>
      <w:proofErr w:type="spellStart"/>
      <w:r>
        <w:lastRenderedPageBreak/>
        <w:t>Şekil</w:t>
      </w:r>
      <w:proofErr w:type="spellEnd"/>
      <w:r>
        <w:t xml:space="preserve"> 2: </w:t>
      </w:r>
      <w:proofErr w:type="spellStart"/>
      <w:r>
        <w:t>Eğitim</w:t>
      </w:r>
      <w:proofErr w:type="spellEnd"/>
      <w:r>
        <w:t xml:space="preserve"> </w:t>
      </w:r>
      <w:proofErr w:type="spellStart"/>
      <w:r>
        <w:t>Süresi</w:t>
      </w:r>
      <w:proofErr w:type="spellEnd"/>
      <w:r>
        <w:t xml:space="preserve"> Dağılımı</w:t>
      </w:r>
    </w:p>
    <w:p w14:paraId="62D26398" w14:textId="77777777" w:rsidR="001773B5" w:rsidRDefault="00442B4D">
      <w:r>
        <w:rPr>
          <w:noProof/>
        </w:rPr>
        <w:drawing>
          <wp:inline distT="0" distB="0" distL="0" distR="0" wp14:anchorId="07AADB26" wp14:editId="40A5F15C">
            <wp:extent cx="3657600" cy="28019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itim_suresi_dagilimi.png"/>
                    <pic:cNvPicPr/>
                  </pic:nvPicPr>
                  <pic:blipFill>
                    <a:blip r:embed="rId7"/>
                    <a:stretch>
                      <a:fillRect/>
                    </a:stretch>
                  </pic:blipFill>
                  <pic:spPr>
                    <a:xfrm>
                      <a:off x="0" y="0"/>
                      <a:ext cx="3657600" cy="2801902"/>
                    </a:xfrm>
                    <a:prstGeom prst="rect">
                      <a:avLst/>
                    </a:prstGeom>
                  </pic:spPr>
                </pic:pic>
              </a:graphicData>
            </a:graphic>
          </wp:inline>
        </w:drawing>
      </w:r>
    </w:p>
    <w:p w14:paraId="0CD35395" w14:textId="77777777" w:rsidR="001773B5" w:rsidRDefault="00442B4D">
      <w:pPr>
        <w:pStyle w:val="Balk2"/>
      </w:pPr>
      <w:r>
        <w:t xml:space="preserve">3.2 Genel </w:t>
      </w:r>
      <w:proofErr w:type="spellStart"/>
      <w:r>
        <w:t>Memnuniyet</w:t>
      </w:r>
      <w:proofErr w:type="spellEnd"/>
      <w:r>
        <w:t xml:space="preserve"> </w:t>
      </w:r>
      <w:proofErr w:type="spellStart"/>
      <w:r>
        <w:t>Analizi</w:t>
      </w:r>
      <w:proofErr w:type="spellEnd"/>
    </w:p>
    <w:p w14:paraId="223A4263" w14:textId="77777777" w:rsidR="001773B5" w:rsidRDefault="00442B4D">
      <w:r>
        <w:t>Genel Memnuniyet Yüzdesi: 60.16%</w:t>
      </w:r>
    </w:p>
    <w:p w14:paraId="30119FD7" w14:textId="77777777" w:rsidR="001773B5" w:rsidRDefault="00442B4D">
      <w:pPr>
        <w:pStyle w:val="Balk3"/>
      </w:pPr>
      <w:r>
        <w:t>Tablo 3: Kategorilere Göre Memnuniyet Yüzdeleri</w:t>
      </w:r>
    </w:p>
    <w:tbl>
      <w:tblPr>
        <w:tblStyle w:val="TabloKlavuzu"/>
        <w:tblW w:w="0" w:type="auto"/>
        <w:tblLook w:val="04A0" w:firstRow="1" w:lastRow="0" w:firstColumn="1" w:lastColumn="0" w:noHBand="0" w:noVBand="1"/>
      </w:tblPr>
      <w:tblGrid>
        <w:gridCol w:w="4315"/>
        <w:gridCol w:w="4315"/>
      </w:tblGrid>
      <w:tr w:rsidR="001773B5" w14:paraId="7952D1A7" w14:textId="77777777">
        <w:tc>
          <w:tcPr>
            <w:tcW w:w="4320" w:type="dxa"/>
          </w:tcPr>
          <w:p w14:paraId="2F2DC6B6" w14:textId="77777777" w:rsidR="001773B5" w:rsidRPr="00F43B7B" w:rsidRDefault="00442B4D">
            <w:pPr>
              <w:rPr>
                <w:b/>
                <w:bCs/>
              </w:rPr>
            </w:pPr>
            <w:r w:rsidRPr="00F43B7B">
              <w:rPr>
                <w:b/>
                <w:bCs/>
              </w:rPr>
              <w:t>Kategori</w:t>
            </w:r>
          </w:p>
        </w:tc>
        <w:tc>
          <w:tcPr>
            <w:tcW w:w="4320" w:type="dxa"/>
          </w:tcPr>
          <w:p w14:paraId="0A2CF229" w14:textId="77777777" w:rsidR="001773B5" w:rsidRPr="00F43B7B" w:rsidRDefault="00442B4D">
            <w:pPr>
              <w:rPr>
                <w:b/>
                <w:bCs/>
              </w:rPr>
            </w:pPr>
            <w:r w:rsidRPr="00F43B7B">
              <w:rPr>
                <w:b/>
                <w:bCs/>
              </w:rPr>
              <w:t>Memnuniyet Yüzdesi (%)</w:t>
            </w:r>
          </w:p>
        </w:tc>
      </w:tr>
      <w:tr w:rsidR="001773B5" w14:paraId="25C7E8A3" w14:textId="77777777">
        <w:tc>
          <w:tcPr>
            <w:tcW w:w="4320" w:type="dxa"/>
          </w:tcPr>
          <w:p w14:paraId="7941EDCC" w14:textId="77777777" w:rsidR="001773B5" w:rsidRDefault="00442B4D">
            <w:r>
              <w:t>Eğitim</w:t>
            </w:r>
          </w:p>
        </w:tc>
        <w:tc>
          <w:tcPr>
            <w:tcW w:w="4320" w:type="dxa"/>
          </w:tcPr>
          <w:p w14:paraId="714CAE4E" w14:textId="77777777" w:rsidR="001773B5" w:rsidRDefault="00442B4D">
            <w:r>
              <w:t>65.52</w:t>
            </w:r>
          </w:p>
        </w:tc>
      </w:tr>
      <w:tr w:rsidR="001773B5" w14:paraId="058DBBDE" w14:textId="77777777">
        <w:tc>
          <w:tcPr>
            <w:tcW w:w="4320" w:type="dxa"/>
          </w:tcPr>
          <w:p w14:paraId="01348A43" w14:textId="77777777" w:rsidR="001773B5" w:rsidRDefault="00442B4D">
            <w:r>
              <w:t>Kütüphane</w:t>
            </w:r>
          </w:p>
        </w:tc>
        <w:tc>
          <w:tcPr>
            <w:tcW w:w="4320" w:type="dxa"/>
          </w:tcPr>
          <w:p w14:paraId="57A8E609" w14:textId="77777777" w:rsidR="001773B5" w:rsidRDefault="00442B4D">
            <w:r>
              <w:t>66.5</w:t>
            </w:r>
          </w:p>
        </w:tc>
      </w:tr>
      <w:tr w:rsidR="001773B5" w14:paraId="2C1B3C3A" w14:textId="77777777">
        <w:tc>
          <w:tcPr>
            <w:tcW w:w="4320" w:type="dxa"/>
          </w:tcPr>
          <w:p w14:paraId="296CF55D" w14:textId="77777777" w:rsidR="001773B5" w:rsidRDefault="00442B4D">
            <w:r>
              <w:t>Yemekhane</w:t>
            </w:r>
          </w:p>
        </w:tc>
        <w:tc>
          <w:tcPr>
            <w:tcW w:w="4320" w:type="dxa"/>
          </w:tcPr>
          <w:p w14:paraId="540DAFB9" w14:textId="77777777" w:rsidR="001773B5" w:rsidRDefault="00442B4D">
            <w:r>
              <w:t>65.18</w:t>
            </w:r>
          </w:p>
        </w:tc>
      </w:tr>
      <w:tr w:rsidR="001773B5" w14:paraId="248F15DB" w14:textId="77777777">
        <w:tc>
          <w:tcPr>
            <w:tcW w:w="4320" w:type="dxa"/>
          </w:tcPr>
          <w:p w14:paraId="2BE245C1" w14:textId="77777777" w:rsidR="001773B5" w:rsidRDefault="00442B4D">
            <w:r>
              <w:t>Temizlik</w:t>
            </w:r>
          </w:p>
        </w:tc>
        <w:tc>
          <w:tcPr>
            <w:tcW w:w="4320" w:type="dxa"/>
          </w:tcPr>
          <w:p w14:paraId="229AB7EF" w14:textId="77777777" w:rsidR="001773B5" w:rsidRDefault="00442B4D">
            <w:r>
              <w:t>47.31</w:t>
            </w:r>
          </w:p>
        </w:tc>
      </w:tr>
      <w:tr w:rsidR="001773B5" w14:paraId="2D9DAD23" w14:textId="77777777">
        <w:tc>
          <w:tcPr>
            <w:tcW w:w="4320" w:type="dxa"/>
          </w:tcPr>
          <w:p w14:paraId="204637B8" w14:textId="77777777" w:rsidR="001773B5" w:rsidRDefault="00442B4D">
            <w:r>
              <w:t>Üniversite</w:t>
            </w:r>
          </w:p>
        </w:tc>
        <w:tc>
          <w:tcPr>
            <w:tcW w:w="4320" w:type="dxa"/>
          </w:tcPr>
          <w:p w14:paraId="40D45A6C" w14:textId="77777777" w:rsidR="001773B5" w:rsidRDefault="00442B4D">
            <w:r>
              <w:t>56.3</w:t>
            </w:r>
          </w:p>
        </w:tc>
      </w:tr>
    </w:tbl>
    <w:p w14:paraId="6CCD8620" w14:textId="77777777" w:rsidR="001773B5" w:rsidRDefault="00442B4D">
      <w:pPr>
        <w:pStyle w:val="Balk3"/>
      </w:pPr>
      <w:r>
        <w:t xml:space="preserve">Tablo 4: </w:t>
      </w:r>
      <w:proofErr w:type="spellStart"/>
      <w:r>
        <w:t>Kategorilere</w:t>
      </w:r>
      <w:proofErr w:type="spellEnd"/>
      <w:r>
        <w:t xml:space="preserve"> </w:t>
      </w:r>
      <w:proofErr w:type="spellStart"/>
      <w:r>
        <w:t>Göre</w:t>
      </w:r>
      <w:proofErr w:type="spellEnd"/>
      <w:r>
        <w:t xml:space="preserve"> </w:t>
      </w:r>
      <w:proofErr w:type="spellStart"/>
      <w:r>
        <w:t>Betimsel</w:t>
      </w:r>
      <w:proofErr w:type="spellEnd"/>
      <w:r>
        <w:t xml:space="preserve"> </w:t>
      </w:r>
      <w:proofErr w:type="spellStart"/>
      <w:r>
        <w:t>İstatistikler</w:t>
      </w:r>
      <w:proofErr w:type="spellEnd"/>
    </w:p>
    <w:tbl>
      <w:tblPr>
        <w:tblStyle w:val="TabloKlavuzu"/>
        <w:tblW w:w="0" w:type="auto"/>
        <w:tblLook w:val="04A0" w:firstRow="1" w:lastRow="0" w:firstColumn="1" w:lastColumn="0" w:noHBand="0" w:noVBand="1"/>
      </w:tblPr>
      <w:tblGrid>
        <w:gridCol w:w="1440"/>
        <w:gridCol w:w="1438"/>
        <w:gridCol w:w="1437"/>
        <w:gridCol w:w="1438"/>
        <w:gridCol w:w="1438"/>
        <w:gridCol w:w="1439"/>
      </w:tblGrid>
      <w:tr w:rsidR="001773B5" w14:paraId="3160EA57" w14:textId="77777777">
        <w:tc>
          <w:tcPr>
            <w:tcW w:w="1440" w:type="dxa"/>
          </w:tcPr>
          <w:p w14:paraId="239F7542" w14:textId="77777777" w:rsidR="001773B5" w:rsidRPr="006A3812" w:rsidRDefault="00442B4D">
            <w:pPr>
              <w:rPr>
                <w:b/>
                <w:bCs/>
              </w:rPr>
            </w:pPr>
            <w:r w:rsidRPr="006A3812">
              <w:rPr>
                <w:b/>
                <w:bCs/>
              </w:rPr>
              <w:t>Kategori</w:t>
            </w:r>
          </w:p>
        </w:tc>
        <w:tc>
          <w:tcPr>
            <w:tcW w:w="1440" w:type="dxa"/>
          </w:tcPr>
          <w:p w14:paraId="376233BA" w14:textId="77777777" w:rsidR="001773B5" w:rsidRPr="006A3812" w:rsidRDefault="00442B4D">
            <w:pPr>
              <w:rPr>
                <w:b/>
                <w:bCs/>
              </w:rPr>
            </w:pPr>
            <w:r w:rsidRPr="006A3812">
              <w:rPr>
                <w:b/>
                <w:bCs/>
              </w:rPr>
              <w:t>Ortalama (%)</w:t>
            </w:r>
          </w:p>
        </w:tc>
        <w:tc>
          <w:tcPr>
            <w:tcW w:w="1440" w:type="dxa"/>
          </w:tcPr>
          <w:p w14:paraId="4D673CBD" w14:textId="77777777" w:rsidR="001773B5" w:rsidRPr="006A3812" w:rsidRDefault="00442B4D">
            <w:pPr>
              <w:rPr>
                <w:b/>
                <w:bCs/>
              </w:rPr>
            </w:pPr>
            <w:r w:rsidRPr="006A3812">
              <w:rPr>
                <w:b/>
                <w:bCs/>
              </w:rPr>
              <w:t>Medyan (%)</w:t>
            </w:r>
          </w:p>
        </w:tc>
        <w:tc>
          <w:tcPr>
            <w:tcW w:w="1440" w:type="dxa"/>
          </w:tcPr>
          <w:p w14:paraId="0C91F428" w14:textId="77777777" w:rsidR="001773B5" w:rsidRPr="006A3812" w:rsidRDefault="00442B4D">
            <w:pPr>
              <w:rPr>
                <w:b/>
                <w:bCs/>
              </w:rPr>
            </w:pPr>
            <w:r w:rsidRPr="006A3812">
              <w:rPr>
                <w:b/>
                <w:bCs/>
              </w:rPr>
              <w:t>Standart Sapma (%)</w:t>
            </w:r>
          </w:p>
        </w:tc>
        <w:tc>
          <w:tcPr>
            <w:tcW w:w="1440" w:type="dxa"/>
          </w:tcPr>
          <w:p w14:paraId="56505FAC" w14:textId="77777777" w:rsidR="001773B5" w:rsidRPr="006A3812" w:rsidRDefault="00442B4D">
            <w:pPr>
              <w:rPr>
                <w:b/>
                <w:bCs/>
              </w:rPr>
            </w:pPr>
            <w:r w:rsidRPr="006A3812">
              <w:rPr>
                <w:b/>
                <w:bCs/>
              </w:rPr>
              <w:t>Minimum (%)</w:t>
            </w:r>
          </w:p>
        </w:tc>
        <w:tc>
          <w:tcPr>
            <w:tcW w:w="1440" w:type="dxa"/>
          </w:tcPr>
          <w:p w14:paraId="64732BB7" w14:textId="77777777" w:rsidR="001773B5" w:rsidRPr="006A3812" w:rsidRDefault="00442B4D">
            <w:pPr>
              <w:rPr>
                <w:b/>
                <w:bCs/>
              </w:rPr>
            </w:pPr>
            <w:r w:rsidRPr="006A3812">
              <w:rPr>
                <w:b/>
                <w:bCs/>
              </w:rPr>
              <w:t>Maksimum (%)</w:t>
            </w:r>
          </w:p>
        </w:tc>
      </w:tr>
      <w:tr w:rsidR="001773B5" w14:paraId="3DC18CFB" w14:textId="77777777">
        <w:tc>
          <w:tcPr>
            <w:tcW w:w="1440" w:type="dxa"/>
          </w:tcPr>
          <w:p w14:paraId="6E0AE3CB" w14:textId="77777777" w:rsidR="001773B5" w:rsidRDefault="00442B4D">
            <w:r>
              <w:t>Eğitim</w:t>
            </w:r>
          </w:p>
        </w:tc>
        <w:tc>
          <w:tcPr>
            <w:tcW w:w="1440" w:type="dxa"/>
          </w:tcPr>
          <w:p w14:paraId="32D1DAEF" w14:textId="77777777" w:rsidR="001773B5" w:rsidRDefault="00442B4D">
            <w:r>
              <w:t>65.52</w:t>
            </w:r>
          </w:p>
        </w:tc>
        <w:tc>
          <w:tcPr>
            <w:tcW w:w="1440" w:type="dxa"/>
          </w:tcPr>
          <w:p w14:paraId="37C8C3CA" w14:textId="77777777" w:rsidR="001773B5" w:rsidRDefault="00442B4D">
            <w:r>
              <w:t>65.71</w:t>
            </w:r>
          </w:p>
        </w:tc>
        <w:tc>
          <w:tcPr>
            <w:tcW w:w="1440" w:type="dxa"/>
          </w:tcPr>
          <w:p w14:paraId="2C0BE25E" w14:textId="77777777" w:rsidR="001773B5" w:rsidRDefault="00442B4D">
            <w:r>
              <w:t>16.96</w:t>
            </w:r>
          </w:p>
        </w:tc>
        <w:tc>
          <w:tcPr>
            <w:tcW w:w="1440" w:type="dxa"/>
          </w:tcPr>
          <w:p w14:paraId="5EF7FCA6" w14:textId="77777777" w:rsidR="001773B5" w:rsidRDefault="00442B4D">
            <w:r>
              <w:t>20.0</w:t>
            </w:r>
          </w:p>
        </w:tc>
        <w:tc>
          <w:tcPr>
            <w:tcW w:w="1440" w:type="dxa"/>
          </w:tcPr>
          <w:p w14:paraId="6AA4579A" w14:textId="77777777" w:rsidR="001773B5" w:rsidRDefault="00442B4D">
            <w:r>
              <w:t>100.0</w:t>
            </w:r>
          </w:p>
        </w:tc>
      </w:tr>
      <w:tr w:rsidR="001773B5" w14:paraId="24F44098" w14:textId="77777777">
        <w:tc>
          <w:tcPr>
            <w:tcW w:w="1440" w:type="dxa"/>
          </w:tcPr>
          <w:p w14:paraId="454A5173" w14:textId="77777777" w:rsidR="001773B5" w:rsidRDefault="00442B4D">
            <w:r>
              <w:t>Kütüphane</w:t>
            </w:r>
          </w:p>
        </w:tc>
        <w:tc>
          <w:tcPr>
            <w:tcW w:w="1440" w:type="dxa"/>
          </w:tcPr>
          <w:p w14:paraId="4F238191" w14:textId="77777777" w:rsidR="001773B5" w:rsidRDefault="00442B4D">
            <w:r>
              <w:t>66.5</w:t>
            </w:r>
          </w:p>
        </w:tc>
        <w:tc>
          <w:tcPr>
            <w:tcW w:w="1440" w:type="dxa"/>
          </w:tcPr>
          <w:p w14:paraId="202E7AE2" w14:textId="77777777" w:rsidR="001773B5" w:rsidRDefault="00442B4D">
            <w:r>
              <w:t>68.0</w:t>
            </w:r>
          </w:p>
        </w:tc>
        <w:tc>
          <w:tcPr>
            <w:tcW w:w="1440" w:type="dxa"/>
          </w:tcPr>
          <w:p w14:paraId="322CF676" w14:textId="77777777" w:rsidR="001773B5" w:rsidRDefault="00442B4D">
            <w:r>
              <w:t>17.37</w:t>
            </w:r>
          </w:p>
        </w:tc>
        <w:tc>
          <w:tcPr>
            <w:tcW w:w="1440" w:type="dxa"/>
          </w:tcPr>
          <w:p w14:paraId="01F7D5DA" w14:textId="77777777" w:rsidR="001773B5" w:rsidRDefault="00442B4D">
            <w:r>
              <w:t>20.0</w:t>
            </w:r>
          </w:p>
        </w:tc>
        <w:tc>
          <w:tcPr>
            <w:tcW w:w="1440" w:type="dxa"/>
          </w:tcPr>
          <w:p w14:paraId="1BD3BC87" w14:textId="77777777" w:rsidR="001773B5" w:rsidRDefault="00442B4D">
            <w:r>
              <w:t>100.0</w:t>
            </w:r>
          </w:p>
        </w:tc>
      </w:tr>
      <w:tr w:rsidR="001773B5" w14:paraId="29602B82" w14:textId="77777777">
        <w:tc>
          <w:tcPr>
            <w:tcW w:w="1440" w:type="dxa"/>
          </w:tcPr>
          <w:p w14:paraId="495EBE84" w14:textId="77777777" w:rsidR="001773B5" w:rsidRDefault="00442B4D">
            <w:r>
              <w:t>Yemekhane</w:t>
            </w:r>
          </w:p>
        </w:tc>
        <w:tc>
          <w:tcPr>
            <w:tcW w:w="1440" w:type="dxa"/>
          </w:tcPr>
          <w:p w14:paraId="52BFA9BD" w14:textId="77777777" w:rsidR="001773B5" w:rsidRDefault="00442B4D">
            <w:r>
              <w:t>65.18</w:t>
            </w:r>
          </w:p>
        </w:tc>
        <w:tc>
          <w:tcPr>
            <w:tcW w:w="1440" w:type="dxa"/>
          </w:tcPr>
          <w:p w14:paraId="1DDFA50F" w14:textId="77777777" w:rsidR="001773B5" w:rsidRDefault="00442B4D">
            <w:r>
              <w:t>72.0</w:t>
            </w:r>
          </w:p>
        </w:tc>
        <w:tc>
          <w:tcPr>
            <w:tcW w:w="1440" w:type="dxa"/>
          </w:tcPr>
          <w:p w14:paraId="27CBEB6B" w14:textId="77777777" w:rsidR="001773B5" w:rsidRDefault="00442B4D">
            <w:r>
              <w:t>21.37</w:t>
            </w:r>
          </w:p>
        </w:tc>
        <w:tc>
          <w:tcPr>
            <w:tcW w:w="1440" w:type="dxa"/>
          </w:tcPr>
          <w:p w14:paraId="55133FD6" w14:textId="77777777" w:rsidR="001773B5" w:rsidRDefault="00442B4D">
            <w:r>
              <w:t>20.0</w:t>
            </w:r>
          </w:p>
        </w:tc>
        <w:tc>
          <w:tcPr>
            <w:tcW w:w="1440" w:type="dxa"/>
          </w:tcPr>
          <w:p w14:paraId="5E84D805" w14:textId="77777777" w:rsidR="001773B5" w:rsidRDefault="00442B4D">
            <w:r>
              <w:t>100.0</w:t>
            </w:r>
          </w:p>
        </w:tc>
      </w:tr>
      <w:tr w:rsidR="001773B5" w14:paraId="486482CF" w14:textId="77777777">
        <w:tc>
          <w:tcPr>
            <w:tcW w:w="1440" w:type="dxa"/>
          </w:tcPr>
          <w:p w14:paraId="6971DF15" w14:textId="77777777" w:rsidR="001773B5" w:rsidRDefault="00442B4D">
            <w:r>
              <w:t>Temizlik</w:t>
            </w:r>
          </w:p>
        </w:tc>
        <w:tc>
          <w:tcPr>
            <w:tcW w:w="1440" w:type="dxa"/>
          </w:tcPr>
          <w:p w14:paraId="5088260F" w14:textId="77777777" w:rsidR="001773B5" w:rsidRDefault="00442B4D">
            <w:r>
              <w:t>47.31</w:t>
            </w:r>
          </w:p>
        </w:tc>
        <w:tc>
          <w:tcPr>
            <w:tcW w:w="1440" w:type="dxa"/>
          </w:tcPr>
          <w:p w14:paraId="1228E9D7" w14:textId="77777777" w:rsidR="001773B5" w:rsidRDefault="00442B4D">
            <w:r>
              <w:t>45.0</w:t>
            </w:r>
          </w:p>
        </w:tc>
        <w:tc>
          <w:tcPr>
            <w:tcW w:w="1440" w:type="dxa"/>
          </w:tcPr>
          <w:p w14:paraId="469F8F28" w14:textId="77777777" w:rsidR="001773B5" w:rsidRDefault="00442B4D">
            <w:r>
              <w:t>22.16</w:t>
            </w:r>
          </w:p>
        </w:tc>
        <w:tc>
          <w:tcPr>
            <w:tcW w:w="1440" w:type="dxa"/>
          </w:tcPr>
          <w:p w14:paraId="7243D841" w14:textId="77777777" w:rsidR="001773B5" w:rsidRDefault="00442B4D">
            <w:r>
              <w:t>20.0</w:t>
            </w:r>
          </w:p>
        </w:tc>
        <w:tc>
          <w:tcPr>
            <w:tcW w:w="1440" w:type="dxa"/>
          </w:tcPr>
          <w:p w14:paraId="2FCC36F1" w14:textId="77777777" w:rsidR="001773B5" w:rsidRDefault="00442B4D">
            <w:r>
              <w:t>100.0</w:t>
            </w:r>
          </w:p>
        </w:tc>
      </w:tr>
      <w:tr w:rsidR="001773B5" w14:paraId="41612F92" w14:textId="77777777">
        <w:tc>
          <w:tcPr>
            <w:tcW w:w="1440" w:type="dxa"/>
          </w:tcPr>
          <w:p w14:paraId="52FB0F12" w14:textId="77777777" w:rsidR="001773B5" w:rsidRDefault="00442B4D">
            <w:r>
              <w:t>Üniversite</w:t>
            </w:r>
          </w:p>
        </w:tc>
        <w:tc>
          <w:tcPr>
            <w:tcW w:w="1440" w:type="dxa"/>
          </w:tcPr>
          <w:p w14:paraId="047E1782" w14:textId="77777777" w:rsidR="001773B5" w:rsidRDefault="00442B4D">
            <w:r>
              <w:t>56.3</w:t>
            </w:r>
          </w:p>
        </w:tc>
        <w:tc>
          <w:tcPr>
            <w:tcW w:w="1440" w:type="dxa"/>
          </w:tcPr>
          <w:p w14:paraId="74589444" w14:textId="77777777" w:rsidR="001773B5" w:rsidRDefault="00442B4D">
            <w:r>
              <w:t>55.56</w:t>
            </w:r>
          </w:p>
        </w:tc>
        <w:tc>
          <w:tcPr>
            <w:tcW w:w="1440" w:type="dxa"/>
          </w:tcPr>
          <w:p w14:paraId="053CDDD5" w14:textId="77777777" w:rsidR="001773B5" w:rsidRDefault="00442B4D">
            <w:r>
              <w:t>14.38</w:t>
            </w:r>
          </w:p>
        </w:tc>
        <w:tc>
          <w:tcPr>
            <w:tcW w:w="1440" w:type="dxa"/>
          </w:tcPr>
          <w:p w14:paraId="0B16E1DD" w14:textId="77777777" w:rsidR="001773B5" w:rsidRDefault="00442B4D">
            <w:r>
              <w:t>20.0</w:t>
            </w:r>
          </w:p>
        </w:tc>
        <w:tc>
          <w:tcPr>
            <w:tcW w:w="1440" w:type="dxa"/>
          </w:tcPr>
          <w:p w14:paraId="07E39895" w14:textId="77777777" w:rsidR="001773B5" w:rsidRDefault="00442B4D">
            <w:r>
              <w:t>100.0</w:t>
            </w:r>
          </w:p>
        </w:tc>
      </w:tr>
    </w:tbl>
    <w:p w14:paraId="43ED67F9" w14:textId="77777777" w:rsidR="001773B5" w:rsidRDefault="00442B4D">
      <w:pPr>
        <w:pStyle w:val="Balk3"/>
      </w:pPr>
      <w:proofErr w:type="spellStart"/>
      <w:r>
        <w:lastRenderedPageBreak/>
        <w:t>Şekil</w:t>
      </w:r>
      <w:proofErr w:type="spellEnd"/>
      <w:r>
        <w:t xml:space="preserve"> 3: </w:t>
      </w:r>
      <w:proofErr w:type="spellStart"/>
      <w:r>
        <w:t>Kategori</w:t>
      </w:r>
      <w:proofErr w:type="spellEnd"/>
      <w:r>
        <w:t xml:space="preserve"> </w:t>
      </w:r>
      <w:proofErr w:type="spellStart"/>
      <w:r>
        <w:t>Bazında</w:t>
      </w:r>
      <w:proofErr w:type="spellEnd"/>
      <w:r>
        <w:t xml:space="preserve"> Memnuniyet Yüzdeleri</w:t>
      </w:r>
    </w:p>
    <w:p w14:paraId="05BA863D" w14:textId="77777777" w:rsidR="001773B5" w:rsidRDefault="00442B4D">
      <w:r>
        <w:rPr>
          <w:noProof/>
        </w:rPr>
        <w:drawing>
          <wp:inline distT="0" distB="0" distL="0" distR="0" wp14:anchorId="392924DF" wp14:editId="7A785FAA">
            <wp:extent cx="4572000" cy="35531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egori_ortalamalar.png"/>
                    <pic:cNvPicPr/>
                  </pic:nvPicPr>
                  <pic:blipFill>
                    <a:blip r:embed="rId8"/>
                    <a:stretch>
                      <a:fillRect/>
                    </a:stretch>
                  </pic:blipFill>
                  <pic:spPr>
                    <a:xfrm>
                      <a:off x="0" y="0"/>
                      <a:ext cx="4572000" cy="3553110"/>
                    </a:xfrm>
                    <a:prstGeom prst="rect">
                      <a:avLst/>
                    </a:prstGeom>
                  </pic:spPr>
                </pic:pic>
              </a:graphicData>
            </a:graphic>
          </wp:inline>
        </w:drawing>
      </w:r>
    </w:p>
    <w:p w14:paraId="5FF7BD85" w14:textId="77777777" w:rsidR="001773B5" w:rsidRDefault="00442B4D">
      <w:pPr>
        <w:pStyle w:val="Balk2"/>
      </w:pPr>
      <w:r>
        <w:t xml:space="preserve">3.3 </w:t>
      </w:r>
      <w:proofErr w:type="spellStart"/>
      <w:r>
        <w:t>Güvenirlik</w:t>
      </w:r>
      <w:proofErr w:type="spellEnd"/>
      <w:r>
        <w:t xml:space="preserve"> </w:t>
      </w:r>
      <w:proofErr w:type="spellStart"/>
      <w:r>
        <w:t>ve</w:t>
      </w:r>
      <w:proofErr w:type="spellEnd"/>
      <w:r>
        <w:t xml:space="preserve"> </w:t>
      </w:r>
      <w:proofErr w:type="spellStart"/>
      <w:r>
        <w:t>Geçerlilik</w:t>
      </w:r>
      <w:proofErr w:type="spellEnd"/>
      <w:r>
        <w:t xml:space="preserve"> </w:t>
      </w:r>
      <w:proofErr w:type="spellStart"/>
      <w:r>
        <w:t>Analizi</w:t>
      </w:r>
      <w:proofErr w:type="spellEnd"/>
    </w:p>
    <w:p w14:paraId="3E2E8D54" w14:textId="77777777" w:rsidR="001773B5" w:rsidRDefault="00442B4D">
      <w:r>
        <w:t>Anketin Güvenirlik Katsayısı (Cronbach Alpha): 0.935</w:t>
      </w:r>
    </w:p>
    <w:p w14:paraId="1AF0AC94" w14:textId="77777777" w:rsidR="001773B5" w:rsidRDefault="00442B4D">
      <w:pPr>
        <w:pStyle w:val="Balk3"/>
      </w:pPr>
      <w:r>
        <w:t>Tablo 5: Kategori Bazında Cronbach Alpha Güvenirlik Katsayıları</w:t>
      </w:r>
    </w:p>
    <w:tbl>
      <w:tblPr>
        <w:tblStyle w:val="TabloKlavuzu"/>
        <w:tblW w:w="0" w:type="auto"/>
        <w:tblLook w:val="04A0" w:firstRow="1" w:lastRow="0" w:firstColumn="1" w:lastColumn="0" w:noHBand="0" w:noVBand="1"/>
      </w:tblPr>
      <w:tblGrid>
        <w:gridCol w:w="4315"/>
        <w:gridCol w:w="4315"/>
      </w:tblGrid>
      <w:tr w:rsidR="001773B5" w14:paraId="49021B19" w14:textId="77777777">
        <w:tc>
          <w:tcPr>
            <w:tcW w:w="4320" w:type="dxa"/>
          </w:tcPr>
          <w:p w14:paraId="1E19742C" w14:textId="77777777" w:rsidR="001773B5" w:rsidRPr="006A3812" w:rsidRDefault="00442B4D">
            <w:pPr>
              <w:rPr>
                <w:b/>
                <w:bCs/>
              </w:rPr>
            </w:pPr>
            <w:r w:rsidRPr="006A3812">
              <w:rPr>
                <w:b/>
                <w:bCs/>
              </w:rPr>
              <w:t>Kategori</w:t>
            </w:r>
          </w:p>
        </w:tc>
        <w:tc>
          <w:tcPr>
            <w:tcW w:w="4320" w:type="dxa"/>
          </w:tcPr>
          <w:p w14:paraId="518A7D9F" w14:textId="77777777" w:rsidR="001773B5" w:rsidRPr="006A3812" w:rsidRDefault="00442B4D">
            <w:pPr>
              <w:rPr>
                <w:b/>
                <w:bCs/>
              </w:rPr>
            </w:pPr>
            <w:r w:rsidRPr="006A3812">
              <w:rPr>
                <w:b/>
                <w:bCs/>
              </w:rPr>
              <w:t>Cronbach Alpha</w:t>
            </w:r>
          </w:p>
        </w:tc>
      </w:tr>
      <w:tr w:rsidR="001773B5" w14:paraId="03B0C8DA" w14:textId="77777777">
        <w:tc>
          <w:tcPr>
            <w:tcW w:w="4320" w:type="dxa"/>
          </w:tcPr>
          <w:p w14:paraId="70D65BDB" w14:textId="77777777" w:rsidR="001773B5" w:rsidRDefault="00442B4D">
            <w:r>
              <w:t>Eğitim</w:t>
            </w:r>
          </w:p>
        </w:tc>
        <w:tc>
          <w:tcPr>
            <w:tcW w:w="4320" w:type="dxa"/>
          </w:tcPr>
          <w:p w14:paraId="6A8ECF3A" w14:textId="77777777" w:rsidR="001773B5" w:rsidRDefault="00442B4D">
            <w:r>
              <w:t>0.853</w:t>
            </w:r>
          </w:p>
        </w:tc>
      </w:tr>
      <w:tr w:rsidR="001773B5" w14:paraId="518FB6C1" w14:textId="77777777">
        <w:tc>
          <w:tcPr>
            <w:tcW w:w="4320" w:type="dxa"/>
          </w:tcPr>
          <w:p w14:paraId="30161270" w14:textId="77777777" w:rsidR="001773B5" w:rsidRDefault="00442B4D">
            <w:r>
              <w:t>Kütüphane</w:t>
            </w:r>
          </w:p>
        </w:tc>
        <w:tc>
          <w:tcPr>
            <w:tcW w:w="4320" w:type="dxa"/>
          </w:tcPr>
          <w:p w14:paraId="59CE11DA" w14:textId="77777777" w:rsidR="001773B5" w:rsidRDefault="00442B4D">
            <w:r>
              <w:t>0.813</w:t>
            </w:r>
          </w:p>
        </w:tc>
      </w:tr>
      <w:tr w:rsidR="001773B5" w14:paraId="2A457A8D" w14:textId="77777777">
        <w:tc>
          <w:tcPr>
            <w:tcW w:w="4320" w:type="dxa"/>
          </w:tcPr>
          <w:p w14:paraId="1162ECCC" w14:textId="77777777" w:rsidR="001773B5" w:rsidRDefault="00442B4D">
            <w:r>
              <w:t>Yemekhane</w:t>
            </w:r>
          </w:p>
        </w:tc>
        <w:tc>
          <w:tcPr>
            <w:tcW w:w="4320" w:type="dxa"/>
          </w:tcPr>
          <w:p w14:paraId="1B230A0E" w14:textId="77777777" w:rsidR="001773B5" w:rsidRDefault="00442B4D">
            <w:r>
              <w:t>0.929</w:t>
            </w:r>
          </w:p>
        </w:tc>
      </w:tr>
      <w:tr w:rsidR="001773B5" w14:paraId="584B04DB" w14:textId="77777777">
        <w:tc>
          <w:tcPr>
            <w:tcW w:w="4320" w:type="dxa"/>
          </w:tcPr>
          <w:p w14:paraId="467B474B" w14:textId="77777777" w:rsidR="001773B5" w:rsidRDefault="00442B4D">
            <w:r>
              <w:t>Temizlik</w:t>
            </w:r>
          </w:p>
        </w:tc>
        <w:tc>
          <w:tcPr>
            <w:tcW w:w="4320" w:type="dxa"/>
          </w:tcPr>
          <w:p w14:paraId="026ADA72" w14:textId="77777777" w:rsidR="001773B5" w:rsidRDefault="00442B4D">
            <w:r>
              <w:t>0.875</w:t>
            </w:r>
          </w:p>
        </w:tc>
      </w:tr>
      <w:tr w:rsidR="001773B5" w14:paraId="57AA6551" w14:textId="77777777">
        <w:tc>
          <w:tcPr>
            <w:tcW w:w="4320" w:type="dxa"/>
          </w:tcPr>
          <w:p w14:paraId="51061D4D" w14:textId="77777777" w:rsidR="001773B5" w:rsidRDefault="00442B4D">
            <w:r>
              <w:t>Üniversite</w:t>
            </w:r>
          </w:p>
        </w:tc>
        <w:tc>
          <w:tcPr>
            <w:tcW w:w="4320" w:type="dxa"/>
          </w:tcPr>
          <w:p w14:paraId="729EF859" w14:textId="77777777" w:rsidR="001773B5" w:rsidRDefault="00442B4D">
            <w:r>
              <w:t>0.817</w:t>
            </w:r>
          </w:p>
        </w:tc>
      </w:tr>
    </w:tbl>
    <w:p w14:paraId="27A29AE4" w14:textId="77777777" w:rsidR="001773B5" w:rsidRDefault="00442B4D">
      <w:pPr>
        <w:pStyle w:val="Balk3"/>
      </w:pPr>
      <w:proofErr w:type="spellStart"/>
      <w:r>
        <w:lastRenderedPageBreak/>
        <w:t>Şekil</w:t>
      </w:r>
      <w:proofErr w:type="spellEnd"/>
      <w:r>
        <w:t xml:space="preserve"> 4: Cronbach Alpha Güvenirlik Katsayıları</w:t>
      </w:r>
    </w:p>
    <w:p w14:paraId="241CE356" w14:textId="77777777" w:rsidR="001773B5" w:rsidRDefault="00442B4D">
      <w:r>
        <w:rPr>
          <w:noProof/>
        </w:rPr>
        <w:drawing>
          <wp:inline distT="0" distB="0" distL="0" distR="0" wp14:anchorId="76FB0918" wp14:editId="55F5704B">
            <wp:extent cx="4286250" cy="2952620"/>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venirlik_katsayilari.png"/>
                    <pic:cNvPicPr/>
                  </pic:nvPicPr>
                  <pic:blipFill>
                    <a:blip r:embed="rId9"/>
                    <a:stretch>
                      <a:fillRect/>
                    </a:stretch>
                  </pic:blipFill>
                  <pic:spPr>
                    <a:xfrm>
                      <a:off x="0" y="0"/>
                      <a:ext cx="4294067" cy="2958005"/>
                    </a:xfrm>
                    <a:prstGeom prst="rect">
                      <a:avLst/>
                    </a:prstGeom>
                  </pic:spPr>
                </pic:pic>
              </a:graphicData>
            </a:graphic>
          </wp:inline>
        </w:drawing>
      </w:r>
    </w:p>
    <w:p w14:paraId="504CC058" w14:textId="77777777" w:rsidR="001773B5" w:rsidRDefault="00442B4D">
      <w:pPr>
        <w:pStyle w:val="Balk2"/>
      </w:pPr>
      <w:r>
        <w:t xml:space="preserve">3.4 Kategoriler </w:t>
      </w:r>
      <w:proofErr w:type="spellStart"/>
      <w:r>
        <w:t>Arası</w:t>
      </w:r>
      <w:proofErr w:type="spellEnd"/>
      <w:r>
        <w:t xml:space="preserve"> </w:t>
      </w:r>
      <w:proofErr w:type="spellStart"/>
      <w:r>
        <w:t>Korelasyon</w:t>
      </w:r>
      <w:proofErr w:type="spellEnd"/>
      <w:r>
        <w:t xml:space="preserve"> </w:t>
      </w:r>
      <w:proofErr w:type="spellStart"/>
      <w:r>
        <w:t>Analizi</w:t>
      </w:r>
      <w:proofErr w:type="spellEnd"/>
    </w:p>
    <w:p w14:paraId="2B7BD0A1" w14:textId="77777777" w:rsidR="001773B5" w:rsidRDefault="00442B4D">
      <w:pPr>
        <w:pStyle w:val="Balk3"/>
      </w:pPr>
      <w:r>
        <w:t>Şekil 5: Kategoriler Arası Korelasyon Matrisi</w:t>
      </w:r>
    </w:p>
    <w:p w14:paraId="47FF871B" w14:textId="77777777" w:rsidR="001773B5" w:rsidRDefault="00442B4D">
      <w:r>
        <w:rPr>
          <w:noProof/>
        </w:rPr>
        <w:drawing>
          <wp:inline distT="0" distB="0" distL="0" distR="0" wp14:anchorId="5FC2AA41" wp14:editId="4A0A6704">
            <wp:extent cx="4572000" cy="41001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egoriler_arasi_korelasyon.png"/>
                    <pic:cNvPicPr/>
                  </pic:nvPicPr>
                  <pic:blipFill>
                    <a:blip r:embed="rId10"/>
                    <a:stretch>
                      <a:fillRect/>
                    </a:stretch>
                  </pic:blipFill>
                  <pic:spPr>
                    <a:xfrm>
                      <a:off x="0" y="0"/>
                      <a:ext cx="4572000" cy="4100164"/>
                    </a:xfrm>
                    <a:prstGeom prst="rect">
                      <a:avLst/>
                    </a:prstGeom>
                  </pic:spPr>
                </pic:pic>
              </a:graphicData>
            </a:graphic>
          </wp:inline>
        </w:drawing>
      </w:r>
    </w:p>
    <w:p w14:paraId="59706387" w14:textId="77777777" w:rsidR="001773B5" w:rsidRDefault="00442B4D">
      <w:pPr>
        <w:pStyle w:val="Balk3"/>
      </w:pPr>
      <w:r>
        <w:lastRenderedPageBreak/>
        <w:t xml:space="preserve">Tablo 6: </w:t>
      </w:r>
      <w:proofErr w:type="spellStart"/>
      <w:r>
        <w:t>Kategoriler</w:t>
      </w:r>
      <w:proofErr w:type="spellEnd"/>
      <w:r>
        <w:t xml:space="preserve"> </w:t>
      </w:r>
      <w:proofErr w:type="spellStart"/>
      <w:r>
        <w:t>Arası</w:t>
      </w:r>
      <w:proofErr w:type="spellEnd"/>
      <w:r>
        <w:t xml:space="preserve"> </w:t>
      </w:r>
      <w:proofErr w:type="spellStart"/>
      <w:r>
        <w:t>Korelasyon</w:t>
      </w:r>
      <w:proofErr w:type="spellEnd"/>
      <w:r>
        <w:t xml:space="preserve"> </w:t>
      </w:r>
      <w:proofErr w:type="spellStart"/>
      <w:r>
        <w:t>ve</w:t>
      </w:r>
      <w:proofErr w:type="spellEnd"/>
      <w:r>
        <w:t xml:space="preserve"> p-Değerleri</w:t>
      </w:r>
    </w:p>
    <w:tbl>
      <w:tblPr>
        <w:tblStyle w:val="TabloKlavuzu"/>
        <w:tblW w:w="0" w:type="auto"/>
        <w:tblLook w:val="04A0" w:firstRow="1" w:lastRow="0" w:firstColumn="1" w:lastColumn="0" w:noHBand="0" w:noVBand="1"/>
      </w:tblPr>
      <w:tblGrid>
        <w:gridCol w:w="1438"/>
        <w:gridCol w:w="1438"/>
        <w:gridCol w:w="1439"/>
        <w:gridCol w:w="1439"/>
        <w:gridCol w:w="1438"/>
        <w:gridCol w:w="1438"/>
      </w:tblGrid>
      <w:tr w:rsidR="001773B5" w14:paraId="72097731" w14:textId="77777777">
        <w:tc>
          <w:tcPr>
            <w:tcW w:w="1440" w:type="dxa"/>
          </w:tcPr>
          <w:p w14:paraId="47A71686" w14:textId="77777777" w:rsidR="001773B5" w:rsidRDefault="00442B4D">
            <w:r>
              <w:t>Kategori</w:t>
            </w:r>
          </w:p>
        </w:tc>
        <w:tc>
          <w:tcPr>
            <w:tcW w:w="1440" w:type="dxa"/>
          </w:tcPr>
          <w:p w14:paraId="7017DC68" w14:textId="77777777" w:rsidR="001773B5" w:rsidRDefault="00442B4D">
            <w:r>
              <w:t>Eğitim</w:t>
            </w:r>
          </w:p>
        </w:tc>
        <w:tc>
          <w:tcPr>
            <w:tcW w:w="1440" w:type="dxa"/>
          </w:tcPr>
          <w:p w14:paraId="5E6F77CB" w14:textId="77777777" w:rsidR="001773B5" w:rsidRDefault="00442B4D">
            <w:r>
              <w:t>Kütüphane</w:t>
            </w:r>
          </w:p>
        </w:tc>
        <w:tc>
          <w:tcPr>
            <w:tcW w:w="1440" w:type="dxa"/>
          </w:tcPr>
          <w:p w14:paraId="755383E1" w14:textId="77777777" w:rsidR="001773B5" w:rsidRDefault="00442B4D">
            <w:r>
              <w:t>Yemekhane</w:t>
            </w:r>
          </w:p>
        </w:tc>
        <w:tc>
          <w:tcPr>
            <w:tcW w:w="1440" w:type="dxa"/>
          </w:tcPr>
          <w:p w14:paraId="1FF7467A" w14:textId="77777777" w:rsidR="001773B5" w:rsidRDefault="00442B4D">
            <w:r>
              <w:t>Temizlik</w:t>
            </w:r>
          </w:p>
        </w:tc>
        <w:tc>
          <w:tcPr>
            <w:tcW w:w="1440" w:type="dxa"/>
          </w:tcPr>
          <w:p w14:paraId="6C5773FC" w14:textId="77777777" w:rsidR="001773B5" w:rsidRDefault="00442B4D">
            <w:r>
              <w:t>Üniversite</w:t>
            </w:r>
          </w:p>
        </w:tc>
      </w:tr>
      <w:tr w:rsidR="001773B5" w14:paraId="04C1FCAF" w14:textId="77777777">
        <w:tc>
          <w:tcPr>
            <w:tcW w:w="1440" w:type="dxa"/>
          </w:tcPr>
          <w:p w14:paraId="702E7B53" w14:textId="77777777" w:rsidR="001773B5" w:rsidRDefault="00442B4D">
            <w:r>
              <w:t>Eğitim</w:t>
            </w:r>
          </w:p>
        </w:tc>
        <w:tc>
          <w:tcPr>
            <w:tcW w:w="1440" w:type="dxa"/>
          </w:tcPr>
          <w:p w14:paraId="423E07FA" w14:textId="77777777" w:rsidR="001773B5" w:rsidRDefault="00442B4D">
            <w:r>
              <w:t>1.000 (p=nan)</w:t>
            </w:r>
          </w:p>
        </w:tc>
        <w:tc>
          <w:tcPr>
            <w:tcW w:w="1440" w:type="dxa"/>
          </w:tcPr>
          <w:p w14:paraId="60C4E027" w14:textId="77777777" w:rsidR="001773B5" w:rsidRDefault="00442B4D">
            <w:r>
              <w:t>0.481 (p=0.000)</w:t>
            </w:r>
          </w:p>
        </w:tc>
        <w:tc>
          <w:tcPr>
            <w:tcW w:w="1440" w:type="dxa"/>
          </w:tcPr>
          <w:p w14:paraId="7BD82C4E" w14:textId="77777777" w:rsidR="001773B5" w:rsidRDefault="00442B4D">
            <w:r>
              <w:t>0.430 (p=0.000)</w:t>
            </w:r>
          </w:p>
        </w:tc>
        <w:tc>
          <w:tcPr>
            <w:tcW w:w="1440" w:type="dxa"/>
          </w:tcPr>
          <w:p w14:paraId="2F289B02" w14:textId="77777777" w:rsidR="001773B5" w:rsidRDefault="00442B4D">
            <w:r>
              <w:t>0.480 (p=0.000)</w:t>
            </w:r>
          </w:p>
        </w:tc>
        <w:tc>
          <w:tcPr>
            <w:tcW w:w="1440" w:type="dxa"/>
          </w:tcPr>
          <w:p w14:paraId="43CF5A24" w14:textId="77777777" w:rsidR="001773B5" w:rsidRDefault="00442B4D">
            <w:r>
              <w:t>0.658 (p=0.000)</w:t>
            </w:r>
          </w:p>
        </w:tc>
      </w:tr>
      <w:tr w:rsidR="001773B5" w14:paraId="384E829D" w14:textId="77777777">
        <w:tc>
          <w:tcPr>
            <w:tcW w:w="1440" w:type="dxa"/>
          </w:tcPr>
          <w:p w14:paraId="210784BE" w14:textId="77777777" w:rsidR="001773B5" w:rsidRDefault="00442B4D">
            <w:r>
              <w:t>Kütüphane</w:t>
            </w:r>
          </w:p>
        </w:tc>
        <w:tc>
          <w:tcPr>
            <w:tcW w:w="1440" w:type="dxa"/>
          </w:tcPr>
          <w:p w14:paraId="387C2538" w14:textId="77777777" w:rsidR="001773B5" w:rsidRDefault="00442B4D">
            <w:r>
              <w:t>0.481 (p=0.000)</w:t>
            </w:r>
          </w:p>
        </w:tc>
        <w:tc>
          <w:tcPr>
            <w:tcW w:w="1440" w:type="dxa"/>
          </w:tcPr>
          <w:p w14:paraId="0DACB807" w14:textId="77777777" w:rsidR="001773B5" w:rsidRDefault="00442B4D">
            <w:r>
              <w:t>1.000 (p=nan)</w:t>
            </w:r>
          </w:p>
        </w:tc>
        <w:tc>
          <w:tcPr>
            <w:tcW w:w="1440" w:type="dxa"/>
          </w:tcPr>
          <w:p w14:paraId="361CA07D" w14:textId="77777777" w:rsidR="001773B5" w:rsidRDefault="00442B4D">
            <w:r>
              <w:t>0.471 (p=0.000)</w:t>
            </w:r>
          </w:p>
        </w:tc>
        <w:tc>
          <w:tcPr>
            <w:tcW w:w="1440" w:type="dxa"/>
          </w:tcPr>
          <w:p w14:paraId="03459AE1" w14:textId="77777777" w:rsidR="001773B5" w:rsidRDefault="00442B4D">
            <w:r>
              <w:t>0.527 (p=0.000)</w:t>
            </w:r>
          </w:p>
        </w:tc>
        <w:tc>
          <w:tcPr>
            <w:tcW w:w="1440" w:type="dxa"/>
          </w:tcPr>
          <w:p w14:paraId="20535772" w14:textId="77777777" w:rsidR="001773B5" w:rsidRDefault="00442B4D">
            <w:r>
              <w:t>0.591 (p=0.000)</w:t>
            </w:r>
          </w:p>
        </w:tc>
      </w:tr>
      <w:tr w:rsidR="001773B5" w14:paraId="702F3400" w14:textId="77777777">
        <w:tc>
          <w:tcPr>
            <w:tcW w:w="1440" w:type="dxa"/>
          </w:tcPr>
          <w:p w14:paraId="36F5957B" w14:textId="77777777" w:rsidR="001773B5" w:rsidRDefault="00442B4D">
            <w:r>
              <w:t>Yemekhane</w:t>
            </w:r>
          </w:p>
        </w:tc>
        <w:tc>
          <w:tcPr>
            <w:tcW w:w="1440" w:type="dxa"/>
          </w:tcPr>
          <w:p w14:paraId="06745E5D" w14:textId="77777777" w:rsidR="001773B5" w:rsidRDefault="00442B4D">
            <w:r>
              <w:t>0.430 (p=0.000)</w:t>
            </w:r>
          </w:p>
        </w:tc>
        <w:tc>
          <w:tcPr>
            <w:tcW w:w="1440" w:type="dxa"/>
          </w:tcPr>
          <w:p w14:paraId="3954BE9F" w14:textId="77777777" w:rsidR="001773B5" w:rsidRDefault="00442B4D">
            <w:r>
              <w:t>0.471 (p=0.000)</w:t>
            </w:r>
          </w:p>
        </w:tc>
        <w:tc>
          <w:tcPr>
            <w:tcW w:w="1440" w:type="dxa"/>
          </w:tcPr>
          <w:p w14:paraId="0321B361" w14:textId="77777777" w:rsidR="001773B5" w:rsidRDefault="00442B4D">
            <w:r>
              <w:t>1.000 (p=nan)</w:t>
            </w:r>
          </w:p>
        </w:tc>
        <w:tc>
          <w:tcPr>
            <w:tcW w:w="1440" w:type="dxa"/>
          </w:tcPr>
          <w:p w14:paraId="3EEB4D01" w14:textId="77777777" w:rsidR="001773B5" w:rsidRDefault="00442B4D">
            <w:r>
              <w:t>0.404 (p=0.000)</w:t>
            </w:r>
          </w:p>
        </w:tc>
        <w:tc>
          <w:tcPr>
            <w:tcW w:w="1440" w:type="dxa"/>
          </w:tcPr>
          <w:p w14:paraId="63F6051E" w14:textId="77777777" w:rsidR="001773B5" w:rsidRDefault="00442B4D">
            <w:r>
              <w:t>0.485 (p=0.000)</w:t>
            </w:r>
          </w:p>
        </w:tc>
      </w:tr>
      <w:tr w:rsidR="001773B5" w14:paraId="32F9BA5B" w14:textId="77777777">
        <w:tc>
          <w:tcPr>
            <w:tcW w:w="1440" w:type="dxa"/>
          </w:tcPr>
          <w:p w14:paraId="5DEAD79D" w14:textId="77777777" w:rsidR="001773B5" w:rsidRDefault="00442B4D">
            <w:r>
              <w:t>Temizlik</w:t>
            </w:r>
          </w:p>
        </w:tc>
        <w:tc>
          <w:tcPr>
            <w:tcW w:w="1440" w:type="dxa"/>
          </w:tcPr>
          <w:p w14:paraId="155E865E" w14:textId="77777777" w:rsidR="001773B5" w:rsidRDefault="00442B4D">
            <w:r>
              <w:t>0.480 (p=0.000)</w:t>
            </w:r>
          </w:p>
        </w:tc>
        <w:tc>
          <w:tcPr>
            <w:tcW w:w="1440" w:type="dxa"/>
          </w:tcPr>
          <w:p w14:paraId="66557FF0" w14:textId="77777777" w:rsidR="001773B5" w:rsidRDefault="00442B4D">
            <w:r>
              <w:t>0.527 (p=0.000)</w:t>
            </w:r>
          </w:p>
        </w:tc>
        <w:tc>
          <w:tcPr>
            <w:tcW w:w="1440" w:type="dxa"/>
          </w:tcPr>
          <w:p w14:paraId="791A1870" w14:textId="77777777" w:rsidR="001773B5" w:rsidRDefault="00442B4D">
            <w:r>
              <w:t>0.404 (p=0.000)</w:t>
            </w:r>
          </w:p>
        </w:tc>
        <w:tc>
          <w:tcPr>
            <w:tcW w:w="1440" w:type="dxa"/>
          </w:tcPr>
          <w:p w14:paraId="7928835C" w14:textId="77777777" w:rsidR="001773B5" w:rsidRDefault="00442B4D">
            <w:r>
              <w:t>1.000 (p=nan)</w:t>
            </w:r>
          </w:p>
        </w:tc>
        <w:tc>
          <w:tcPr>
            <w:tcW w:w="1440" w:type="dxa"/>
          </w:tcPr>
          <w:p w14:paraId="2244583C" w14:textId="77777777" w:rsidR="001773B5" w:rsidRDefault="00442B4D">
            <w:r>
              <w:t>0.558 (p=0.000)</w:t>
            </w:r>
          </w:p>
        </w:tc>
      </w:tr>
      <w:tr w:rsidR="001773B5" w14:paraId="46A36C5B" w14:textId="77777777">
        <w:tc>
          <w:tcPr>
            <w:tcW w:w="1440" w:type="dxa"/>
          </w:tcPr>
          <w:p w14:paraId="316F169E" w14:textId="77777777" w:rsidR="001773B5" w:rsidRDefault="00442B4D">
            <w:r>
              <w:t>Üniversite</w:t>
            </w:r>
          </w:p>
        </w:tc>
        <w:tc>
          <w:tcPr>
            <w:tcW w:w="1440" w:type="dxa"/>
          </w:tcPr>
          <w:p w14:paraId="0DC371E9" w14:textId="77777777" w:rsidR="001773B5" w:rsidRDefault="00442B4D">
            <w:r>
              <w:t>0.658 (p=0.000)</w:t>
            </w:r>
          </w:p>
        </w:tc>
        <w:tc>
          <w:tcPr>
            <w:tcW w:w="1440" w:type="dxa"/>
          </w:tcPr>
          <w:p w14:paraId="1DF5A833" w14:textId="77777777" w:rsidR="001773B5" w:rsidRDefault="00442B4D">
            <w:r>
              <w:t>0.591 (p=0.000)</w:t>
            </w:r>
          </w:p>
        </w:tc>
        <w:tc>
          <w:tcPr>
            <w:tcW w:w="1440" w:type="dxa"/>
          </w:tcPr>
          <w:p w14:paraId="74427AF9" w14:textId="77777777" w:rsidR="001773B5" w:rsidRDefault="00442B4D">
            <w:r>
              <w:t>0.485 (p=0.000)</w:t>
            </w:r>
          </w:p>
        </w:tc>
        <w:tc>
          <w:tcPr>
            <w:tcW w:w="1440" w:type="dxa"/>
          </w:tcPr>
          <w:p w14:paraId="3574A97B" w14:textId="77777777" w:rsidR="001773B5" w:rsidRDefault="00442B4D">
            <w:r>
              <w:t>0.558 (p=0.000)</w:t>
            </w:r>
          </w:p>
        </w:tc>
        <w:tc>
          <w:tcPr>
            <w:tcW w:w="1440" w:type="dxa"/>
          </w:tcPr>
          <w:p w14:paraId="57969372" w14:textId="77777777" w:rsidR="001773B5" w:rsidRDefault="00442B4D">
            <w:r>
              <w:t>1.000 (p=nan)</w:t>
            </w:r>
          </w:p>
        </w:tc>
      </w:tr>
    </w:tbl>
    <w:p w14:paraId="1FE63DAD" w14:textId="3056F6B4" w:rsidR="006A3812" w:rsidRPr="006A3812" w:rsidRDefault="00442B4D" w:rsidP="001A7A41">
      <w:pPr>
        <w:pStyle w:val="ResimYazs"/>
      </w:pPr>
      <w:r>
        <w:t xml:space="preserve">Tablo 6: </w:t>
      </w:r>
      <w:proofErr w:type="spellStart"/>
      <w:r>
        <w:t>Kategoriler</w:t>
      </w:r>
      <w:proofErr w:type="spellEnd"/>
      <w:r>
        <w:t xml:space="preserve"> </w:t>
      </w:r>
      <w:proofErr w:type="spellStart"/>
      <w:r>
        <w:t>arası</w:t>
      </w:r>
      <w:proofErr w:type="spellEnd"/>
      <w:r>
        <w:t xml:space="preserve"> </w:t>
      </w:r>
      <w:proofErr w:type="spellStart"/>
      <w:r>
        <w:t>korelasyon</w:t>
      </w:r>
      <w:proofErr w:type="spellEnd"/>
      <w:r>
        <w:t xml:space="preserve"> </w:t>
      </w:r>
      <w:proofErr w:type="spellStart"/>
      <w:r>
        <w:t>katsayıları</w:t>
      </w:r>
      <w:proofErr w:type="spellEnd"/>
      <w:r>
        <w:t xml:space="preserve"> </w:t>
      </w:r>
      <w:proofErr w:type="spellStart"/>
      <w:r>
        <w:t>ve</w:t>
      </w:r>
      <w:proofErr w:type="spellEnd"/>
      <w:r>
        <w:t xml:space="preserve"> p-</w:t>
      </w:r>
      <w:proofErr w:type="spellStart"/>
      <w:r>
        <w:t>değerleri</w:t>
      </w:r>
      <w:proofErr w:type="spellEnd"/>
      <w:r>
        <w:t>.</w:t>
      </w:r>
    </w:p>
    <w:p w14:paraId="156448A8" w14:textId="77777777" w:rsidR="001773B5" w:rsidRDefault="00442B4D">
      <w:pPr>
        <w:pStyle w:val="Balk2"/>
      </w:pPr>
      <w:r>
        <w:t>3.5 Kategoriler Arası Farklılık Analizi (ANOVA ve Post-Hoc Test)</w:t>
      </w:r>
    </w:p>
    <w:p w14:paraId="43441EB0" w14:textId="77777777" w:rsidR="001773B5" w:rsidRDefault="00442B4D">
      <w:pPr>
        <w:pStyle w:val="Balk3"/>
      </w:pPr>
      <w:r>
        <w:t>Tablo 7: ANOVA Testi Sonuçları</w:t>
      </w:r>
    </w:p>
    <w:tbl>
      <w:tblPr>
        <w:tblStyle w:val="TabloKlavuzu"/>
        <w:tblW w:w="0" w:type="auto"/>
        <w:tblLook w:val="04A0" w:firstRow="1" w:lastRow="0" w:firstColumn="1" w:lastColumn="0" w:noHBand="0" w:noVBand="1"/>
      </w:tblPr>
      <w:tblGrid>
        <w:gridCol w:w="1438"/>
        <w:gridCol w:w="1438"/>
        <w:gridCol w:w="1439"/>
        <w:gridCol w:w="1439"/>
        <w:gridCol w:w="1438"/>
        <w:gridCol w:w="1438"/>
      </w:tblGrid>
      <w:tr w:rsidR="001773B5" w14:paraId="3A44EF4F" w14:textId="77777777">
        <w:tc>
          <w:tcPr>
            <w:tcW w:w="1440" w:type="dxa"/>
          </w:tcPr>
          <w:p w14:paraId="275A0E9F" w14:textId="77777777" w:rsidR="001773B5" w:rsidRDefault="00442B4D">
            <w:r>
              <w:t>Source</w:t>
            </w:r>
          </w:p>
        </w:tc>
        <w:tc>
          <w:tcPr>
            <w:tcW w:w="1440" w:type="dxa"/>
          </w:tcPr>
          <w:p w14:paraId="44EFA495" w14:textId="77777777" w:rsidR="001773B5" w:rsidRDefault="00442B4D">
            <w:r>
              <w:t>ddof1</w:t>
            </w:r>
          </w:p>
        </w:tc>
        <w:tc>
          <w:tcPr>
            <w:tcW w:w="1440" w:type="dxa"/>
          </w:tcPr>
          <w:p w14:paraId="3889B229" w14:textId="77777777" w:rsidR="001773B5" w:rsidRDefault="00442B4D">
            <w:r>
              <w:t>ddof2</w:t>
            </w:r>
          </w:p>
        </w:tc>
        <w:tc>
          <w:tcPr>
            <w:tcW w:w="1440" w:type="dxa"/>
          </w:tcPr>
          <w:p w14:paraId="1584940E" w14:textId="77777777" w:rsidR="001773B5" w:rsidRDefault="00442B4D">
            <w:r>
              <w:t>F</w:t>
            </w:r>
          </w:p>
        </w:tc>
        <w:tc>
          <w:tcPr>
            <w:tcW w:w="1440" w:type="dxa"/>
          </w:tcPr>
          <w:p w14:paraId="1A30A9AA" w14:textId="77777777" w:rsidR="001773B5" w:rsidRDefault="00442B4D">
            <w:r>
              <w:t>p-unc</w:t>
            </w:r>
          </w:p>
        </w:tc>
        <w:tc>
          <w:tcPr>
            <w:tcW w:w="1440" w:type="dxa"/>
          </w:tcPr>
          <w:p w14:paraId="57E9AAA9" w14:textId="77777777" w:rsidR="001773B5" w:rsidRDefault="00442B4D">
            <w:r>
              <w:t>np2</w:t>
            </w:r>
          </w:p>
        </w:tc>
      </w:tr>
      <w:tr w:rsidR="001773B5" w14:paraId="6F99E06D" w14:textId="77777777">
        <w:tc>
          <w:tcPr>
            <w:tcW w:w="1440" w:type="dxa"/>
          </w:tcPr>
          <w:p w14:paraId="019D8258" w14:textId="77777777" w:rsidR="001773B5" w:rsidRDefault="00442B4D">
            <w:r>
              <w:t>Kategori</w:t>
            </w:r>
          </w:p>
        </w:tc>
        <w:tc>
          <w:tcPr>
            <w:tcW w:w="1440" w:type="dxa"/>
          </w:tcPr>
          <w:p w14:paraId="129E18E1" w14:textId="77777777" w:rsidR="001773B5" w:rsidRDefault="00442B4D">
            <w:r>
              <w:t>4.0</w:t>
            </w:r>
          </w:p>
        </w:tc>
        <w:tc>
          <w:tcPr>
            <w:tcW w:w="1440" w:type="dxa"/>
          </w:tcPr>
          <w:p w14:paraId="562D17FA" w14:textId="77777777" w:rsidR="001773B5" w:rsidRDefault="00442B4D">
            <w:r>
              <w:t>1185.0</w:t>
            </w:r>
          </w:p>
        </w:tc>
        <w:tc>
          <w:tcPr>
            <w:tcW w:w="1440" w:type="dxa"/>
          </w:tcPr>
          <w:p w14:paraId="1AFDA58E" w14:textId="77777777" w:rsidR="001773B5" w:rsidRDefault="00442B4D">
            <w:r>
              <w:t>46.774</w:t>
            </w:r>
          </w:p>
        </w:tc>
        <w:tc>
          <w:tcPr>
            <w:tcW w:w="1440" w:type="dxa"/>
          </w:tcPr>
          <w:p w14:paraId="0FC4FE92" w14:textId="77777777" w:rsidR="001773B5" w:rsidRDefault="00442B4D">
            <w:r>
              <w:t>0.0</w:t>
            </w:r>
          </w:p>
        </w:tc>
        <w:tc>
          <w:tcPr>
            <w:tcW w:w="1440" w:type="dxa"/>
          </w:tcPr>
          <w:p w14:paraId="1366F38B" w14:textId="77777777" w:rsidR="001773B5" w:rsidRDefault="00442B4D">
            <w:r>
              <w:t>0.136</w:t>
            </w:r>
          </w:p>
        </w:tc>
      </w:tr>
    </w:tbl>
    <w:p w14:paraId="7D43B9FE" w14:textId="77777777" w:rsidR="001773B5" w:rsidRDefault="00442B4D">
      <w:pPr>
        <w:pStyle w:val="ResimYazs"/>
      </w:pPr>
      <w:r>
        <w:t>Tablo 7: Kategoriler arası memnuniyet farklarının ANOVA testi sonuçları.</w:t>
      </w:r>
    </w:p>
    <w:p w14:paraId="2A4343FB" w14:textId="107A3C00" w:rsidR="001773B5" w:rsidRDefault="00442B4D" w:rsidP="001A7A41">
      <w:pPr>
        <w:jc w:val="both"/>
      </w:pPr>
      <w:r>
        <w:t xml:space="preserve">ANOVA </w:t>
      </w:r>
      <w:proofErr w:type="spellStart"/>
      <w:r>
        <w:t>testi</w:t>
      </w:r>
      <w:proofErr w:type="spellEnd"/>
      <w:r>
        <w:t xml:space="preserve"> </w:t>
      </w:r>
      <w:proofErr w:type="spellStart"/>
      <w:r>
        <w:t>sonucunda</w:t>
      </w:r>
      <w:proofErr w:type="spellEnd"/>
      <w:r>
        <w:t xml:space="preserve">, </w:t>
      </w:r>
      <w:proofErr w:type="spellStart"/>
      <w:r>
        <w:t>kategoriler</w:t>
      </w:r>
      <w:proofErr w:type="spellEnd"/>
      <w:r>
        <w:t xml:space="preserve"> </w:t>
      </w:r>
      <w:proofErr w:type="spellStart"/>
      <w:r>
        <w:t>arasında</w:t>
      </w:r>
      <w:proofErr w:type="spellEnd"/>
      <w:r>
        <w:t xml:space="preserve"> </w:t>
      </w:r>
      <w:proofErr w:type="spellStart"/>
      <w:r>
        <w:t>istatistiksel</w:t>
      </w:r>
      <w:proofErr w:type="spellEnd"/>
      <w:r>
        <w:t xml:space="preserve"> </w:t>
      </w:r>
      <w:proofErr w:type="spellStart"/>
      <w:r>
        <w:t>olarak</w:t>
      </w:r>
      <w:proofErr w:type="spellEnd"/>
      <w:r>
        <w:t xml:space="preserve"> </w:t>
      </w:r>
      <w:proofErr w:type="spellStart"/>
      <w:r>
        <w:t>anlamlı</w:t>
      </w:r>
      <w:proofErr w:type="spellEnd"/>
      <w:r>
        <w:t xml:space="preserve"> </w:t>
      </w:r>
      <w:proofErr w:type="spellStart"/>
      <w:r>
        <w:t>bir</w:t>
      </w:r>
      <w:proofErr w:type="spellEnd"/>
      <w:r>
        <w:t xml:space="preserve"> fark</w:t>
      </w:r>
      <w:r w:rsidR="001A7A41">
        <w:t xml:space="preserve"> </w:t>
      </w:r>
      <w:proofErr w:type="spellStart"/>
      <w:r>
        <w:t>bulunmuştur</w:t>
      </w:r>
      <w:proofErr w:type="spellEnd"/>
      <w:r>
        <w:t xml:space="preserve"> (F = 46.77, p = 0.000).</w:t>
      </w:r>
    </w:p>
    <w:p w14:paraId="7193ADA7" w14:textId="77777777" w:rsidR="001773B5" w:rsidRDefault="00442B4D">
      <w:pPr>
        <w:pStyle w:val="Balk3"/>
      </w:pPr>
      <w:r>
        <w:t>Tablo 8: Tukey HSD Post-Hoc Test Sonuçları</w:t>
      </w:r>
    </w:p>
    <w:tbl>
      <w:tblPr>
        <w:tblStyle w:val="TabloKlavuzu"/>
        <w:tblW w:w="0" w:type="auto"/>
        <w:tblLook w:val="04A0" w:firstRow="1" w:lastRow="0" w:firstColumn="1" w:lastColumn="0" w:noHBand="0" w:noVBand="1"/>
      </w:tblPr>
      <w:tblGrid>
        <w:gridCol w:w="1315"/>
        <w:gridCol w:w="1315"/>
        <w:gridCol w:w="967"/>
        <w:gridCol w:w="965"/>
        <w:gridCol w:w="872"/>
        <w:gridCol w:w="752"/>
        <w:gridCol w:w="872"/>
        <w:gridCol w:w="752"/>
        <w:gridCol w:w="820"/>
      </w:tblGrid>
      <w:tr w:rsidR="001773B5" w14:paraId="69C26671" w14:textId="77777777">
        <w:tc>
          <w:tcPr>
            <w:tcW w:w="960" w:type="dxa"/>
          </w:tcPr>
          <w:p w14:paraId="4979C5B8" w14:textId="77777777" w:rsidR="001773B5" w:rsidRPr="006A3812" w:rsidRDefault="00442B4D">
            <w:pPr>
              <w:rPr>
                <w:sz w:val="20"/>
                <w:szCs w:val="20"/>
              </w:rPr>
            </w:pPr>
            <w:r w:rsidRPr="006A3812">
              <w:rPr>
                <w:sz w:val="20"/>
                <w:szCs w:val="20"/>
              </w:rPr>
              <w:t>A</w:t>
            </w:r>
          </w:p>
        </w:tc>
        <w:tc>
          <w:tcPr>
            <w:tcW w:w="960" w:type="dxa"/>
          </w:tcPr>
          <w:p w14:paraId="5FA30CF7" w14:textId="77777777" w:rsidR="001773B5" w:rsidRPr="006A3812" w:rsidRDefault="00442B4D">
            <w:pPr>
              <w:rPr>
                <w:sz w:val="20"/>
                <w:szCs w:val="20"/>
              </w:rPr>
            </w:pPr>
            <w:r w:rsidRPr="006A3812">
              <w:rPr>
                <w:sz w:val="20"/>
                <w:szCs w:val="20"/>
              </w:rPr>
              <w:t>B</w:t>
            </w:r>
          </w:p>
        </w:tc>
        <w:tc>
          <w:tcPr>
            <w:tcW w:w="960" w:type="dxa"/>
          </w:tcPr>
          <w:p w14:paraId="0D3559DE" w14:textId="77777777" w:rsidR="001773B5" w:rsidRPr="006A3812" w:rsidRDefault="00442B4D">
            <w:pPr>
              <w:rPr>
                <w:sz w:val="20"/>
                <w:szCs w:val="20"/>
              </w:rPr>
            </w:pPr>
            <w:r w:rsidRPr="006A3812">
              <w:rPr>
                <w:sz w:val="20"/>
                <w:szCs w:val="20"/>
              </w:rPr>
              <w:t>mean(A)</w:t>
            </w:r>
          </w:p>
        </w:tc>
        <w:tc>
          <w:tcPr>
            <w:tcW w:w="960" w:type="dxa"/>
          </w:tcPr>
          <w:p w14:paraId="52C54FF8" w14:textId="77777777" w:rsidR="001773B5" w:rsidRPr="006A3812" w:rsidRDefault="00442B4D">
            <w:pPr>
              <w:rPr>
                <w:sz w:val="20"/>
                <w:szCs w:val="20"/>
              </w:rPr>
            </w:pPr>
            <w:proofErr w:type="gramStart"/>
            <w:r w:rsidRPr="006A3812">
              <w:rPr>
                <w:sz w:val="20"/>
                <w:szCs w:val="20"/>
              </w:rPr>
              <w:t>mean</w:t>
            </w:r>
            <w:proofErr w:type="gramEnd"/>
            <w:r w:rsidRPr="006A3812">
              <w:rPr>
                <w:sz w:val="20"/>
                <w:szCs w:val="20"/>
              </w:rPr>
              <w:t>(B)</w:t>
            </w:r>
          </w:p>
        </w:tc>
        <w:tc>
          <w:tcPr>
            <w:tcW w:w="960" w:type="dxa"/>
          </w:tcPr>
          <w:p w14:paraId="7699D161" w14:textId="77777777" w:rsidR="001773B5" w:rsidRPr="006A3812" w:rsidRDefault="00442B4D">
            <w:pPr>
              <w:rPr>
                <w:sz w:val="20"/>
                <w:szCs w:val="20"/>
              </w:rPr>
            </w:pPr>
            <w:r w:rsidRPr="006A3812">
              <w:rPr>
                <w:sz w:val="20"/>
                <w:szCs w:val="20"/>
              </w:rPr>
              <w:t>diff</w:t>
            </w:r>
          </w:p>
        </w:tc>
        <w:tc>
          <w:tcPr>
            <w:tcW w:w="960" w:type="dxa"/>
          </w:tcPr>
          <w:p w14:paraId="060272D9" w14:textId="77777777" w:rsidR="001773B5" w:rsidRPr="006A3812" w:rsidRDefault="00442B4D">
            <w:pPr>
              <w:rPr>
                <w:sz w:val="20"/>
                <w:szCs w:val="20"/>
              </w:rPr>
            </w:pPr>
            <w:r w:rsidRPr="006A3812">
              <w:rPr>
                <w:sz w:val="20"/>
                <w:szCs w:val="20"/>
              </w:rPr>
              <w:t>se</w:t>
            </w:r>
          </w:p>
        </w:tc>
        <w:tc>
          <w:tcPr>
            <w:tcW w:w="960" w:type="dxa"/>
          </w:tcPr>
          <w:p w14:paraId="26FCA502" w14:textId="77777777" w:rsidR="001773B5" w:rsidRPr="006A3812" w:rsidRDefault="00442B4D">
            <w:pPr>
              <w:rPr>
                <w:sz w:val="20"/>
                <w:szCs w:val="20"/>
              </w:rPr>
            </w:pPr>
            <w:r w:rsidRPr="006A3812">
              <w:rPr>
                <w:sz w:val="20"/>
                <w:szCs w:val="20"/>
              </w:rPr>
              <w:t>T</w:t>
            </w:r>
          </w:p>
        </w:tc>
        <w:tc>
          <w:tcPr>
            <w:tcW w:w="960" w:type="dxa"/>
          </w:tcPr>
          <w:p w14:paraId="4552FDB7" w14:textId="77777777" w:rsidR="001773B5" w:rsidRPr="006A3812" w:rsidRDefault="00442B4D">
            <w:pPr>
              <w:rPr>
                <w:sz w:val="20"/>
                <w:szCs w:val="20"/>
              </w:rPr>
            </w:pPr>
            <w:r w:rsidRPr="006A3812">
              <w:rPr>
                <w:sz w:val="20"/>
                <w:szCs w:val="20"/>
              </w:rPr>
              <w:t>p-tukey</w:t>
            </w:r>
          </w:p>
        </w:tc>
        <w:tc>
          <w:tcPr>
            <w:tcW w:w="960" w:type="dxa"/>
          </w:tcPr>
          <w:p w14:paraId="1BDC33F8" w14:textId="77777777" w:rsidR="001773B5" w:rsidRPr="006A3812" w:rsidRDefault="00442B4D">
            <w:pPr>
              <w:rPr>
                <w:sz w:val="20"/>
                <w:szCs w:val="20"/>
              </w:rPr>
            </w:pPr>
            <w:r w:rsidRPr="006A3812">
              <w:rPr>
                <w:sz w:val="20"/>
                <w:szCs w:val="20"/>
              </w:rPr>
              <w:t>hedges</w:t>
            </w:r>
          </w:p>
        </w:tc>
      </w:tr>
      <w:tr w:rsidR="001773B5" w14:paraId="2B88D1F3" w14:textId="77777777">
        <w:tc>
          <w:tcPr>
            <w:tcW w:w="960" w:type="dxa"/>
          </w:tcPr>
          <w:p w14:paraId="61E0E37A" w14:textId="77777777" w:rsidR="001773B5" w:rsidRDefault="00442B4D">
            <w:r>
              <w:t>Eğitim</w:t>
            </w:r>
          </w:p>
        </w:tc>
        <w:tc>
          <w:tcPr>
            <w:tcW w:w="960" w:type="dxa"/>
          </w:tcPr>
          <w:p w14:paraId="0B83A4C7" w14:textId="77777777" w:rsidR="001773B5" w:rsidRDefault="00442B4D">
            <w:r>
              <w:t>Kütüphane</w:t>
            </w:r>
          </w:p>
        </w:tc>
        <w:tc>
          <w:tcPr>
            <w:tcW w:w="960" w:type="dxa"/>
          </w:tcPr>
          <w:p w14:paraId="54551785" w14:textId="77777777" w:rsidR="001773B5" w:rsidRDefault="00442B4D">
            <w:r>
              <w:t>65.522</w:t>
            </w:r>
          </w:p>
        </w:tc>
        <w:tc>
          <w:tcPr>
            <w:tcW w:w="960" w:type="dxa"/>
          </w:tcPr>
          <w:p w14:paraId="5F74301E" w14:textId="77777777" w:rsidR="001773B5" w:rsidRDefault="00442B4D">
            <w:r>
              <w:t>66.504</w:t>
            </w:r>
          </w:p>
        </w:tc>
        <w:tc>
          <w:tcPr>
            <w:tcW w:w="960" w:type="dxa"/>
          </w:tcPr>
          <w:p w14:paraId="0766D0D5" w14:textId="77777777" w:rsidR="001773B5" w:rsidRDefault="00442B4D">
            <w:r>
              <w:t>-0.982</w:t>
            </w:r>
          </w:p>
        </w:tc>
        <w:tc>
          <w:tcPr>
            <w:tcW w:w="960" w:type="dxa"/>
          </w:tcPr>
          <w:p w14:paraId="0E663E5E" w14:textId="77777777" w:rsidR="001773B5" w:rsidRDefault="00442B4D">
            <w:r>
              <w:t>1.712</w:t>
            </w:r>
          </w:p>
        </w:tc>
        <w:tc>
          <w:tcPr>
            <w:tcW w:w="960" w:type="dxa"/>
          </w:tcPr>
          <w:p w14:paraId="03735E77" w14:textId="77777777" w:rsidR="001773B5" w:rsidRDefault="00442B4D">
            <w:r>
              <w:t>-0.574</w:t>
            </w:r>
          </w:p>
        </w:tc>
        <w:tc>
          <w:tcPr>
            <w:tcW w:w="960" w:type="dxa"/>
          </w:tcPr>
          <w:p w14:paraId="7BFBA530" w14:textId="77777777" w:rsidR="001773B5" w:rsidRDefault="00442B4D">
            <w:r>
              <w:t>0.979</w:t>
            </w:r>
          </w:p>
        </w:tc>
        <w:tc>
          <w:tcPr>
            <w:tcW w:w="960" w:type="dxa"/>
          </w:tcPr>
          <w:p w14:paraId="7FFD17D9" w14:textId="77777777" w:rsidR="001773B5" w:rsidRDefault="00442B4D">
            <w:r>
              <w:t>-0.057</w:t>
            </w:r>
          </w:p>
        </w:tc>
      </w:tr>
      <w:tr w:rsidR="001773B5" w14:paraId="72EE28D9" w14:textId="77777777">
        <w:tc>
          <w:tcPr>
            <w:tcW w:w="960" w:type="dxa"/>
          </w:tcPr>
          <w:p w14:paraId="3AEB2355" w14:textId="77777777" w:rsidR="001773B5" w:rsidRDefault="00442B4D">
            <w:r>
              <w:t>Eğitim</w:t>
            </w:r>
          </w:p>
        </w:tc>
        <w:tc>
          <w:tcPr>
            <w:tcW w:w="960" w:type="dxa"/>
          </w:tcPr>
          <w:p w14:paraId="69B7355D" w14:textId="77777777" w:rsidR="001773B5" w:rsidRDefault="00442B4D">
            <w:r>
              <w:t>Temizlik</w:t>
            </w:r>
          </w:p>
        </w:tc>
        <w:tc>
          <w:tcPr>
            <w:tcW w:w="960" w:type="dxa"/>
          </w:tcPr>
          <w:p w14:paraId="3487278C" w14:textId="77777777" w:rsidR="001773B5" w:rsidRDefault="00442B4D">
            <w:r>
              <w:t>65.522</w:t>
            </w:r>
          </w:p>
        </w:tc>
        <w:tc>
          <w:tcPr>
            <w:tcW w:w="960" w:type="dxa"/>
          </w:tcPr>
          <w:p w14:paraId="4004FBE1" w14:textId="77777777" w:rsidR="001773B5" w:rsidRDefault="00442B4D">
            <w:r>
              <w:t>47.311</w:t>
            </w:r>
          </w:p>
        </w:tc>
        <w:tc>
          <w:tcPr>
            <w:tcW w:w="960" w:type="dxa"/>
          </w:tcPr>
          <w:p w14:paraId="1A3FAE4C" w14:textId="77777777" w:rsidR="001773B5" w:rsidRDefault="00442B4D">
            <w:r>
              <w:t>18.211</w:t>
            </w:r>
          </w:p>
        </w:tc>
        <w:tc>
          <w:tcPr>
            <w:tcW w:w="960" w:type="dxa"/>
          </w:tcPr>
          <w:p w14:paraId="180E5EFF" w14:textId="77777777" w:rsidR="001773B5" w:rsidRDefault="00442B4D">
            <w:r>
              <w:t>1.712</w:t>
            </w:r>
          </w:p>
        </w:tc>
        <w:tc>
          <w:tcPr>
            <w:tcW w:w="960" w:type="dxa"/>
          </w:tcPr>
          <w:p w14:paraId="7A5F17C0" w14:textId="77777777" w:rsidR="001773B5" w:rsidRDefault="00442B4D">
            <w:r>
              <w:t>10.637</w:t>
            </w:r>
          </w:p>
        </w:tc>
        <w:tc>
          <w:tcPr>
            <w:tcW w:w="960" w:type="dxa"/>
          </w:tcPr>
          <w:p w14:paraId="2D1F2D04" w14:textId="77777777" w:rsidR="001773B5" w:rsidRDefault="00442B4D">
            <w:r>
              <w:t>0.0</w:t>
            </w:r>
          </w:p>
        </w:tc>
        <w:tc>
          <w:tcPr>
            <w:tcW w:w="960" w:type="dxa"/>
          </w:tcPr>
          <w:p w14:paraId="200ECD7E" w14:textId="77777777" w:rsidR="001773B5" w:rsidRDefault="00442B4D">
            <w:r>
              <w:t>0.921</w:t>
            </w:r>
          </w:p>
        </w:tc>
      </w:tr>
      <w:tr w:rsidR="001773B5" w14:paraId="13F4D008" w14:textId="77777777">
        <w:tc>
          <w:tcPr>
            <w:tcW w:w="960" w:type="dxa"/>
          </w:tcPr>
          <w:p w14:paraId="35A1F103" w14:textId="77777777" w:rsidR="001773B5" w:rsidRDefault="00442B4D">
            <w:r>
              <w:t>Eğitim</w:t>
            </w:r>
          </w:p>
        </w:tc>
        <w:tc>
          <w:tcPr>
            <w:tcW w:w="960" w:type="dxa"/>
          </w:tcPr>
          <w:p w14:paraId="20A7D463" w14:textId="77777777" w:rsidR="001773B5" w:rsidRDefault="00442B4D">
            <w:r>
              <w:t>Yemekhane</w:t>
            </w:r>
          </w:p>
        </w:tc>
        <w:tc>
          <w:tcPr>
            <w:tcW w:w="960" w:type="dxa"/>
          </w:tcPr>
          <w:p w14:paraId="618B9AB3" w14:textId="77777777" w:rsidR="001773B5" w:rsidRDefault="00442B4D">
            <w:r>
              <w:t>65.522</w:t>
            </w:r>
          </w:p>
        </w:tc>
        <w:tc>
          <w:tcPr>
            <w:tcW w:w="960" w:type="dxa"/>
          </w:tcPr>
          <w:p w14:paraId="43BAC2D5" w14:textId="77777777" w:rsidR="001773B5" w:rsidRDefault="00442B4D">
            <w:r>
              <w:t>65.181</w:t>
            </w:r>
          </w:p>
        </w:tc>
        <w:tc>
          <w:tcPr>
            <w:tcW w:w="960" w:type="dxa"/>
          </w:tcPr>
          <w:p w14:paraId="6ED13E3E" w14:textId="77777777" w:rsidR="001773B5" w:rsidRDefault="00442B4D">
            <w:r>
              <w:t>0.342</w:t>
            </w:r>
          </w:p>
        </w:tc>
        <w:tc>
          <w:tcPr>
            <w:tcW w:w="960" w:type="dxa"/>
          </w:tcPr>
          <w:p w14:paraId="6C4DBAB2" w14:textId="77777777" w:rsidR="001773B5" w:rsidRDefault="00442B4D">
            <w:r>
              <w:t>1.712</w:t>
            </w:r>
          </w:p>
        </w:tc>
        <w:tc>
          <w:tcPr>
            <w:tcW w:w="960" w:type="dxa"/>
          </w:tcPr>
          <w:p w14:paraId="7D002756" w14:textId="77777777" w:rsidR="001773B5" w:rsidRDefault="00442B4D">
            <w:r>
              <w:t>0.199</w:t>
            </w:r>
          </w:p>
        </w:tc>
        <w:tc>
          <w:tcPr>
            <w:tcW w:w="960" w:type="dxa"/>
          </w:tcPr>
          <w:p w14:paraId="09F20502" w14:textId="77777777" w:rsidR="001773B5" w:rsidRDefault="00442B4D">
            <w:r>
              <w:t>1.0</w:t>
            </w:r>
          </w:p>
        </w:tc>
        <w:tc>
          <w:tcPr>
            <w:tcW w:w="960" w:type="dxa"/>
          </w:tcPr>
          <w:p w14:paraId="24B6CD75" w14:textId="77777777" w:rsidR="001773B5" w:rsidRDefault="00442B4D">
            <w:r>
              <w:t>0.018</w:t>
            </w:r>
          </w:p>
        </w:tc>
      </w:tr>
      <w:tr w:rsidR="001773B5" w14:paraId="7D3C4A00" w14:textId="77777777">
        <w:tc>
          <w:tcPr>
            <w:tcW w:w="960" w:type="dxa"/>
          </w:tcPr>
          <w:p w14:paraId="31DD842C" w14:textId="77777777" w:rsidR="001773B5" w:rsidRDefault="00442B4D">
            <w:r>
              <w:t>Eğitim</w:t>
            </w:r>
          </w:p>
        </w:tc>
        <w:tc>
          <w:tcPr>
            <w:tcW w:w="960" w:type="dxa"/>
          </w:tcPr>
          <w:p w14:paraId="1A24477B" w14:textId="77777777" w:rsidR="001773B5" w:rsidRDefault="00442B4D">
            <w:r>
              <w:t>Üniversite</w:t>
            </w:r>
          </w:p>
        </w:tc>
        <w:tc>
          <w:tcPr>
            <w:tcW w:w="960" w:type="dxa"/>
          </w:tcPr>
          <w:p w14:paraId="7CD6F5B3" w14:textId="77777777" w:rsidR="001773B5" w:rsidRDefault="00442B4D">
            <w:r>
              <w:t>65.522</w:t>
            </w:r>
          </w:p>
        </w:tc>
        <w:tc>
          <w:tcPr>
            <w:tcW w:w="960" w:type="dxa"/>
          </w:tcPr>
          <w:p w14:paraId="5D9CC0D2" w14:textId="77777777" w:rsidR="001773B5" w:rsidRDefault="00442B4D">
            <w:r>
              <w:t>56.299</w:t>
            </w:r>
          </w:p>
        </w:tc>
        <w:tc>
          <w:tcPr>
            <w:tcW w:w="960" w:type="dxa"/>
          </w:tcPr>
          <w:p w14:paraId="619E2E99" w14:textId="77777777" w:rsidR="001773B5" w:rsidRDefault="00442B4D">
            <w:r>
              <w:t>9.224</w:t>
            </w:r>
          </w:p>
        </w:tc>
        <w:tc>
          <w:tcPr>
            <w:tcW w:w="960" w:type="dxa"/>
          </w:tcPr>
          <w:p w14:paraId="0C6E9C85" w14:textId="77777777" w:rsidR="001773B5" w:rsidRDefault="00442B4D">
            <w:r>
              <w:t>1.712</w:t>
            </w:r>
          </w:p>
        </w:tc>
        <w:tc>
          <w:tcPr>
            <w:tcW w:w="960" w:type="dxa"/>
          </w:tcPr>
          <w:p w14:paraId="0A77543D" w14:textId="77777777" w:rsidR="001773B5" w:rsidRDefault="00442B4D">
            <w:r>
              <w:t>5.387</w:t>
            </w:r>
          </w:p>
        </w:tc>
        <w:tc>
          <w:tcPr>
            <w:tcW w:w="960" w:type="dxa"/>
          </w:tcPr>
          <w:p w14:paraId="1EE76B4C" w14:textId="77777777" w:rsidR="001773B5" w:rsidRDefault="00442B4D">
            <w:r>
              <w:t>0.0</w:t>
            </w:r>
          </w:p>
        </w:tc>
        <w:tc>
          <w:tcPr>
            <w:tcW w:w="960" w:type="dxa"/>
          </w:tcPr>
          <w:p w14:paraId="2F0C12DC" w14:textId="77777777" w:rsidR="001773B5" w:rsidRDefault="00442B4D">
            <w:r>
              <w:t>0.586</w:t>
            </w:r>
          </w:p>
        </w:tc>
      </w:tr>
      <w:tr w:rsidR="001773B5" w14:paraId="3766D65D" w14:textId="77777777">
        <w:tc>
          <w:tcPr>
            <w:tcW w:w="960" w:type="dxa"/>
          </w:tcPr>
          <w:p w14:paraId="0CEFD82A" w14:textId="77777777" w:rsidR="001773B5" w:rsidRDefault="00442B4D">
            <w:r>
              <w:t>Kütüphane</w:t>
            </w:r>
          </w:p>
        </w:tc>
        <w:tc>
          <w:tcPr>
            <w:tcW w:w="960" w:type="dxa"/>
          </w:tcPr>
          <w:p w14:paraId="684487F7" w14:textId="77777777" w:rsidR="001773B5" w:rsidRDefault="00442B4D">
            <w:r>
              <w:t>Temizlik</w:t>
            </w:r>
          </w:p>
        </w:tc>
        <w:tc>
          <w:tcPr>
            <w:tcW w:w="960" w:type="dxa"/>
          </w:tcPr>
          <w:p w14:paraId="2820FE3A" w14:textId="77777777" w:rsidR="001773B5" w:rsidRDefault="00442B4D">
            <w:r>
              <w:t>66.504</w:t>
            </w:r>
          </w:p>
        </w:tc>
        <w:tc>
          <w:tcPr>
            <w:tcW w:w="960" w:type="dxa"/>
          </w:tcPr>
          <w:p w14:paraId="14C5B557" w14:textId="77777777" w:rsidR="001773B5" w:rsidRDefault="00442B4D">
            <w:r>
              <w:t>47.311</w:t>
            </w:r>
          </w:p>
        </w:tc>
        <w:tc>
          <w:tcPr>
            <w:tcW w:w="960" w:type="dxa"/>
          </w:tcPr>
          <w:p w14:paraId="7FCA7BE8" w14:textId="77777777" w:rsidR="001773B5" w:rsidRDefault="00442B4D">
            <w:r>
              <w:t>19.193</w:t>
            </w:r>
          </w:p>
        </w:tc>
        <w:tc>
          <w:tcPr>
            <w:tcW w:w="960" w:type="dxa"/>
          </w:tcPr>
          <w:p w14:paraId="1600610E" w14:textId="77777777" w:rsidR="001773B5" w:rsidRDefault="00442B4D">
            <w:r>
              <w:t>1.712</w:t>
            </w:r>
          </w:p>
        </w:tc>
        <w:tc>
          <w:tcPr>
            <w:tcW w:w="960" w:type="dxa"/>
          </w:tcPr>
          <w:p w14:paraId="27980D9C" w14:textId="77777777" w:rsidR="001773B5" w:rsidRDefault="00442B4D">
            <w:r>
              <w:t>11.21</w:t>
            </w:r>
          </w:p>
        </w:tc>
        <w:tc>
          <w:tcPr>
            <w:tcW w:w="960" w:type="dxa"/>
          </w:tcPr>
          <w:p w14:paraId="0F4EE401" w14:textId="77777777" w:rsidR="001773B5" w:rsidRDefault="00442B4D">
            <w:r>
              <w:t>0.0</w:t>
            </w:r>
          </w:p>
        </w:tc>
        <w:tc>
          <w:tcPr>
            <w:tcW w:w="960" w:type="dxa"/>
          </w:tcPr>
          <w:p w14:paraId="608DB508" w14:textId="77777777" w:rsidR="001773B5" w:rsidRDefault="00442B4D">
            <w:r>
              <w:t>0.962</w:t>
            </w:r>
          </w:p>
        </w:tc>
      </w:tr>
      <w:tr w:rsidR="001773B5" w14:paraId="40D8DABD" w14:textId="77777777">
        <w:tc>
          <w:tcPr>
            <w:tcW w:w="960" w:type="dxa"/>
          </w:tcPr>
          <w:p w14:paraId="7F3A7B2F" w14:textId="77777777" w:rsidR="001773B5" w:rsidRDefault="00442B4D">
            <w:r>
              <w:t>Kütüphane</w:t>
            </w:r>
          </w:p>
        </w:tc>
        <w:tc>
          <w:tcPr>
            <w:tcW w:w="960" w:type="dxa"/>
          </w:tcPr>
          <w:p w14:paraId="0194AC45" w14:textId="77777777" w:rsidR="001773B5" w:rsidRDefault="00442B4D">
            <w:r>
              <w:t>Yemekhane</w:t>
            </w:r>
          </w:p>
        </w:tc>
        <w:tc>
          <w:tcPr>
            <w:tcW w:w="960" w:type="dxa"/>
          </w:tcPr>
          <w:p w14:paraId="3FA17FA6" w14:textId="77777777" w:rsidR="001773B5" w:rsidRDefault="00442B4D">
            <w:r>
              <w:t>66.504</w:t>
            </w:r>
          </w:p>
        </w:tc>
        <w:tc>
          <w:tcPr>
            <w:tcW w:w="960" w:type="dxa"/>
          </w:tcPr>
          <w:p w14:paraId="31AAE011" w14:textId="77777777" w:rsidR="001773B5" w:rsidRDefault="00442B4D">
            <w:r>
              <w:t>65.181</w:t>
            </w:r>
          </w:p>
        </w:tc>
        <w:tc>
          <w:tcPr>
            <w:tcW w:w="960" w:type="dxa"/>
          </w:tcPr>
          <w:p w14:paraId="0362CC8A" w14:textId="77777777" w:rsidR="001773B5" w:rsidRDefault="00442B4D">
            <w:r>
              <w:t>1.324</w:t>
            </w:r>
          </w:p>
        </w:tc>
        <w:tc>
          <w:tcPr>
            <w:tcW w:w="960" w:type="dxa"/>
          </w:tcPr>
          <w:p w14:paraId="004D6DE1" w14:textId="77777777" w:rsidR="001773B5" w:rsidRDefault="00442B4D">
            <w:r>
              <w:t>1.712</w:t>
            </w:r>
          </w:p>
        </w:tc>
        <w:tc>
          <w:tcPr>
            <w:tcW w:w="960" w:type="dxa"/>
          </w:tcPr>
          <w:p w14:paraId="357CF681" w14:textId="77777777" w:rsidR="001773B5" w:rsidRDefault="00442B4D">
            <w:r>
              <w:t>0.773</w:t>
            </w:r>
          </w:p>
        </w:tc>
        <w:tc>
          <w:tcPr>
            <w:tcW w:w="960" w:type="dxa"/>
          </w:tcPr>
          <w:p w14:paraId="16097B53" w14:textId="77777777" w:rsidR="001773B5" w:rsidRDefault="00442B4D">
            <w:r>
              <w:t>0.938</w:t>
            </w:r>
          </w:p>
        </w:tc>
        <w:tc>
          <w:tcPr>
            <w:tcW w:w="960" w:type="dxa"/>
          </w:tcPr>
          <w:p w14:paraId="04CCD375" w14:textId="77777777" w:rsidR="001773B5" w:rsidRDefault="00442B4D">
            <w:r>
              <w:t>0.068</w:t>
            </w:r>
          </w:p>
        </w:tc>
      </w:tr>
      <w:tr w:rsidR="001773B5" w14:paraId="777068C1" w14:textId="77777777">
        <w:tc>
          <w:tcPr>
            <w:tcW w:w="960" w:type="dxa"/>
          </w:tcPr>
          <w:p w14:paraId="5A4C5714" w14:textId="77777777" w:rsidR="001773B5" w:rsidRDefault="00442B4D">
            <w:r>
              <w:t>Kütüphane</w:t>
            </w:r>
          </w:p>
        </w:tc>
        <w:tc>
          <w:tcPr>
            <w:tcW w:w="960" w:type="dxa"/>
          </w:tcPr>
          <w:p w14:paraId="3DB592FA" w14:textId="77777777" w:rsidR="001773B5" w:rsidRDefault="00442B4D">
            <w:r>
              <w:t>Üniversite</w:t>
            </w:r>
          </w:p>
        </w:tc>
        <w:tc>
          <w:tcPr>
            <w:tcW w:w="960" w:type="dxa"/>
          </w:tcPr>
          <w:p w14:paraId="79D44C32" w14:textId="77777777" w:rsidR="001773B5" w:rsidRDefault="00442B4D">
            <w:r>
              <w:t>66.504</w:t>
            </w:r>
          </w:p>
        </w:tc>
        <w:tc>
          <w:tcPr>
            <w:tcW w:w="960" w:type="dxa"/>
          </w:tcPr>
          <w:p w14:paraId="607C1006" w14:textId="77777777" w:rsidR="001773B5" w:rsidRDefault="00442B4D">
            <w:r>
              <w:t>56.299</w:t>
            </w:r>
          </w:p>
        </w:tc>
        <w:tc>
          <w:tcPr>
            <w:tcW w:w="960" w:type="dxa"/>
          </w:tcPr>
          <w:p w14:paraId="127FABBF" w14:textId="77777777" w:rsidR="001773B5" w:rsidRDefault="00442B4D">
            <w:r>
              <w:t>10.206</w:t>
            </w:r>
          </w:p>
        </w:tc>
        <w:tc>
          <w:tcPr>
            <w:tcW w:w="960" w:type="dxa"/>
          </w:tcPr>
          <w:p w14:paraId="46EC71A3" w14:textId="77777777" w:rsidR="001773B5" w:rsidRDefault="00442B4D">
            <w:r>
              <w:t>1.712</w:t>
            </w:r>
          </w:p>
        </w:tc>
        <w:tc>
          <w:tcPr>
            <w:tcW w:w="960" w:type="dxa"/>
          </w:tcPr>
          <w:p w14:paraId="77D05D58" w14:textId="77777777" w:rsidR="001773B5" w:rsidRDefault="00442B4D">
            <w:r>
              <w:t>5.961</w:t>
            </w:r>
          </w:p>
        </w:tc>
        <w:tc>
          <w:tcPr>
            <w:tcW w:w="960" w:type="dxa"/>
          </w:tcPr>
          <w:p w14:paraId="0F99DEBA" w14:textId="77777777" w:rsidR="001773B5" w:rsidRDefault="00442B4D">
            <w:r>
              <w:t>0.0</w:t>
            </w:r>
          </w:p>
        </w:tc>
        <w:tc>
          <w:tcPr>
            <w:tcW w:w="960" w:type="dxa"/>
          </w:tcPr>
          <w:p w14:paraId="1D022C76" w14:textId="77777777" w:rsidR="001773B5" w:rsidRDefault="00442B4D">
            <w:r>
              <w:t>0.639</w:t>
            </w:r>
          </w:p>
        </w:tc>
      </w:tr>
      <w:tr w:rsidR="001773B5" w14:paraId="50C5BE95" w14:textId="77777777">
        <w:tc>
          <w:tcPr>
            <w:tcW w:w="960" w:type="dxa"/>
          </w:tcPr>
          <w:p w14:paraId="2E6FB5AA" w14:textId="77777777" w:rsidR="001773B5" w:rsidRDefault="00442B4D">
            <w:r>
              <w:t>Temizlik</w:t>
            </w:r>
          </w:p>
        </w:tc>
        <w:tc>
          <w:tcPr>
            <w:tcW w:w="960" w:type="dxa"/>
          </w:tcPr>
          <w:p w14:paraId="0E9916D9" w14:textId="77777777" w:rsidR="001773B5" w:rsidRDefault="00442B4D">
            <w:r>
              <w:t>Yemekhane</w:t>
            </w:r>
          </w:p>
        </w:tc>
        <w:tc>
          <w:tcPr>
            <w:tcW w:w="960" w:type="dxa"/>
          </w:tcPr>
          <w:p w14:paraId="220E3F60" w14:textId="77777777" w:rsidR="001773B5" w:rsidRDefault="00442B4D">
            <w:r>
              <w:t>47.311</w:t>
            </w:r>
          </w:p>
        </w:tc>
        <w:tc>
          <w:tcPr>
            <w:tcW w:w="960" w:type="dxa"/>
          </w:tcPr>
          <w:p w14:paraId="17A216BA" w14:textId="77777777" w:rsidR="001773B5" w:rsidRDefault="00442B4D">
            <w:r>
              <w:t>65.181</w:t>
            </w:r>
          </w:p>
        </w:tc>
        <w:tc>
          <w:tcPr>
            <w:tcW w:w="960" w:type="dxa"/>
          </w:tcPr>
          <w:p w14:paraId="404E90AC" w14:textId="77777777" w:rsidR="001773B5" w:rsidRDefault="00442B4D">
            <w:r>
              <w:t>-17.87</w:t>
            </w:r>
          </w:p>
        </w:tc>
        <w:tc>
          <w:tcPr>
            <w:tcW w:w="960" w:type="dxa"/>
          </w:tcPr>
          <w:p w14:paraId="2110EBAE" w14:textId="77777777" w:rsidR="001773B5" w:rsidRDefault="00442B4D">
            <w:r>
              <w:t>1.712</w:t>
            </w:r>
          </w:p>
        </w:tc>
        <w:tc>
          <w:tcPr>
            <w:tcW w:w="960" w:type="dxa"/>
          </w:tcPr>
          <w:p w14:paraId="212E39D8" w14:textId="77777777" w:rsidR="001773B5" w:rsidRDefault="00442B4D">
            <w:r>
              <w:t>-10.437</w:t>
            </w:r>
          </w:p>
        </w:tc>
        <w:tc>
          <w:tcPr>
            <w:tcW w:w="960" w:type="dxa"/>
          </w:tcPr>
          <w:p w14:paraId="056DDFD3" w14:textId="77777777" w:rsidR="001773B5" w:rsidRDefault="00442B4D">
            <w:r>
              <w:t>0.0</w:t>
            </w:r>
          </w:p>
        </w:tc>
        <w:tc>
          <w:tcPr>
            <w:tcW w:w="960" w:type="dxa"/>
          </w:tcPr>
          <w:p w14:paraId="633058A6" w14:textId="77777777" w:rsidR="001773B5" w:rsidRDefault="00442B4D">
            <w:r>
              <w:t>-0.82</w:t>
            </w:r>
          </w:p>
        </w:tc>
      </w:tr>
      <w:tr w:rsidR="001773B5" w14:paraId="4A163208" w14:textId="77777777">
        <w:tc>
          <w:tcPr>
            <w:tcW w:w="960" w:type="dxa"/>
          </w:tcPr>
          <w:p w14:paraId="4D2D31A5" w14:textId="77777777" w:rsidR="001773B5" w:rsidRDefault="00442B4D">
            <w:r>
              <w:t>Temizlik</w:t>
            </w:r>
          </w:p>
        </w:tc>
        <w:tc>
          <w:tcPr>
            <w:tcW w:w="960" w:type="dxa"/>
          </w:tcPr>
          <w:p w14:paraId="59D666C6" w14:textId="77777777" w:rsidR="001773B5" w:rsidRDefault="00442B4D">
            <w:r>
              <w:t>Üniversite</w:t>
            </w:r>
          </w:p>
        </w:tc>
        <w:tc>
          <w:tcPr>
            <w:tcW w:w="960" w:type="dxa"/>
          </w:tcPr>
          <w:p w14:paraId="11319FFC" w14:textId="77777777" w:rsidR="001773B5" w:rsidRDefault="00442B4D">
            <w:r>
              <w:t>47.311</w:t>
            </w:r>
          </w:p>
        </w:tc>
        <w:tc>
          <w:tcPr>
            <w:tcW w:w="960" w:type="dxa"/>
          </w:tcPr>
          <w:p w14:paraId="37D34929" w14:textId="77777777" w:rsidR="001773B5" w:rsidRDefault="00442B4D">
            <w:r>
              <w:t>56.299</w:t>
            </w:r>
          </w:p>
        </w:tc>
        <w:tc>
          <w:tcPr>
            <w:tcW w:w="960" w:type="dxa"/>
          </w:tcPr>
          <w:p w14:paraId="3FAA6FBA" w14:textId="77777777" w:rsidR="001773B5" w:rsidRDefault="00442B4D">
            <w:r>
              <w:t>-8.988</w:t>
            </w:r>
          </w:p>
        </w:tc>
        <w:tc>
          <w:tcPr>
            <w:tcW w:w="960" w:type="dxa"/>
          </w:tcPr>
          <w:p w14:paraId="088D1781" w14:textId="77777777" w:rsidR="001773B5" w:rsidRDefault="00442B4D">
            <w:r>
              <w:t>1.712</w:t>
            </w:r>
          </w:p>
        </w:tc>
        <w:tc>
          <w:tcPr>
            <w:tcW w:w="960" w:type="dxa"/>
          </w:tcPr>
          <w:p w14:paraId="27CB56AE" w14:textId="77777777" w:rsidR="001773B5" w:rsidRDefault="00442B4D">
            <w:r>
              <w:t>-5.249</w:t>
            </w:r>
          </w:p>
        </w:tc>
        <w:tc>
          <w:tcPr>
            <w:tcW w:w="960" w:type="dxa"/>
          </w:tcPr>
          <w:p w14:paraId="3EC90822" w14:textId="77777777" w:rsidR="001773B5" w:rsidRDefault="00442B4D">
            <w:r>
              <w:t>0.0</w:t>
            </w:r>
          </w:p>
        </w:tc>
        <w:tc>
          <w:tcPr>
            <w:tcW w:w="960" w:type="dxa"/>
          </w:tcPr>
          <w:p w14:paraId="4149DFA9" w14:textId="77777777" w:rsidR="001773B5" w:rsidRDefault="00442B4D">
            <w:r>
              <w:t>-0.48</w:t>
            </w:r>
          </w:p>
        </w:tc>
      </w:tr>
      <w:tr w:rsidR="001773B5" w14:paraId="530059BE" w14:textId="77777777">
        <w:tc>
          <w:tcPr>
            <w:tcW w:w="960" w:type="dxa"/>
          </w:tcPr>
          <w:p w14:paraId="508A3C5D" w14:textId="77777777" w:rsidR="001773B5" w:rsidRDefault="00442B4D">
            <w:r>
              <w:t>Yemekhane</w:t>
            </w:r>
          </w:p>
        </w:tc>
        <w:tc>
          <w:tcPr>
            <w:tcW w:w="960" w:type="dxa"/>
          </w:tcPr>
          <w:p w14:paraId="623AA55B" w14:textId="77777777" w:rsidR="001773B5" w:rsidRDefault="00442B4D">
            <w:r>
              <w:t>Üniversite</w:t>
            </w:r>
          </w:p>
        </w:tc>
        <w:tc>
          <w:tcPr>
            <w:tcW w:w="960" w:type="dxa"/>
          </w:tcPr>
          <w:p w14:paraId="7EE691A3" w14:textId="77777777" w:rsidR="001773B5" w:rsidRDefault="00442B4D">
            <w:r>
              <w:t>65.181</w:t>
            </w:r>
          </w:p>
        </w:tc>
        <w:tc>
          <w:tcPr>
            <w:tcW w:w="960" w:type="dxa"/>
          </w:tcPr>
          <w:p w14:paraId="6E6E0489" w14:textId="77777777" w:rsidR="001773B5" w:rsidRDefault="00442B4D">
            <w:r>
              <w:t>56.299</w:t>
            </w:r>
          </w:p>
        </w:tc>
        <w:tc>
          <w:tcPr>
            <w:tcW w:w="960" w:type="dxa"/>
          </w:tcPr>
          <w:p w14:paraId="0DB0F262" w14:textId="77777777" w:rsidR="001773B5" w:rsidRDefault="00442B4D">
            <w:r>
              <w:t>8.882</w:t>
            </w:r>
          </w:p>
        </w:tc>
        <w:tc>
          <w:tcPr>
            <w:tcW w:w="960" w:type="dxa"/>
          </w:tcPr>
          <w:p w14:paraId="584F61C2" w14:textId="77777777" w:rsidR="001773B5" w:rsidRDefault="00442B4D">
            <w:r>
              <w:t>1.712</w:t>
            </w:r>
          </w:p>
        </w:tc>
        <w:tc>
          <w:tcPr>
            <w:tcW w:w="960" w:type="dxa"/>
          </w:tcPr>
          <w:p w14:paraId="7866263E" w14:textId="77777777" w:rsidR="001773B5" w:rsidRDefault="00442B4D">
            <w:r>
              <w:t>5.188</w:t>
            </w:r>
          </w:p>
        </w:tc>
        <w:tc>
          <w:tcPr>
            <w:tcW w:w="960" w:type="dxa"/>
          </w:tcPr>
          <w:p w14:paraId="01D5FF67" w14:textId="77777777" w:rsidR="001773B5" w:rsidRDefault="00442B4D">
            <w:r>
              <w:t>0.0</w:t>
            </w:r>
          </w:p>
        </w:tc>
        <w:tc>
          <w:tcPr>
            <w:tcW w:w="960" w:type="dxa"/>
          </w:tcPr>
          <w:p w14:paraId="09B3D508" w14:textId="77777777" w:rsidR="001773B5" w:rsidRDefault="00442B4D">
            <w:r>
              <w:t>0.487</w:t>
            </w:r>
          </w:p>
        </w:tc>
      </w:tr>
    </w:tbl>
    <w:p w14:paraId="15309E3D" w14:textId="77777777" w:rsidR="00321D06" w:rsidRDefault="00321D06" w:rsidP="00321D06"/>
    <w:p w14:paraId="1C8DC855" w14:textId="6CE5C911" w:rsidR="00321D06" w:rsidRPr="00321D06" w:rsidRDefault="00321D06" w:rsidP="00321D06">
      <w:r>
        <w:t xml:space="preserve">Tukey HSD </w:t>
      </w:r>
      <w:proofErr w:type="spellStart"/>
      <w:r>
        <w:t>testine</w:t>
      </w:r>
      <w:proofErr w:type="spellEnd"/>
      <w:r>
        <w:t xml:space="preserve"> </w:t>
      </w:r>
      <w:proofErr w:type="spellStart"/>
      <w:r>
        <w:t>göre</w:t>
      </w:r>
      <w:proofErr w:type="spellEnd"/>
      <w:r>
        <w:t xml:space="preserve"> </w:t>
      </w:r>
      <w:proofErr w:type="spellStart"/>
      <w:r w:rsidR="004737D6">
        <w:t>farklılığa</w:t>
      </w:r>
      <w:proofErr w:type="spellEnd"/>
      <w:r w:rsidR="004737D6">
        <w:t xml:space="preserve"> </w:t>
      </w:r>
      <w:proofErr w:type="spellStart"/>
      <w:r w:rsidR="004737D6">
        <w:t>neden</w:t>
      </w:r>
      <w:proofErr w:type="spellEnd"/>
      <w:r w:rsidR="004737D6">
        <w:t xml:space="preserve"> </w:t>
      </w:r>
      <w:proofErr w:type="spellStart"/>
      <w:r w:rsidR="004737D6">
        <w:t>olan</w:t>
      </w:r>
      <w:proofErr w:type="spellEnd"/>
      <w:r w:rsidR="004737D6">
        <w:t xml:space="preserve"> </w:t>
      </w:r>
      <w:proofErr w:type="spellStart"/>
      <w:r w:rsidR="004737D6">
        <w:t>öncü</w:t>
      </w:r>
      <w:proofErr w:type="spellEnd"/>
      <w:r w:rsidR="004737D6">
        <w:t xml:space="preserve"> </w:t>
      </w:r>
      <w:proofErr w:type="spellStart"/>
      <w:r w:rsidR="004737D6">
        <w:t>kategori</w:t>
      </w:r>
      <w:proofErr w:type="spellEnd"/>
      <w:r w:rsidR="004737D6">
        <w:t xml:space="preserve"> </w:t>
      </w:r>
      <w:proofErr w:type="spellStart"/>
      <w:r w:rsidR="004737D6">
        <w:t>Temizlik</w:t>
      </w:r>
      <w:proofErr w:type="spellEnd"/>
      <w:r w:rsidR="004737D6">
        <w:t xml:space="preserve"> </w:t>
      </w:r>
      <w:proofErr w:type="spellStart"/>
      <w:r w:rsidR="004737D6">
        <w:t>kategorisidir</w:t>
      </w:r>
      <w:proofErr w:type="spellEnd"/>
      <w:r w:rsidR="004737D6">
        <w:t>.</w:t>
      </w:r>
    </w:p>
    <w:p w14:paraId="6EB36650" w14:textId="77777777" w:rsidR="001773B5" w:rsidRDefault="00442B4D">
      <w:pPr>
        <w:pStyle w:val="Balk2"/>
      </w:pPr>
      <w:r>
        <w:t>3.6 Cinsiyete Göre Memnuniyet Analizi</w:t>
      </w:r>
    </w:p>
    <w:p w14:paraId="73690D6F" w14:textId="77777777" w:rsidR="001773B5" w:rsidRDefault="00442B4D">
      <w:pPr>
        <w:pStyle w:val="Balk3"/>
      </w:pPr>
      <w:r>
        <w:t>Tablo 9: Cinsiyete Göre Memnuniyet Yüzdeleri</w:t>
      </w:r>
    </w:p>
    <w:tbl>
      <w:tblPr>
        <w:tblStyle w:val="TabloKlavuzu"/>
        <w:tblW w:w="0" w:type="auto"/>
        <w:tblLook w:val="04A0" w:firstRow="1" w:lastRow="0" w:firstColumn="1" w:lastColumn="0" w:noHBand="0" w:noVBand="1"/>
      </w:tblPr>
      <w:tblGrid>
        <w:gridCol w:w="1438"/>
        <w:gridCol w:w="1435"/>
        <w:gridCol w:w="1435"/>
        <w:gridCol w:w="1429"/>
        <w:gridCol w:w="1432"/>
        <w:gridCol w:w="1461"/>
      </w:tblGrid>
      <w:tr w:rsidR="001773B5" w14:paraId="0CECBBE1" w14:textId="77777777">
        <w:tc>
          <w:tcPr>
            <w:tcW w:w="1440" w:type="dxa"/>
          </w:tcPr>
          <w:p w14:paraId="20355DA0" w14:textId="77777777" w:rsidR="001773B5" w:rsidRDefault="00442B4D">
            <w:r>
              <w:t>Kategori</w:t>
            </w:r>
          </w:p>
        </w:tc>
        <w:tc>
          <w:tcPr>
            <w:tcW w:w="1440" w:type="dxa"/>
          </w:tcPr>
          <w:p w14:paraId="3A55982B" w14:textId="77777777" w:rsidR="001773B5" w:rsidRDefault="00442B4D">
            <w:r>
              <w:t>Erkek_Ort (%)</w:t>
            </w:r>
          </w:p>
        </w:tc>
        <w:tc>
          <w:tcPr>
            <w:tcW w:w="1440" w:type="dxa"/>
          </w:tcPr>
          <w:p w14:paraId="00BB89AF" w14:textId="77777777" w:rsidR="001773B5" w:rsidRDefault="00442B4D">
            <w:r>
              <w:t>Kadın_Ort (%)</w:t>
            </w:r>
          </w:p>
        </w:tc>
        <w:tc>
          <w:tcPr>
            <w:tcW w:w="1440" w:type="dxa"/>
          </w:tcPr>
          <w:p w14:paraId="359DACCE" w14:textId="77777777" w:rsidR="001773B5" w:rsidRDefault="00442B4D">
            <w:r>
              <w:t>Fark (%)</w:t>
            </w:r>
          </w:p>
        </w:tc>
        <w:tc>
          <w:tcPr>
            <w:tcW w:w="1440" w:type="dxa"/>
          </w:tcPr>
          <w:p w14:paraId="7CFB3772" w14:textId="77777777" w:rsidR="001773B5" w:rsidRDefault="00442B4D">
            <w:r>
              <w:t>p_değeri</w:t>
            </w:r>
          </w:p>
        </w:tc>
        <w:tc>
          <w:tcPr>
            <w:tcW w:w="1440" w:type="dxa"/>
          </w:tcPr>
          <w:p w14:paraId="4C8B0933" w14:textId="77777777" w:rsidR="001773B5" w:rsidRDefault="00442B4D">
            <w:r>
              <w:t>Anlamlı_Fark</w:t>
            </w:r>
          </w:p>
        </w:tc>
      </w:tr>
      <w:tr w:rsidR="001773B5" w14:paraId="6B27812D" w14:textId="77777777">
        <w:tc>
          <w:tcPr>
            <w:tcW w:w="1440" w:type="dxa"/>
          </w:tcPr>
          <w:p w14:paraId="70F04BC0" w14:textId="77777777" w:rsidR="001773B5" w:rsidRDefault="00442B4D">
            <w:r>
              <w:t>Eğitim</w:t>
            </w:r>
          </w:p>
        </w:tc>
        <w:tc>
          <w:tcPr>
            <w:tcW w:w="1440" w:type="dxa"/>
          </w:tcPr>
          <w:p w14:paraId="4D96FA9D" w14:textId="77777777" w:rsidR="001773B5" w:rsidRDefault="00442B4D">
            <w:r>
              <w:t>68.349</w:t>
            </w:r>
          </w:p>
        </w:tc>
        <w:tc>
          <w:tcPr>
            <w:tcW w:w="1440" w:type="dxa"/>
          </w:tcPr>
          <w:p w14:paraId="3419283C" w14:textId="77777777" w:rsidR="001773B5" w:rsidRDefault="00442B4D">
            <w:r>
              <w:t>64.17</w:t>
            </w:r>
          </w:p>
        </w:tc>
        <w:tc>
          <w:tcPr>
            <w:tcW w:w="1440" w:type="dxa"/>
          </w:tcPr>
          <w:p w14:paraId="44295F69" w14:textId="77777777" w:rsidR="001773B5" w:rsidRDefault="00442B4D">
            <w:r>
              <w:t>4.178</w:t>
            </w:r>
          </w:p>
        </w:tc>
        <w:tc>
          <w:tcPr>
            <w:tcW w:w="1440" w:type="dxa"/>
          </w:tcPr>
          <w:p w14:paraId="023E2247" w14:textId="77777777" w:rsidR="001773B5" w:rsidRDefault="00442B4D">
            <w:r>
              <w:t>0.101</w:t>
            </w:r>
          </w:p>
        </w:tc>
        <w:tc>
          <w:tcPr>
            <w:tcW w:w="1440" w:type="dxa"/>
          </w:tcPr>
          <w:p w14:paraId="24B5BD2F" w14:textId="77777777" w:rsidR="001773B5" w:rsidRDefault="00442B4D">
            <w:r>
              <w:t>Hayır</w:t>
            </w:r>
          </w:p>
        </w:tc>
      </w:tr>
      <w:tr w:rsidR="001773B5" w14:paraId="51D9E4FF" w14:textId="77777777">
        <w:tc>
          <w:tcPr>
            <w:tcW w:w="1440" w:type="dxa"/>
          </w:tcPr>
          <w:p w14:paraId="659388AB" w14:textId="77777777" w:rsidR="001773B5" w:rsidRDefault="00442B4D">
            <w:r>
              <w:lastRenderedPageBreak/>
              <w:t>Kütüphane</w:t>
            </w:r>
          </w:p>
        </w:tc>
        <w:tc>
          <w:tcPr>
            <w:tcW w:w="1440" w:type="dxa"/>
          </w:tcPr>
          <w:p w14:paraId="67EEE28F" w14:textId="77777777" w:rsidR="001773B5" w:rsidRDefault="00442B4D">
            <w:r>
              <w:t>69.039</w:t>
            </w:r>
          </w:p>
        </w:tc>
        <w:tc>
          <w:tcPr>
            <w:tcW w:w="1440" w:type="dxa"/>
          </w:tcPr>
          <w:p w14:paraId="52766B01" w14:textId="77777777" w:rsidR="001773B5" w:rsidRDefault="00442B4D">
            <w:r>
              <w:t>65.292</w:t>
            </w:r>
          </w:p>
        </w:tc>
        <w:tc>
          <w:tcPr>
            <w:tcW w:w="1440" w:type="dxa"/>
          </w:tcPr>
          <w:p w14:paraId="23F3E426" w14:textId="77777777" w:rsidR="001773B5" w:rsidRDefault="00442B4D">
            <w:r>
              <w:t>3.747</w:t>
            </w:r>
          </w:p>
        </w:tc>
        <w:tc>
          <w:tcPr>
            <w:tcW w:w="1440" w:type="dxa"/>
          </w:tcPr>
          <w:p w14:paraId="5E845707" w14:textId="77777777" w:rsidR="001773B5" w:rsidRDefault="00442B4D">
            <w:r>
              <w:t>0.163</w:t>
            </w:r>
          </w:p>
        </w:tc>
        <w:tc>
          <w:tcPr>
            <w:tcW w:w="1440" w:type="dxa"/>
          </w:tcPr>
          <w:p w14:paraId="160B7D7D" w14:textId="77777777" w:rsidR="001773B5" w:rsidRDefault="00442B4D">
            <w:r>
              <w:t>Hayır</w:t>
            </w:r>
          </w:p>
        </w:tc>
      </w:tr>
      <w:tr w:rsidR="001773B5" w14:paraId="4331F980" w14:textId="77777777">
        <w:tc>
          <w:tcPr>
            <w:tcW w:w="1440" w:type="dxa"/>
          </w:tcPr>
          <w:p w14:paraId="2F32FA82" w14:textId="77777777" w:rsidR="001773B5" w:rsidRDefault="00442B4D">
            <w:r>
              <w:t>Yemekhane</w:t>
            </w:r>
          </w:p>
        </w:tc>
        <w:tc>
          <w:tcPr>
            <w:tcW w:w="1440" w:type="dxa"/>
          </w:tcPr>
          <w:p w14:paraId="51C107F8" w14:textId="77777777" w:rsidR="001773B5" w:rsidRDefault="00442B4D">
            <w:r>
              <w:t>64.26</w:t>
            </w:r>
          </w:p>
        </w:tc>
        <w:tc>
          <w:tcPr>
            <w:tcW w:w="1440" w:type="dxa"/>
          </w:tcPr>
          <w:p w14:paraId="755B9E84" w14:textId="77777777" w:rsidR="001773B5" w:rsidRDefault="00442B4D">
            <w:r>
              <w:t>65.621</w:t>
            </w:r>
          </w:p>
        </w:tc>
        <w:tc>
          <w:tcPr>
            <w:tcW w:w="1440" w:type="dxa"/>
          </w:tcPr>
          <w:p w14:paraId="56DD1D98" w14:textId="77777777" w:rsidR="001773B5" w:rsidRDefault="00442B4D">
            <w:r>
              <w:t>-1.361</w:t>
            </w:r>
          </w:p>
        </w:tc>
        <w:tc>
          <w:tcPr>
            <w:tcW w:w="1440" w:type="dxa"/>
          </w:tcPr>
          <w:p w14:paraId="7BC542EE" w14:textId="77777777" w:rsidR="001773B5" w:rsidRDefault="00442B4D">
            <w:r>
              <w:t>0.66</w:t>
            </w:r>
          </w:p>
        </w:tc>
        <w:tc>
          <w:tcPr>
            <w:tcW w:w="1440" w:type="dxa"/>
          </w:tcPr>
          <w:p w14:paraId="59A5A82F" w14:textId="77777777" w:rsidR="001773B5" w:rsidRDefault="00442B4D">
            <w:r>
              <w:t>Hayır</w:t>
            </w:r>
          </w:p>
        </w:tc>
      </w:tr>
      <w:tr w:rsidR="001773B5" w14:paraId="7D1204EB" w14:textId="77777777">
        <w:tc>
          <w:tcPr>
            <w:tcW w:w="1440" w:type="dxa"/>
          </w:tcPr>
          <w:p w14:paraId="6F3D88F3" w14:textId="77777777" w:rsidR="001773B5" w:rsidRDefault="00442B4D">
            <w:r>
              <w:t>Temizlik</w:t>
            </w:r>
          </w:p>
        </w:tc>
        <w:tc>
          <w:tcPr>
            <w:tcW w:w="1440" w:type="dxa"/>
          </w:tcPr>
          <w:p w14:paraId="26BBD03C" w14:textId="77777777" w:rsidR="001773B5" w:rsidRDefault="00442B4D">
            <w:r>
              <w:t>55.0</w:t>
            </w:r>
          </w:p>
        </w:tc>
        <w:tc>
          <w:tcPr>
            <w:tcW w:w="1440" w:type="dxa"/>
          </w:tcPr>
          <w:p w14:paraId="0E304E50" w14:textId="77777777" w:rsidR="001773B5" w:rsidRDefault="00442B4D">
            <w:r>
              <w:t>43.634</w:t>
            </w:r>
          </w:p>
        </w:tc>
        <w:tc>
          <w:tcPr>
            <w:tcW w:w="1440" w:type="dxa"/>
          </w:tcPr>
          <w:p w14:paraId="6E391599" w14:textId="77777777" w:rsidR="001773B5" w:rsidRDefault="00442B4D">
            <w:r>
              <w:t>11.366</w:t>
            </w:r>
          </w:p>
        </w:tc>
        <w:tc>
          <w:tcPr>
            <w:tcW w:w="1440" w:type="dxa"/>
          </w:tcPr>
          <w:p w14:paraId="1EFE73D0" w14:textId="77777777" w:rsidR="001773B5" w:rsidRDefault="00442B4D">
            <w:r>
              <w:t>0.001</w:t>
            </w:r>
          </w:p>
        </w:tc>
        <w:tc>
          <w:tcPr>
            <w:tcW w:w="1440" w:type="dxa"/>
          </w:tcPr>
          <w:p w14:paraId="22ADB553" w14:textId="77777777" w:rsidR="001773B5" w:rsidRDefault="00442B4D">
            <w:r>
              <w:t>Evet</w:t>
            </w:r>
          </w:p>
        </w:tc>
      </w:tr>
      <w:tr w:rsidR="001773B5" w14:paraId="63401961" w14:textId="77777777">
        <w:tc>
          <w:tcPr>
            <w:tcW w:w="1440" w:type="dxa"/>
          </w:tcPr>
          <w:p w14:paraId="3753AE6C" w14:textId="77777777" w:rsidR="001773B5" w:rsidRDefault="00442B4D">
            <w:r>
              <w:t>Üniversite</w:t>
            </w:r>
          </w:p>
        </w:tc>
        <w:tc>
          <w:tcPr>
            <w:tcW w:w="1440" w:type="dxa"/>
          </w:tcPr>
          <w:p w14:paraId="2057333D" w14:textId="77777777" w:rsidR="001773B5" w:rsidRDefault="00442B4D">
            <w:r>
              <w:t>58.467</w:t>
            </w:r>
          </w:p>
        </w:tc>
        <w:tc>
          <w:tcPr>
            <w:tcW w:w="1440" w:type="dxa"/>
          </w:tcPr>
          <w:p w14:paraId="4C556202" w14:textId="77777777" w:rsidR="001773B5" w:rsidRDefault="00442B4D">
            <w:r>
              <w:t>55.262</w:t>
            </w:r>
          </w:p>
        </w:tc>
        <w:tc>
          <w:tcPr>
            <w:tcW w:w="1440" w:type="dxa"/>
          </w:tcPr>
          <w:p w14:paraId="029DBF12" w14:textId="77777777" w:rsidR="001773B5" w:rsidRDefault="00442B4D">
            <w:r>
              <w:t>3.205</w:t>
            </w:r>
          </w:p>
        </w:tc>
        <w:tc>
          <w:tcPr>
            <w:tcW w:w="1440" w:type="dxa"/>
          </w:tcPr>
          <w:p w14:paraId="78B7CEEE" w14:textId="77777777" w:rsidR="001773B5" w:rsidRDefault="00442B4D">
            <w:r>
              <w:t>0.131</w:t>
            </w:r>
          </w:p>
        </w:tc>
        <w:tc>
          <w:tcPr>
            <w:tcW w:w="1440" w:type="dxa"/>
          </w:tcPr>
          <w:p w14:paraId="3E8A85E9" w14:textId="77777777" w:rsidR="001773B5" w:rsidRDefault="00442B4D">
            <w:r>
              <w:t>Hayır</w:t>
            </w:r>
          </w:p>
        </w:tc>
      </w:tr>
    </w:tbl>
    <w:p w14:paraId="6CD3798C" w14:textId="77777777" w:rsidR="001773B5" w:rsidRDefault="00442B4D">
      <w:pPr>
        <w:pStyle w:val="Balk3"/>
      </w:pPr>
      <w:r>
        <w:t xml:space="preserve">Tablo 10: </w:t>
      </w:r>
      <w:proofErr w:type="spellStart"/>
      <w:r>
        <w:t>Cinsiyete</w:t>
      </w:r>
      <w:proofErr w:type="spellEnd"/>
      <w:r>
        <w:t xml:space="preserve"> </w:t>
      </w:r>
      <w:proofErr w:type="spellStart"/>
      <w:r>
        <w:t>Göre</w:t>
      </w:r>
      <w:proofErr w:type="spellEnd"/>
      <w:r>
        <w:t xml:space="preserve"> </w:t>
      </w:r>
      <w:proofErr w:type="spellStart"/>
      <w:r>
        <w:t>Betimsel</w:t>
      </w:r>
      <w:proofErr w:type="spellEnd"/>
      <w:r>
        <w:t xml:space="preserve"> </w:t>
      </w:r>
      <w:proofErr w:type="spellStart"/>
      <w:r>
        <w:t>İstatistikler</w:t>
      </w:r>
      <w:proofErr w:type="spellEnd"/>
    </w:p>
    <w:tbl>
      <w:tblPr>
        <w:tblStyle w:val="TabloKlavuzu"/>
        <w:tblW w:w="0" w:type="auto"/>
        <w:tblLook w:val="04A0" w:firstRow="1" w:lastRow="0" w:firstColumn="1" w:lastColumn="0" w:noHBand="0" w:noVBand="1"/>
      </w:tblPr>
      <w:tblGrid>
        <w:gridCol w:w="1314"/>
        <w:gridCol w:w="1203"/>
        <w:gridCol w:w="1217"/>
        <w:gridCol w:w="1203"/>
        <w:gridCol w:w="1209"/>
        <w:gridCol w:w="1222"/>
        <w:gridCol w:w="1262"/>
      </w:tblGrid>
      <w:tr w:rsidR="001773B5" w14:paraId="425EE304" w14:textId="77777777">
        <w:tc>
          <w:tcPr>
            <w:tcW w:w="1234" w:type="dxa"/>
          </w:tcPr>
          <w:p w14:paraId="07EAD192" w14:textId="77777777" w:rsidR="001773B5" w:rsidRDefault="00442B4D">
            <w:r>
              <w:t>Kategori</w:t>
            </w:r>
          </w:p>
        </w:tc>
        <w:tc>
          <w:tcPr>
            <w:tcW w:w="1234" w:type="dxa"/>
          </w:tcPr>
          <w:p w14:paraId="56767C1E" w14:textId="77777777" w:rsidR="001773B5" w:rsidRDefault="00442B4D">
            <w:r>
              <w:t>Cinsiyet</w:t>
            </w:r>
          </w:p>
        </w:tc>
        <w:tc>
          <w:tcPr>
            <w:tcW w:w="1234" w:type="dxa"/>
          </w:tcPr>
          <w:p w14:paraId="1A847FF0" w14:textId="77777777" w:rsidR="001773B5" w:rsidRDefault="00442B4D">
            <w:r>
              <w:t>Ortalama (%)</w:t>
            </w:r>
          </w:p>
        </w:tc>
        <w:tc>
          <w:tcPr>
            <w:tcW w:w="1234" w:type="dxa"/>
          </w:tcPr>
          <w:p w14:paraId="682CE962" w14:textId="77777777" w:rsidR="001773B5" w:rsidRDefault="00442B4D">
            <w:r>
              <w:t>Medyan (%)</w:t>
            </w:r>
          </w:p>
        </w:tc>
        <w:tc>
          <w:tcPr>
            <w:tcW w:w="1234" w:type="dxa"/>
          </w:tcPr>
          <w:p w14:paraId="1E025495" w14:textId="77777777" w:rsidR="001773B5" w:rsidRDefault="00442B4D">
            <w:r>
              <w:t>Standart Sapma (%)</w:t>
            </w:r>
          </w:p>
        </w:tc>
        <w:tc>
          <w:tcPr>
            <w:tcW w:w="1234" w:type="dxa"/>
          </w:tcPr>
          <w:p w14:paraId="5A7394E5" w14:textId="77777777" w:rsidR="001773B5" w:rsidRDefault="00442B4D">
            <w:r>
              <w:t>Minimum (%)</w:t>
            </w:r>
          </w:p>
        </w:tc>
        <w:tc>
          <w:tcPr>
            <w:tcW w:w="1234" w:type="dxa"/>
          </w:tcPr>
          <w:p w14:paraId="1F23FAF2" w14:textId="77777777" w:rsidR="001773B5" w:rsidRDefault="00442B4D">
            <w:r>
              <w:t>Maksimum (%)</w:t>
            </w:r>
          </w:p>
        </w:tc>
      </w:tr>
      <w:tr w:rsidR="001773B5" w14:paraId="5EB479E9" w14:textId="77777777">
        <w:tc>
          <w:tcPr>
            <w:tcW w:w="1234" w:type="dxa"/>
          </w:tcPr>
          <w:p w14:paraId="4D37E6C5" w14:textId="77777777" w:rsidR="001773B5" w:rsidRDefault="00442B4D">
            <w:r>
              <w:t>Eğitim</w:t>
            </w:r>
          </w:p>
        </w:tc>
        <w:tc>
          <w:tcPr>
            <w:tcW w:w="1234" w:type="dxa"/>
          </w:tcPr>
          <w:p w14:paraId="749CF6FE" w14:textId="77777777" w:rsidR="001773B5" w:rsidRDefault="00442B4D">
            <w:r>
              <w:t>Erkek</w:t>
            </w:r>
          </w:p>
        </w:tc>
        <w:tc>
          <w:tcPr>
            <w:tcW w:w="1234" w:type="dxa"/>
          </w:tcPr>
          <w:p w14:paraId="44BC6FE6" w14:textId="77777777" w:rsidR="001773B5" w:rsidRDefault="00442B4D">
            <w:r>
              <w:t>68.35</w:t>
            </w:r>
          </w:p>
        </w:tc>
        <w:tc>
          <w:tcPr>
            <w:tcW w:w="1234" w:type="dxa"/>
          </w:tcPr>
          <w:p w14:paraId="0C1DADB0" w14:textId="77777777" w:rsidR="001773B5" w:rsidRDefault="00442B4D">
            <w:r>
              <w:t>68.57</w:t>
            </w:r>
          </w:p>
        </w:tc>
        <w:tc>
          <w:tcPr>
            <w:tcW w:w="1234" w:type="dxa"/>
          </w:tcPr>
          <w:p w14:paraId="699CF853" w14:textId="77777777" w:rsidR="001773B5" w:rsidRDefault="00442B4D">
            <w:r>
              <w:t>19.37</w:t>
            </w:r>
          </w:p>
        </w:tc>
        <w:tc>
          <w:tcPr>
            <w:tcW w:w="1234" w:type="dxa"/>
          </w:tcPr>
          <w:p w14:paraId="45EF7B9E" w14:textId="77777777" w:rsidR="001773B5" w:rsidRDefault="00442B4D">
            <w:r>
              <w:t>20.0</w:t>
            </w:r>
          </w:p>
        </w:tc>
        <w:tc>
          <w:tcPr>
            <w:tcW w:w="1234" w:type="dxa"/>
          </w:tcPr>
          <w:p w14:paraId="0F6632B8" w14:textId="77777777" w:rsidR="001773B5" w:rsidRDefault="00442B4D">
            <w:r>
              <w:t>100.0</w:t>
            </w:r>
          </w:p>
        </w:tc>
      </w:tr>
      <w:tr w:rsidR="001773B5" w14:paraId="653F7E1D" w14:textId="77777777">
        <w:tc>
          <w:tcPr>
            <w:tcW w:w="1234" w:type="dxa"/>
          </w:tcPr>
          <w:p w14:paraId="4CB5BAE8" w14:textId="77777777" w:rsidR="001773B5" w:rsidRDefault="00442B4D">
            <w:r>
              <w:t>Eğitim</w:t>
            </w:r>
          </w:p>
        </w:tc>
        <w:tc>
          <w:tcPr>
            <w:tcW w:w="1234" w:type="dxa"/>
          </w:tcPr>
          <w:p w14:paraId="72D03942" w14:textId="77777777" w:rsidR="001773B5" w:rsidRDefault="00442B4D">
            <w:r>
              <w:t>Kadın</w:t>
            </w:r>
          </w:p>
        </w:tc>
        <w:tc>
          <w:tcPr>
            <w:tcW w:w="1234" w:type="dxa"/>
          </w:tcPr>
          <w:p w14:paraId="39319728" w14:textId="77777777" w:rsidR="001773B5" w:rsidRDefault="00442B4D">
            <w:r>
              <w:t>64.17</w:t>
            </w:r>
          </w:p>
        </w:tc>
        <w:tc>
          <w:tcPr>
            <w:tcW w:w="1234" w:type="dxa"/>
          </w:tcPr>
          <w:p w14:paraId="3E80AEE0" w14:textId="77777777" w:rsidR="001773B5" w:rsidRDefault="00442B4D">
            <w:r>
              <w:t>65.71</w:t>
            </w:r>
          </w:p>
        </w:tc>
        <w:tc>
          <w:tcPr>
            <w:tcW w:w="1234" w:type="dxa"/>
          </w:tcPr>
          <w:p w14:paraId="69C19CF1" w14:textId="77777777" w:rsidR="001773B5" w:rsidRDefault="00442B4D">
            <w:r>
              <w:t>15.56</w:t>
            </w:r>
          </w:p>
        </w:tc>
        <w:tc>
          <w:tcPr>
            <w:tcW w:w="1234" w:type="dxa"/>
          </w:tcPr>
          <w:p w14:paraId="43AEB406" w14:textId="77777777" w:rsidR="001773B5" w:rsidRDefault="00442B4D">
            <w:r>
              <w:t>20.0</w:t>
            </w:r>
          </w:p>
        </w:tc>
        <w:tc>
          <w:tcPr>
            <w:tcW w:w="1234" w:type="dxa"/>
          </w:tcPr>
          <w:p w14:paraId="203D284B" w14:textId="77777777" w:rsidR="001773B5" w:rsidRDefault="00442B4D">
            <w:r>
              <w:t>100.0</w:t>
            </w:r>
          </w:p>
        </w:tc>
      </w:tr>
      <w:tr w:rsidR="001773B5" w14:paraId="389F1D61" w14:textId="77777777">
        <w:tc>
          <w:tcPr>
            <w:tcW w:w="1234" w:type="dxa"/>
          </w:tcPr>
          <w:p w14:paraId="4FD61991" w14:textId="77777777" w:rsidR="001773B5" w:rsidRDefault="00442B4D">
            <w:r>
              <w:t>Kütüphane</w:t>
            </w:r>
          </w:p>
        </w:tc>
        <w:tc>
          <w:tcPr>
            <w:tcW w:w="1234" w:type="dxa"/>
          </w:tcPr>
          <w:p w14:paraId="639FB341" w14:textId="77777777" w:rsidR="001773B5" w:rsidRDefault="00442B4D">
            <w:r>
              <w:t>Erkek</w:t>
            </w:r>
          </w:p>
        </w:tc>
        <w:tc>
          <w:tcPr>
            <w:tcW w:w="1234" w:type="dxa"/>
          </w:tcPr>
          <w:p w14:paraId="00ACADD1" w14:textId="77777777" w:rsidR="001773B5" w:rsidRDefault="00442B4D">
            <w:r>
              <w:t>69.04</w:t>
            </w:r>
          </w:p>
        </w:tc>
        <w:tc>
          <w:tcPr>
            <w:tcW w:w="1234" w:type="dxa"/>
          </w:tcPr>
          <w:p w14:paraId="7B94DF4C" w14:textId="77777777" w:rsidR="001773B5" w:rsidRDefault="00442B4D">
            <w:r>
              <w:t>76.0</w:t>
            </w:r>
          </w:p>
        </w:tc>
        <w:tc>
          <w:tcPr>
            <w:tcW w:w="1234" w:type="dxa"/>
          </w:tcPr>
          <w:p w14:paraId="1947658B" w14:textId="77777777" w:rsidR="001773B5" w:rsidRDefault="00442B4D">
            <w:r>
              <w:t>20.86</w:t>
            </w:r>
          </w:p>
        </w:tc>
        <w:tc>
          <w:tcPr>
            <w:tcW w:w="1234" w:type="dxa"/>
          </w:tcPr>
          <w:p w14:paraId="630F38F8" w14:textId="77777777" w:rsidR="001773B5" w:rsidRDefault="00442B4D">
            <w:r>
              <w:t>20.0</w:t>
            </w:r>
          </w:p>
        </w:tc>
        <w:tc>
          <w:tcPr>
            <w:tcW w:w="1234" w:type="dxa"/>
          </w:tcPr>
          <w:p w14:paraId="5A097A21" w14:textId="77777777" w:rsidR="001773B5" w:rsidRDefault="00442B4D">
            <w:r>
              <w:t>100.0</w:t>
            </w:r>
          </w:p>
        </w:tc>
      </w:tr>
      <w:tr w:rsidR="001773B5" w14:paraId="43CE03F7" w14:textId="77777777">
        <w:tc>
          <w:tcPr>
            <w:tcW w:w="1234" w:type="dxa"/>
          </w:tcPr>
          <w:p w14:paraId="4B36E077" w14:textId="77777777" w:rsidR="001773B5" w:rsidRDefault="00442B4D">
            <w:r>
              <w:t>Kütüphane</w:t>
            </w:r>
          </w:p>
        </w:tc>
        <w:tc>
          <w:tcPr>
            <w:tcW w:w="1234" w:type="dxa"/>
          </w:tcPr>
          <w:p w14:paraId="134E00FC" w14:textId="77777777" w:rsidR="001773B5" w:rsidRDefault="00442B4D">
            <w:r>
              <w:t>Kadın</w:t>
            </w:r>
          </w:p>
        </w:tc>
        <w:tc>
          <w:tcPr>
            <w:tcW w:w="1234" w:type="dxa"/>
          </w:tcPr>
          <w:p w14:paraId="32888F86" w14:textId="77777777" w:rsidR="001773B5" w:rsidRDefault="00442B4D">
            <w:r>
              <w:t>65.29</w:t>
            </w:r>
          </w:p>
        </w:tc>
        <w:tc>
          <w:tcPr>
            <w:tcW w:w="1234" w:type="dxa"/>
          </w:tcPr>
          <w:p w14:paraId="3BF6E890" w14:textId="77777777" w:rsidR="001773B5" w:rsidRDefault="00442B4D">
            <w:r>
              <w:t>68.0</w:t>
            </w:r>
          </w:p>
        </w:tc>
        <w:tc>
          <w:tcPr>
            <w:tcW w:w="1234" w:type="dxa"/>
          </w:tcPr>
          <w:p w14:paraId="0A44B0D6" w14:textId="77777777" w:rsidR="001773B5" w:rsidRDefault="00442B4D">
            <w:r>
              <w:t>15.36</w:t>
            </w:r>
          </w:p>
        </w:tc>
        <w:tc>
          <w:tcPr>
            <w:tcW w:w="1234" w:type="dxa"/>
          </w:tcPr>
          <w:p w14:paraId="0840B107" w14:textId="77777777" w:rsidR="001773B5" w:rsidRDefault="00442B4D">
            <w:r>
              <w:t>20.0</w:t>
            </w:r>
          </w:p>
        </w:tc>
        <w:tc>
          <w:tcPr>
            <w:tcW w:w="1234" w:type="dxa"/>
          </w:tcPr>
          <w:p w14:paraId="34D3FE42" w14:textId="77777777" w:rsidR="001773B5" w:rsidRDefault="00442B4D">
            <w:r>
              <w:t>96.0</w:t>
            </w:r>
          </w:p>
        </w:tc>
      </w:tr>
      <w:tr w:rsidR="001773B5" w14:paraId="4677FD33" w14:textId="77777777">
        <w:tc>
          <w:tcPr>
            <w:tcW w:w="1234" w:type="dxa"/>
          </w:tcPr>
          <w:p w14:paraId="517AFA57" w14:textId="77777777" w:rsidR="001773B5" w:rsidRDefault="00442B4D">
            <w:r>
              <w:t>Yemekhane</w:t>
            </w:r>
          </w:p>
        </w:tc>
        <w:tc>
          <w:tcPr>
            <w:tcW w:w="1234" w:type="dxa"/>
          </w:tcPr>
          <w:p w14:paraId="75E2ACC0" w14:textId="77777777" w:rsidR="001773B5" w:rsidRDefault="00442B4D">
            <w:r>
              <w:t>Erkek</w:t>
            </w:r>
          </w:p>
        </w:tc>
        <w:tc>
          <w:tcPr>
            <w:tcW w:w="1234" w:type="dxa"/>
          </w:tcPr>
          <w:p w14:paraId="140A3717" w14:textId="77777777" w:rsidR="001773B5" w:rsidRDefault="00442B4D">
            <w:r>
              <w:t>64.26</w:t>
            </w:r>
          </w:p>
        </w:tc>
        <w:tc>
          <w:tcPr>
            <w:tcW w:w="1234" w:type="dxa"/>
          </w:tcPr>
          <w:p w14:paraId="66F03236" w14:textId="77777777" w:rsidR="001773B5" w:rsidRDefault="00442B4D">
            <w:r>
              <w:t>68.0</w:t>
            </w:r>
          </w:p>
        </w:tc>
        <w:tc>
          <w:tcPr>
            <w:tcW w:w="1234" w:type="dxa"/>
          </w:tcPr>
          <w:p w14:paraId="27C33F0D" w14:textId="77777777" w:rsidR="001773B5" w:rsidRDefault="00442B4D">
            <w:r>
              <w:t>23.0</w:t>
            </w:r>
          </w:p>
        </w:tc>
        <w:tc>
          <w:tcPr>
            <w:tcW w:w="1234" w:type="dxa"/>
          </w:tcPr>
          <w:p w14:paraId="08568BC0" w14:textId="77777777" w:rsidR="001773B5" w:rsidRDefault="00442B4D">
            <w:r>
              <w:t>20.0</w:t>
            </w:r>
          </w:p>
        </w:tc>
        <w:tc>
          <w:tcPr>
            <w:tcW w:w="1234" w:type="dxa"/>
          </w:tcPr>
          <w:p w14:paraId="7B3BF6CC" w14:textId="77777777" w:rsidR="001773B5" w:rsidRDefault="00442B4D">
            <w:r>
              <w:t>100.0</w:t>
            </w:r>
          </w:p>
        </w:tc>
      </w:tr>
      <w:tr w:rsidR="001773B5" w14:paraId="57868463" w14:textId="77777777">
        <w:tc>
          <w:tcPr>
            <w:tcW w:w="1234" w:type="dxa"/>
          </w:tcPr>
          <w:p w14:paraId="04396892" w14:textId="77777777" w:rsidR="001773B5" w:rsidRDefault="00442B4D">
            <w:r>
              <w:t>Yemekhane</w:t>
            </w:r>
          </w:p>
        </w:tc>
        <w:tc>
          <w:tcPr>
            <w:tcW w:w="1234" w:type="dxa"/>
          </w:tcPr>
          <w:p w14:paraId="296D50C1" w14:textId="77777777" w:rsidR="001773B5" w:rsidRDefault="00442B4D">
            <w:r>
              <w:t>Kadın</w:t>
            </w:r>
          </w:p>
        </w:tc>
        <w:tc>
          <w:tcPr>
            <w:tcW w:w="1234" w:type="dxa"/>
          </w:tcPr>
          <w:p w14:paraId="61BFB9ED" w14:textId="77777777" w:rsidR="001773B5" w:rsidRDefault="00442B4D">
            <w:r>
              <w:t>65.62</w:t>
            </w:r>
          </w:p>
        </w:tc>
        <w:tc>
          <w:tcPr>
            <w:tcW w:w="1234" w:type="dxa"/>
          </w:tcPr>
          <w:p w14:paraId="134CB3AF" w14:textId="77777777" w:rsidR="001773B5" w:rsidRDefault="00442B4D">
            <w:r>
              <w:t>72.0</w:t>
            </w:r>
          </w:p>
        </w:tc>
        <w:tc>
          <w:tcPr>
            <w:tcW w:w="1234" w:type="dxa"/>
          </w:tcPr>
          <w:p w14:paraId="0095FA59" w14:textId="77777777" w:rsidR="001773B5" w:rsidRDefault="00442B4D">
            <w:r>
              <w:t>20.61</w:t>
            </w:r>
          </w:p>
        </w:tc>
        <w:tc>
          <w:tcPr>
            <w:tcW w:w="1234" w:type="dxa"/>
          </w:tcPr>
          <w:p w14:paraId="14B1DD89" w14:textId="77777777" w:rsidR="001773B5" w:rsidRDefault="00442B4D">
            <w:r>
              <w:t>20.0</w:t>
            </w:r>
          </w:p>
        </w:tc>
        <w:tc>
          <w:tcPr>
            <w:tcW w:w="1234" w:type="dxa"/>
          </w:tcPr>
          <w:p w14:paraId="068C82E7" w14:textId="77777777" w:rsidR="001773B5" w:rsidRDefault="00442B4D">
            <w:r>
              <w:t>100.0</w:t>
            </w:r>
          </w:p>
        </w:tc>
      </w:tr>
      <w:tr w:rsidR="001773B5" w14:paraId="07FF1901" w14:textId="77777777">
        <w:tc>
          <w:tcPr>
            <w:tcW w:w="1234" w:type="dxa"/>
          </w:tcPr>
          <w:p w14:paraId="5E91AF74" w14:textId="77777777" w:rsidR="001773B5" w:rsidRDefault="00442B4D">
            <w:r>
              <w:t>Temizlik</w:t>
            </w:r>
          </w:p>
        </w:tc>
        <w:tc>
          <w:tcPr>
            <w:tcW w:w="1234" w:type="dxa"/>
          </w:tcPr>
          <w:p w14:paraId="1604E370" w14:textId="77777777" w:rsidR="001773B5" w:rsidRDefault="00442B4D">
            <w:r>
              <w:t>Erkek</w:t>
            </w:r>
          </w:p>
        </w:tc>
        <w:tc>
          <w:tcPr>
            <w:tcW w:w="1234" w:type="dxa"/>
          </w:tcPr>
          <w:p w14:paraId="5496018C" w14:textId="77777777" w:rsidR="001773B5" w:rsidRDefault="00442B4D">
            <w:r>
              <w:t>55.0</w:t>
            </w:r>
          </w:p>
        </w:tc>
        <w:tc>
          <w:tcPr>
            <w:tcW w:w="1234" w:type="dxa"/>
          </w:tcPr>
          <w:p w14:paraId="19C64B1A" w14:textId="77777777" w:rsidR="001773B5" w:rsidRDefault="00442B4D">
            <w:r>
              <w:t>55.0</w:t>
            </w:r>
          </w:p>
        </w:tc>
        <w:tc>
          <w:tcPr>
            <w:tcW w:w="1234" w:type="dxa"/>
          </w:tcPr>
          <w:p w14:paraId="673BE5DB" w14:textId="77777777" w:rsidR="001773B5" w:rsidRDefault="00442B4D">
            <w:r>
              <w:t>24.91</w:t>
            </w:r>
          </w:p>
        </w:tc>
        <w:tc>
          <w:tcPr>
            <w:tcW w:w="1234" w:type="dxa"/>
          </w:tcPr>
          <w:p w14:paraId="7FEDF259" w14:textId="77777777" w:rsidR="001773B5" w:rsidRDefault="00442B4D">
            <w:r>
              <w:t>20.0</w:t>
            </w:r>
          </w:p>
        </w:tc>
        <w:tc>
          <w:tcPr>
            <w:tcW w:w="1234" w:type="dxa"/>
          </w:tcPr>
          <w:p w14:paraId="667740D5" w14:textId="77777777" w:rsidR="001773B5" w:rsidRDefault="00442B4D">
            <w:r>
              <w:t>100.0</w:t>
            </w:r>
          </w:p>
        </w:tc>
      </w:tr>
      <w:tr w:rsidR="001773B5" w14:paraId="5A1C2737" w14:textId="77777777">
        <w:tc>
          <w:tcPr>
            <w:tcW w:w="1234" w:type="dxa"/>
          </w:tcPr>
          <w:p w14:paraId="606EE4DF" w14:textId="77777777" w:rsidR="001773B5" w:rsidRDefault="00442B4D">
            <w:r>
              <w:t>Temizlik</w:t>
            </w:r>
          </w:p>
        </w:tc>
        <w:tc>
          <w:tcPr>
            <w:tcW w:w="1234" w:type="dxa"/>
          </w:tcPr>
          <w:p w14:paraId="194F30FB" w14:textId="77777777" w:rsidR="001773B5" w:rsidRDefault="00442B4D">
            <w:r>
              <w:t>Kadın</w:t>
            </w:r>
          </w:p>
        </w:tc>
        <w:tc>
          <w:tcPr>
            <w:tcW w:w="1234" w:type="dxa"/>
          </w:tcPr>
          <w:p w14:paraId="0E16CB3A" w14:textId="77777777" w:rsidR="001773B5" w:rsidRDefault="00442B4D">
            <w:r>
              <w:t>43.63</w:t>
            </w:r>
          </w:p>
        </w:tc>
        <w:tc>
          <w:tcPr>
            <w:tcW w:w="1234" w:type="dxa"/>
          </w:tcPr>
          <w:p w14:paraId="1B7F32D5" w14:textId="77777777" w:rsidR="001773B5" w:rsidRDefault="00442B4D">
            <w:r>
              <w:t>40.0</w:t>
            </w:r>
          </w:p>
        </w:tc>
        <w:tc>
          <w:tcPr>
            <w:tcW w:w="1234" w:type="dxa"/>
          </w:tcPr>
          <w:p w14:paraId="79CDE925" w14:textId="77777777" w:rsidR="001773B5" w:rsidRDefault="00442B4D">
            <w:r>
              <w:t>19.76</w:t>
            </w:r>
          </w:p>
        </w:tc>
        <w:tc>
          <w:tcPr>
            <w:tcW w:w="1234" w:type="dxa"/>
          </w:tcPr>
          <w:p w14:paraId="6B76337D" w14:textId="77777777" w:rsidR="001773B5" w:rsidRDefault="00442B4D">
            <w:r>
              <w:t>20.0</w:t>
            </w:r>
          </w:p>
        </w:tc>
        <w:tc>
          <w:tcPr>
            <w:tcW w:w="1234" w:type="dxa"/>
          </w:tcPr>
          <w:p w14:paraId="30A236C6" w14:textId="77777777" w:rsidR="001773B5" w:rsidRDefault="00442B4D">
            <w:r>
              <w:t>100.0</w:t>
            </w:r>
          </w:p>
        </w:tc>
      </w:tr>
      <w:tr w:rsidR="001773B5" w14:paraId="0319C606" w14:textId="77777777">
        <w:tc>
          <w:tcPr>
            <w:tcW w:w="1234" w:type="dxa"/>
          </w:tcPr>
          <w:p w14:paraId="0519484B" w14:textId="77777777" w:rsidR="001773B5" w:rsidRDefault="00442B4D">
            <w:r>
              <w:t>Üniversite</w:t>
            </w:r>
          </w:p>
        </w:tc>
        <w:tc>
          <w:tcPr>
            <w:tcW w:w="1234" w:type="dxa"/>
          </w:tcPr>
          <w:p w14:paraId="35F71A85" w14:textId="77777777" w:rsidR="001773B5" w:rsidRDefault="00442B4D">
            <w:r>
              <w:t>Erkek</w:t>
            </w:r>
          </w:p>
        </w:tc>
        <w:tc>
          <w:tcPr>
            <w:tcW w:w="1234" w:type="dxa"/>
          </w:tcPr>
          <w:p w14:paraId="63C13FC6" w14:textId="77777777" w:rsidR="001773B5" w:rsidRDefault="00442B4D">
            <w:r>
              <w:t>58.47</w:t>
            </w:r>
          </w:p>
        </w:tc>
        <w:tc>
          <w:tcPr>
            <w:tcW w:w="1234" w:type="dxa"/>
          </w:tcPr>
          <w:p w14:paraId="07B87882" w14:textId="77777777" w:rsidR="001773B5" w:rsidRDefault="00442B4D">
            <w:r>
              <w:t>55.56</w:t>
            </w:r>
          </w:p>
        </w:tc>
        <w:tc>
          <w:tcPr>
            <w:tcW w:w="1234" w:type="dxa"/>
          </w:tcPr>
          <w:p w14:paraId="4AF3C414" w14:textId="77777777" w:rsidR="001773B5" w:rsidRDefault="00442B4D">
            <w:r>
              <w:t>16.01</w:t>
            </w:r>
          </w:p>
        </w:tc>
        <w:tc>
          <w:tcPr>
            <w:tcW w:w="1234" w:type="dxa"/>
          </w:tcPr>
          <w:p w14:paraId="04B61D98" w14:textId="77777777" w:rsidR="001773B5" w:rsidRDefault="00442B4D">
            <w:r>
              <w:t>33.33</w:t>
            </w:r>
          </w:p>
        </w:tc>
        <w:tc>
          <w:tcPr>
            <w:tcW w:w="1234" w:type="dxa"/>
          </w:tcPr>
          <w:p w14:paraId="5999FA07" w14:textId="77777777" w:rsidR="001773B5" w:rsidRDefault="00442B4D">
            <w:r>
              <w:t>100.0</w:t>
            </w:r>
          </w:p>
        </w:tc>
      </w:tr>
      <w:tr w:rsidR="001773B5" w14:paraId="318A058A" w14:textId="77777777">
        <w:tc>
          <w:tcPr>
            <w:tcW w:w="1234" w:type="dxa"/>
          </w:tcPr>
          <w:p w14:paraId="0ECE81BD" w14:textId="77777777" w:rsidR="001773B5" w:rsidRDefault="00442B4D">
            <w:r>
              <w:t>Üniversite</w:t>
            </w:r>
          </w:p>
        </w:tc>
        <w:tc>
          <w:tcPr>
            <w:tcW w:w="1234" w:type="dxa"/>
          </w:tcPr>
          <w:p w14:paraId="2353F3ED" w14:textId="77777777" w:rsidR="001773B5" w:rsidRDefault="00442B4D">
            <w:r>
              <w:t>Kadın</w:t>
            </w:r>
          </w:p>
        </w:tc>
        <w:tc>
          <w:tcPr>
            <w:tcW w:w="1234" w:type="dxa"/>
          </w:tcPr>
          <w:p w14:paraId="66C1816B" w14:textId="77777777" w:rsidR="001773B5" w:rsidRDefault="00442B4D">
            <w:r>
              <w:t>55.26</w:t>
            </w:r>
          </w:p>
        </w:tc>
        <w:tc>
          <w:tcPr>
            <w:tcW w:w="1234" w:type="dxa"/>
          </w:tcPr>
          <w:p w14:paraId="288EDA29" w14:textId="77777777" w:rsidR="001773B5" w:rsidRDefault="00442B4D">
            <w:r>
              <w:t>55.56</w:t>
            </w:r>
          </w:p>
        </w:tc>
        <w:tc>
          <w:tcPr>
            <w:tcW w:w="1234" w:type="dxa"/>
          </w:tcPr>
          <w:p w14:paraId="0B542D24" w14:textId="77777777" w:rsidR="001773B5" w:rsidRDefault="00442B4D">
            <w:r>
              <w:t>13.46</w:t>
            </w:r>
          </w:p>
        </w:tc>
        <w:tc>
          <w:tcPr>
            <w:tcW w:w="1234" w:type="dxa"/>
          </w:tcPr>
          <w:p w14:paraId="3754742D" w14:textId="77777777" w:rsidR="001773B5" w:rsidRDefault="00442B4D">
            <w:r>
              <w:t>20.0</w:t>
            </w:r>
          </w:p>
        </w:tc>
        <w:tc>
          <w:tcPr>
            <w:tcW w:w="1234" w:type="dxa"/>
          </w:tcPr>
          <w:p w14:paraId="3DF9C1BB" w14:textId="77777777" w:rsidR="001773B5" w:rsidRDefault="00442B4D">
            <w:r>
              <w:t>88.89</w:t>
            </w:r>
          </w:p>
        </w:tc>
      </w:tr>
    </w:tbl>
    <w:p w14:paraId="76B2978A" w14:textId="77777777" w:rsidR="001773B5" w:rsidRDefault="00442B4D">
      <w:pPr>
        <w:pStyle w:val="Balk3"/>
      </w:pPr>
      <w:proofErr w:type="spellStart"/>
      <w:r>
        <w:t>Şekil</w:t>
      </w:r>
      <w:proofErr w:type="spellEnd"/>
      <w:r>
        <w:t xml:space="preserve"> 6: </w:t>
      </w:r>
      <w:proofErr w:type="spellStart"/>
      <w:r>
        <w:t>Cinsiyete</w:t>
      </w:r>
      <w:proofErr w:type="spellEnd"/>
      <w:r>
        <w:t xml:space="preserve"> </w:t>
      </w:r>
      <w:proofErr w:type="spellStart"/>
      <w:r>
        <w:t>Göre</w:t>
      </w:r>
      <w:proofErr w:type="spellEnd"/>
      <w:r>
        <w:t xml:space="preserve"> Memnuniyet Yüzdeleri</w:t>
      </w:r>
    </w:p>
    <w:p w14:paraId="3C6C8331" w14:textId="77777777" w:rsidR="001773B5" w:rsidRDefault="00442B4D">
      <w:r>
        <w:rPr>
          <w:noProof/>
        </w:rPr>
        <w:drawing>
          <wp:inline distT="0" distB="0" distL="0" distR="0" wp14:anchorId="0C1ED168" wp14:editId="15544B2A">
            <wp:extent cx="4572000" cy="32451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nsiyet_karsilastirma.png"/>
                    <pic:cNvPicPr/>
                  </pic:nvPicPr>
                  <pic:blipFill>
                    <a:blip r:embed="rId11"/>
                    <a:stretch>
                      <a:fillRect/>
                    </a:stretch>
                  </pic:blipFill>
                  <pic:spPr>
                    <a:xfrm>
                      <a:off x="0" y="0"/>
                      <a:ext cx="4572000" cy="3245161"/>
                    </a:xfrm>
                    <a:prstGeom prst="rect">
                      <a:avLst/>
                    </a:prstGeom>
                  </pic:spPr>
                </pic:pic>
              </a:graphicData>
            </a:graphic>
          </wp:inline>
        </w:drawing>
      </w:r>
    </w:p>
    <w:p w14:paraId="3B0FD43C" w14:textId="77777777" w:rsidR="001773B5" w:rsidRDefault="00442B4D">
      <w:pPr>
        <w:pStyle w:val="Balk3"/>
      </w:pPr>
      <w:proofErr w:type="spellStart"/>
      <w:r>
        <w:lastRenderedPageBreak/>
        <w:t>Şekil</w:t>
      </w:r>
      <w:proofErr w:type="spellEnd"/>
      <w:r>
        <w:t xml:space="preserve"> 7: </w:t>
      </w:r>
      <w:proofErr w:type="spellStart"/>
      <w:r>
        <w:t>Eğitim</w:t>
      </w:r>
      <w:proofErr w:type="spellEnd"/>
      <w:r>
        <w:t xml:space="preserve"> </w:t>
      </w:r>
      <w:proofErr w:type="spellStart"/>
      <w:r>
        <w:t>Kategorisi</w:t>
      </w:r>
      <w:proofErr w:type="spellEnd"/>
      <w:r>
        <w:t xml:space="preserve"> Memnuniyet Dağılımı (Cinsiyete Göre)</w:t>
      </w:r>
    </w:p>
    <w:p w14:paraId="694DD38B" w14:textId="77777777" w:rsidR="001773B5" w:rsidRDefault="00442B4D">
      <w:r>
        <w:rPr>
          <w:noProof/>
        </w:rPr>
        <w:drawing>
          <wp:inline distT="0" distB="0" distL="0" distR="0" wp14:anchorId="5DD44F91" wp14:editId="34FD4831">
            <wp:extent cx="4572000" cy="354075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itim_cinsiyet_histogram.png"/>
                    <pic:cNvPicPr/>
                  </pic:nvPicPr>
                  <pic:blipFill>
                    <a:blip r:embed="rId12"/>
                    <a:stretch>
                      <a:fillRect/>
                    </a:stretch>
                  </pic:blipFill>
                  <pic:spPr>
                    <a:xfrm>
                      <a:off x="0" y="0"/>
                      <a:ext cx="4572000" cy="3540753"/>
                    </a:xfrm>
                    <a:prstGeom prst="rect">
                      <a:avLst/>
                    </a:prstGeom>
                  </pic:spPr>
                </pic:pic>
              </a:graphicData>
            </a:graphic>
          </wp:inline>
        </w:drawing>
      </w:r>
    </w:p>
    <w:p w14:paraId="0705AAAB" w14:textId="77777777" w:rsidR="001773B5" w:rsidRDefault="00442B4D">
      <w:pPr>
        <w:pStyle w:val="Balk2"/>
      </w:pPr>
      <w:r>
        <w:t xml:space="preserve">3.7 </w:t>
      </w:r>
      <w:proofErr w:type="spellStart"/>
      <w:r>
        <w:t>Eğitim</w:t>
      </w:r>
      <w:proofErr w:type="spellEnd"/>
      <w:r>
        <w:t xml:space="preserve"> </w:t>
      </w:r>
      <w:proofErr w:type="spellStart"/>
      <w:r>
        <w:t>Görülen</w:t>
      </w:r>
      <w:proofErr w:type="spellEnd"/>
      <w:r>
        <w:t xml:space="preserve"> </w:t>
      </w:r>
      <w:proofErr w:type="spellStart"/>
      <w:r>
        <w:t>Birimlere</w:t>
      </w:r>
      <w:proofErr w:type="spellEnd"/>
      <w:r>
        <w:t xml:space="preserve"> </w:t>
      </w:r>
      <w:proofErr w:type="spellStart"/>
      <w:r>
        <w:t>Göre</w:t>
      </w:r>
      <w:proofErr w:type="spellEnd"/>
      <w:r>
        <w:t xml:space="preserve"> Memnuniyet Analizi</w:t>
      </w:r>
    </w:p>
    <w:p w14:paraId="7F7107E2" w14:textId="77777777" w:rsidR="001773B5" w:rsidRDefault="00442B4D">
      <w:pPr>
        <w:pStyle w:val="Balk3"/>
      </w:pPr>
      <w:r>
        <w:t>Tablo 11: Eğitim Görülen Birimlere Göre Memnuniyet Skorları</w:t>
      </w:r>
    </w:p>
    <w:tbl>
      <w:tblPr>
        <w:tblStyle w:val="TabloKlavuzu"/>
        <w:tblW w:w="0" w:type="auto"/>
        <w:tblLook w:val="04A0" w:firstRow="1" w:lastRow="0" w:firstColumn="1" w:lastColumn="0" w:noHBand="0" w:noVBand="1"/>
      </w:tblPr>
      <w:tblGrid>
        <w:gridCol w:w="2186"/>
        <w:gridCol w:w="995"/>
        <w:gridCol w:w="1418"/>
        <w:gridCol w:w="1478"/>
        <w:gridCol w:w="1199"/>
        <w:gridCol w:w="1354"/>
      </w:tblGrid>
      <w:tr w:rsidR="001773B5" w14:paraId="2192CFF0" w14:textId="77777777" w:rsidTr="002C2FAB">
        <w:tc>
          <w:tcPr>
            <w:tcW w:w="0" w:type="auto"/>
          </w:tcPr>
          <w:p w14:paraId="2E4857EC" w14:textId="4F56E5EB" w:rsidR="001773B5" w:rsidRDefault="004737D6">
            <w:proofErr w:type="spellStart"/>
            <w:r>
              <w:t>Üst</w:t>
            </w:r>
            <w:proofErr w:type="spellEnd"/>
            <w:r>
              <w:t xml:space="preserve"> </w:t>
            </w:r>
            <w:proofErr w:type="spellStart"/>
            <w:r>
              <w:t>Birim</w:t>
            </w:r>
            <w:proofErr w:type="spellEnd"/>
          </w:p>
        </w:tc>
        <w:tc>
          <w:tcPr>
            <w:tcW w:w="0" w:type="auto"/>
          </w:tcPr>
          <w:p w14:paraId="2861C517" w14:textId="77777777" w:rsidR="001773B5" w:rsidRDefault="00442B4D">
            <w:r>
              <w:t>Eğitim (%)</w:t>
            </w:r>
          </w:p>
        </w:tc>
        <w:tc>
          <w:tcPr>
            <w:tcW w:w="0" w:type="auto"/>
          </w:tcPr>
          <w:p w14:paraId="49D2BA5A" w14:textId="77777777" w:rsidR="001773B5" w:rsidRDefault="00442B4D">
            <w:r>
              <w:t>Kütüphane (%)</w:t>
            </w:r>
          </w:p>
        </w:tc>
        <w:tc>
          <w:tcPr>
            <w:tcW w:w="0" w:type="auto"/>
          </w:tcPr>
          <w:p w14:paraId="3443F4F9" w14:textId="77777777" w:rsidR="001773B5" w:rsidRDefault="00442B4D">
            <w:r>
              <w:t>Yemekhane (%)</w:t>
            </w:r>
          </w:p>
        </w:tc>
        <w:tc>
          <w:tcPr>
            <w:tcW w:w="0" w:type="auto"/>
          </w:tcPr>
          <w:p w14:paraId="2E19CBFA" w14:textId="77777777" w:rsidR="001773B5" w:rsidRDefault="00442B4D">
            <w:r>
              <w:t>Temizlik (%)</w:t>
            </w:r>
          </w:p>
        </w:tc>
        <w:tc>
          <w:tcPr>
            <w:tcW w:w="0" w:type="auto"/>
          </w:tcPr>
          <w:p w14:paraId="2EB2EF4B" w14:textId="77777777" w:rsidR="001773B5" w:rsidRDefault="00442B4D">
            <w:r>
              <w:t>Üniversite (%)</w:t>
            </w:r>
          </w:p>
        </w:tc>
      </w:tr>
      <w:tr w:rsidR="001773B5" w14:paraId="2DDE4CEB" w14:textId="77777777" w:rsidTr="002C2FAB">
        <w:tc>
          <w:tcPr>
            <w:tcW w:w="0" w:type="auto"/>
          </w:tcPr>
          <w:p w14:paraId="183FECCD" w14:textId="77777777" w:rsidR="001773B5" w:rsidRDefault="00442B4D">
            <w:r>
              <w:t>Eğitim Fakültesi</w:t>
            </w:r>
          </w:p>
        </w:tc>
        <w:tc>
          <w:tcPr>
            <w:tcW w:w="0" w:type="auto"/>
          </w:tcPr>
          <w:p w14:paraId="676C3A4E" w14:textId="77777777" w:rsidR="001773B5" w:rsidRDefault="00442B4D">
            <w:r>
              <w:t>60.66</w:t>
            </w:r>
          </w:p>
        </w:tc>
        <w:tc>
          <w:tcPr>
            <w:tcW w:w="0" w:type="auto"/>
          </w:tcPr>
          <w:p w14:paraId="3E05A744" w14:textId="77777777" w:rsidR="001773B5" w:rsidRDefault="00442B4D">
            <w:r>
              <w:t>67.49</w:t>
            </w:r>
          </w:p>
        </w:tc>
        <w:tc>
          <w:tcPr>
            <w:tcW w:w="0" w:type="auto"/>
          </w:tcPr>
          <w:p w14:paraId="79EEA8E0" w14:textId="77777777" w:rsidR="001773B5" w:rsidRDefault="00442B4D">
            <w:r>
              <w:t>61.95</w:t>
            </w:r>
          </w:p>
        </w:tc>
        <w:tc>
          <w:tcPr>
            <w:tcW w:w="0" w:type="auto"/>
          </w:tcPr>
          <w:p w14:paraId="53D19D06" w14:textId="77777777" w:rsidR="001773B5" w:rsidRDefault="00442B4D">
            <w:r>
              <w:t>41.28</w:t>
            </w:r>
          </w:p>
        </w:tc>
        <w:tc>
          <w:tcPr>
            <w:tcW w:w="0" w:type="auto"/>
          </w:tcPr>
          <w:p w14:paraId="2B81CE91" w14:textId="77777777" w:rsidR="001773B5" w:rsidRDefault="00442B4D">
            <w:r>
              <w:t>54.51</w:t>
            </w:r>
          </w:p>
        </w:tc>
      </w:tr>
      <w:tr w:rsidR="001773B5" w14:paraId="582A25CF" w14:textId="77777777" w:rsidTr="002C2FAB">
        <w:tc>
          <w:tcPr>
            <w:tcW w:w="0" w:type="auto"/>
          </w:tcPr>
          <w:p w14:paraId="4439AEB5" w14:textId="77777777" w:rsidR="001773B5" w:rsidRDefault="00442B4D">
            <w:r>
              <w:t>Fen Bilimleri Enstitüsü</w:t>
            </w:r>
          </w:p>
        </w:tc>
        <w:tc>
          <w:tcPr>
            <w:tcW w:w="0" w:type="auto"/>
          </w:tcPr>
          <w:p w14:paraId="73F03FB3" w14:textId="77777777" w:rsidR="001773B5" w:rsidRDefault="00442B4D">
            <w:r>
              <w:t>81.43</w:t>
            </w:r>
          </w:p>
        </w:tc>
        <w:tc>
          <w:tcPr>
            <w:tcW w:w="0" w:type="auto"/>
          </w:tcPr>
          <w:p w14:paraId="62C8B015" w14:textId="77777777" w:rsidR="001773B5" w:rsidRDefault="00442B4D">
            <w:r>
              <w:t>79.33</w:t>
            </w:r>
          </w:p>
        </w:tc>
        <w:tc>
          <w:tcPr>
            <w:tcW w:w="0" w:type="auto"/>
          </w:tcPr>
          <w:p w14:paraId="481811C9" w14:textId="77777777" w:rsidR="001773B5" w:rsidRDefault="00442B4D">
            <w:r>
              <w:t>66.67</w:t>
            </w:r>
          </w:p>
        </w:tc>
        <w:tc>
          <w:tcPr>
            <w:tcW w:w="0" w:type="auto"/>
          </w:tcPr>
          <w:p w14:paraId="5E6F2508" w14:textId="77777777" w:rsidR="001773B5" w:rsidRDefault="00442B4D">
            <w:r>
              <w:t>64.17</w:t>
            </w:r>
          </w:p>
        </w:tc>
        <w:tc>
          <w:tcPr>
            <w:tcW w:w="0" w:type="auto"/>
          </w:tcPr>
          <w:p w14:paraId="68EC9C04" w14:textId="77777777" w:rsidR="001773B5" w:rsidRDefault="00442B4D">
            <w:r>
              <w:t>64.77</w:t>
            </w:r>
          </w:p>
        </w:tc>
      </w:tr>
      <w:tr w:rsidR="001773B5" w14:paraId="432CF812" w14:textId="77777777" w:rsidTr="002C2FAB">
        <w:tc>
          <w:tcPr>
            <w:tcW w:w="0" w:type="auto"/>
          </w:tcPr>
          <w:p w14:paraId="63F966AA" w14:textId="77777777" w:rsidR="001773B5" w:rsidRDefault="00442B4D">
            <w:r>
              <w:t>Fen Edebiyat Fakültesi</w:t>
            </w:r>
          </w:p>
        </w:tc>
        <w:tc>
          <w:tcPr>
            <w:tcW w:w="0" w:type="auto"/>
          </w:tcPr>
          <w:p w14:paraId="71E47A3F" w14:textId="77777777" w:rsidR="001773B5" w:rsidRDefault="00442B4D">
            <w:r>
              <w:t>69.57</w:t>
            </w:r>
          </w:p>
        </w:tc>
        <w:tc>
          <w:tcPr>
            <w:tcW w:w="0" w:type="auto"/>
          </w:tcPr>
          <w:p w14:paraId="6532B1B4" w14:textId="77777777" w:rsidR="001773B5" w:rsidRDefault="00442B4D">
            <w:r>
              <w:t>67.3</w:t>
            </w:r>
          </w:p>
        </w:tc>
        <w:tc>
          <w:tcPr>
            <w:tcW w:w="0" w:type="auto"/>
          </w:tcPr>
          <w:p w14:paraId="64D8391B" w14:textId="77777777" w:rsidR="001773B5" w:rsidRDefault="00442B4D">
            <w:r>
              <w:t>64.04</w:t>
            </w:r>
          </w:p>
        </w:tc>
        <w:tc>
          <w:tcPr>
            <w:tcW w:w="0" w:type="auto"/>
          </w:tcPr>
          <w:p w14:paraId="56139E2B" w14:textId="77777777" w:rsidR="001773B5" w:rsidRDefault="00442B4D">
            <w:r>
              <w:t>56.52</w:t>
            </w:r>
          </w:p>
        </w:tc>
        <w:tc>
          <w:tcPr>
            <w:tcW w:w="0" w:type="auto"/>
          </w:tcPr>
          <w:p w14:paraId="49A7BDE6" w14:textId="77777777" w:rsidR="001773B5" w:rsidRDefault="00442B4D">
            <w:r>
              <w:t>60.39</w:t>
            </w:r>
          </w:p>
        </w:tc>
      </w:tr>
      <w:tr w:rsidR="001773B5" w14:paraId="0837BE4B" w14:textId="77777777" w:rsidTr="002C2FAB">
        <w:tc>
          <w:tcPr>
            <w:tcW w:w="0" w:type="auto"/>
          </w:tcPr>
          <w:p w14:paraId="2F35AA60" w14:textId="77777777" w:rsidR="001773B5" w:rsidRDefault="00442B4D">
            <w:r>
              <w:t>Mühendislik Fakültesi</w:t>
            </w:r>
          </w:p>
        </w:tc>
        <w:tc>
          <w:tcPr>
            <w:tcW w:w="0" w:type="auto"/>
          </w:tcPr>
          <w:p w14:paraId="38D5E491" w14:textId="77777777" w:rsidR="001773B5" w:rsidRDefault="00442B4D">
            <w:r>
              <w:t>68.07</w:t>
            </w:r>
          </w:p>
        </w:tc>
        <w:tc>
          <w:tcPr>
            <w:tcW w:w="0" w:type="auto"/>
          </w:tcPr>
          <w:p w14:paraId="00AE514B" w14:textId="77777777" w:rsidR="001773B5" w:rsidRDefault="00442B4D">
            <w:r>
              <w:t>71.3</w:t>
            </w:r>
          </w:p>
        </w:tc>
        <w:tc>
          <w:tcPr>
            <w:tcW w:w="0" w:type="auto"/>
          </w:tcPr>
          <w:p w14:paraId="3A7149B7" w14:textId="77777777" w:rsidR="001773B5" w:rsidRDefault="00442B4D">
            <w:r>
              <w:t>69.04</w:t>
            </w:r>
          </w:p>
        </w:tc>
        <w:tc>
          <w:tcPr>
            <w:tcW w:w="0" w:type="auto"/>
          </w:tcPr>
          <w:p w14:paraId="2725D669" w14:textId="77777777" w:rsidR="001773B5" w:rsidRDefault="00442B4D">
            <w:r>
              <w:t>50.22</w:t>
            </w:r>
          </w:p>
        </w:tc>
        <w:tc>
          <w:tcPr>
            <w:tcW w:w="0" w:type="auto"/>
          </w:tcPr>
          <w:p w14:paraId="719F52C8" w14:textId="77777777" w:rsidR="001773B5" w:rsidRDefault="00442B4D">
            <w:r>
              <w:t>56.61</w:t>
            </w:r>
          </w:p>
        </w:tc>
      </w:tr>
      <w:tr w:rsidR="001773B5" w14:paraId="79125973" w14:textId="77777777" w:rsidTr="002C2FAB">
        <w:tc>
          <w:tcPr>
            <w:tcW w:w="0" w:type="auto"/>
          </w:tcPr>
          <w:p w14:paraId="5D8BEBA2" w14:textId="77777777" w:rsidR="001773B5" w:rsidRDefault="00442B4D">
            <w:r>
              <w:t>Ortaköy MYO</w:t>
            </w:r>
          </w:p>
        </w:tc>
        <w:tc>
          <w:tcPr>
            <w:tcW w:w="0" w:type="auto"/>
          </w:tcPr>
          <w:p w14:paraId="5BDB7C05" w14:textId="77777777" w:rsidR="001773B5" w:rsidRDefault="00442B4D">
            <w:r>
              <w:t>77.14</w:t>
            </w:r>
          </w:p>
        </w:tc>
        <w:tc>
          <w:tcPr>
            <w:tcW w:w="0" w:type="auto"/>
          </w:tcPr>
          <w:p w14:paraId="0E31A150" w14:textId="77777777" w:rsidR="001773B5" w:rsidRDefault="00442B4D">
            <w:r>
              <w:t>48.0</w:t>
            </w:r>
          </w:p>
        </w:tc>
        <w:tc>
          <w:tcPr>
            <w:tcW w:w="0" w:type="auto"/>
          </w:tcPr>
          <w:p w14:paraId="21063735" w14:textId="77777777" w:rsidR="001773B5" w:rsidRDefault="00442B4D">
            <w:r>
              <w:t>78.0</w:t>
            </w:r>
          </w:p>
        </w:tc>
        <w:tc>
          <w:tcPr>
            <w:tcW w:w="0" w:type="auto"/>
          </w:tcPr>
          <w:p w14:paraId="0680A820" w14:textId="77777777" w:rsidR="001773B5" w:rsidRDefault="00442B4D">
            <w:r>
              <w:t>37.5</w:t>
            </w:r>
          </w:p>
        </w:tc>
        <w:tc>
          <w:tcPr>
            <w:tcW w:w="0" w:type="auto"/>
          </w:tcPr>
          <w:p w14:paraId="10BE8C20" w14:textId="77777777" w:rsidR="001773B5" w:rsidRDefault="00442B4D">
            <w:r>
              <w:t>61.11</w:t>
            </w:r>
          </w:p>
        </w:tc>
      </w:tr>
      <w:tr w:rsidR="001773B5" w14:paraId="3CCE70A3" w14:textId="77777777" w:rsidTr="002C2FAB">
        <w:tc>
          <w:tcPr>
            <w:tcW w:w="0" w:type="auto"/>
          </w:tcPr>
          <w:p w14:paraId="4FFE88F6" w14:textId="77777777" w:rsidR="001773B5" w:rsidRDefault="00442B4D">
            <w:r>
              <w:t>Sağlık Bilimleri Enstitüsü</w:t>
            </w:r>
          </w:p>
        </w:tc>
        <w:tc>
          <w:tcPr>
            <w:tcW w:w="0" w:type="auto"/>
          </w:tcPr>
          <w:p w14:paraId="72D92CB1" w14:textId="77777777" w:rsidR="001773B5" w:rsidRDefault="00442B4D">
            <w:r>
              <w:t>61.07</w:t>
            </w:r>
          </w:p>
        </w:tc>
        <w:tc>
          <w:tcPr>
            <w:tcW w:w="0" w:type="auto"/>
          </w:tcPr>
          <w:p w14:paraId="10946EA6" w14:textId="77777777" w:rsidR="001773B5" w:rsidRDefault="00442B4D">
            <w:r>
              <w:t>64.0</w:t>
            </w:r>
          </w:p>
        </w:tc>
        <w:tc>
          <w:tcPr>
            <w:tcW w:w="0" w:type="auto"/>
          </w:tcPr>
          <w:p w14:paraId="2965A2F5" w14:textId="77777777" w:rsidR="001773B5" w:rsidRDefault="00442B4D">
            <w:r>
              <w:t>65.0</w:t>
            </w:r>
          </w:p>
        </w:tc>
        <w:tc>
          <w:tcPr>
            <w:tcW w:w="0" w:type="auto"/>
          </w:tcPr>
          <w:p w14:paraId="3B2963E0" w14:textId="77777777" w:rsidR="001773B5" w:rsidRDefault="00442B4D">
            <w:r>
              <w:t>45.62</w:t>
            </w:r>
          </w:p>
        </w:tc>
        <w:tc>
          <w:tcPr>
            <w:tcW w:w="0" w:type="auto"/>
          </w:tcPr>
          <w:p w14:paraId="3DE95E2B" w14:textId="77777777" w:rsidR="001773B5" w:rsidRDefault="00442B4D">
            <w:r>
              <w:t>52.5</w:t>
            </w:r>
          </w:p>
        </w:tc>
      </w:tr>
      <w:tr w:rsidR="001773B5" w14:paraId="733677EE" w14:textId="77777777" w:rsidTr="002C2FAB">
        <w:tc>
          <w:tcPr>
            <w:tcW w:w="0" w:type="auto"/>
          </w:tcPr>
          <w:p w14:paraId="56C3EEF6" w14:textId="77777777" w:rsidR="001773B5" w:rsidRDefault="00442B4D">
            <w:r>
              <w:t>Sağlık Bilimleri Fakültesi</w:t>
            </w:r>
          </w:p>
        </w:tc>
        <w:tc>
          <w:tcPr>
            <w:tcW w:w="0" w:type="auto"/>
          </w:tcPr>
          <w:p w14:paraId="35B333BA" w14:textId="77777777" w:rsidR="001773B5" w:rsidRDefault="00442B4D">
            <w:r>
              <w:t>59.48</w:t>
            </w:r>
          </w:p>
        </w:tc>
        <w:tc>
          <w:tcPr>
            <w:tcW w:w="0" w:type="auto"/>
          </w:tcPr>
          <w:p w14:paraId="36D430AD" w14:textId="77777777" w:rsidR="001773B5" w:rsidRDefault="00442B4D">
            <w:r>
              <w:t>64.91</w:t>
            </w:r>
          </w:p>
        </w:tc>
        <w:tc>
          <w:tcPr>
            <w:tcW w:w="0" w:type="auto"/>
          </w:tcPr>
          <w:p w14:paraId="055C28FB" w14:textId="77777777" w:rsidR="001773B5" w:rsidRDefault="00442B4D">
            <w:r>
              <w:t>66.55</w:t>
            </w:r>
          </w:p>
        </w:tc>
        <w:tc>
          <w:tcPr>
            <w:tcW w:w="0" w:type="auto"/>
          </w:tcPr>
          <w:p w14:paraId="3B9CC747" w14:textId="77777777" w:rsidR="001773B5" w:rsidRDefault="00442B4D">
            <w:r>
              <w:t>35.68</w:t>
            </w:r>
          </w:p>
        </w:tc>
        <w:tc>
          <w:tcPr>
            <w:tcW w:w="0" w:type="auto"/>
          </w:tcPr>
          <w:p w14:paraId="0895BB13" w14:textId="77777777" w:rsidR="001773B5" w:rsidRDefault="00442B4D">
            <w:r>
              <w:t>54.37</w:t>
            </w:r>
          </w:p>
        </w:tc>
      </w:tr>
      <w:tr w:rsidR="001773B5" w14:paraId="5A2A28E6" w14:textId="77777777" w:rsidTr="002C2FAB">
        <w:tc>
          <w:tcPr>
            <w:tcW w:w="0" w:type="auto"/>
          </w:tcPr>
          <w:p w14:paraId="0BA3CFDD" w14:textId="77777777" w:rsidR="001773B5" w:rsidRDefault="00442B4D">
            <w:r>
              <w:t>Sağlık Hizmetleri MYO</w:t>
            </w:r>
          </w:p>
        </w:tc>
        <w:tc>
          <w:tcPr>
            <w:tcW w:w="0" w:type="auto"/>
          </w:tcPr>
          <w:p w14:paraId="266A0211" w14:textId="77777777" w:rsidR="001773B5" w:rsidRDefault="00442B4D">
            <w:r>
              <w:t>53.81</w:t>
            </w:r>
          </w:p>
        </w:tc>
        <w:tc>
          <w:tcPr>
            <w:tcW w:w="0" w:type="auto"/>
          </w:tcPr>
          <w:p w14:paraId="4BDE032B" w14:textId="77777777" w:rsidR="001773B5" w:rsidRDefault="00442B4D">
            <w:r>
              <w:t>62.0</w:t>
            </w:r>
          </w:p>
        </w:tc>
        <w:tc>
          <w:tcPr>
            <w:tcW w:w="0" w:type="auto"/>
          </w:tcPr>
          <w:p w14:paraId="1F2C5CEB" w14:textId="77777777" w:rsidR="001773B5" w:rsidRDefault="00442B4D">
            <w:r>
              <w:t>58.0</w:t>
            </w:r>
          </w:p>
        </w:tc>
        <w:tc>
          <w:tcPr>
            <w:tcW w:w="0" w:type="auto"/>
          </w:tcPr>
          <w:p w14:paraId="03F5641D" w14:textId="77777777" w:rsidR="001773B5" w:rsidRDefault="00442B4D">
            <w:r>
              <w:t>44.17</w:t>
            </w:r>
          </w:p>
        </w:tc>
        <w:tc>
          <w:tcPr>
            <w:tcW w:w="0" w:type="auto"/>
          </w:tcPr>
          <w:p w14:paraId="780E5D9C" w14:textId="77777777" w:rsidR="001773B5" w:rsidRDefault="00442B4D">
            <w:r>
              <w:t>45.28</w:t>
            </w:r>
          </w:p>
        </w:tc>
      </w:tr>
      <w:tr w:rsidR="001773B5" w14:paraId="38AF7517" w14:textId="77777777" w:rsidTr="002C2FAB">
        <w:tc>
          <w:tcPr>
            <w:tcW w:w="0" w:type="auto"/>
          </w:tcPr>
          <w:p w14:paraId="1E6FE9E1" w14:textId="77777777" w:rsidR="001773B5" w:rsidRDefault="00442B4D">
            <w:r>
              <w:t>Sosyal Bilimler Enstitüsü</w:t>
            </w:r>
          </w:p>
        </w:tc>
        <w:tc>
          <w:tcPr>
            <w:tcW w:w="0" w:type="auto"/>
          </w:tcPr>
          <w:p w14:paraId="466C2CE9" w14:textId="77777777" w:rsidR="001773B5" w:rsidRDefault="00442B4D">
            <w:r>
              <w:t>76.94</w:t>
            </w:r>
          </w:p>
        </w:tc>
        <w:tc>
          <w:tcPr>
            <w:tcW w:w="0" w:type="auto"/>
          </w:tcPr>
          <w:p w14:paraId="3F03CE1F" w14:textId="77777777" w:rsidR="001773B5" w:rsidRDefault="00442B4D">
            <w:r>
              <w:t>74.29</w:t>
            </w:r>
          </w:p>
        </w:tc>
        <w:tc>
          <w:tcPr>
            <w:tcW w:w="0" w:type="auto"/>
          </w:tcPr>
          <w:p w14:paraId="10074F2F" w14:textId="77777777" w:rsidR="001773B5" w:rsidRDefault="00442B4D">
            <w:r>
              <w:t>65.14</w:t>
            </w:r>
          </w:p>
        </w:tc>
        <w:tc>
          <w:tcPr>
            <w:tcW w:w="0" w:type="auto"/>
          </w:tcPr>
          <w:p w14:paraId="03758257" w14:textId="77777777" w:rsidR="001773B5" w:rsidRDefault="00442B4D">
            <w:r>
              <w:t>59.64</w:t>
            </w:r>
          </w:p>
        </w:tc>
        <w:tc>
          <w:tcPr>
            <w:tcW w:w="0" w:type="auto"/>
          </w:tcPr>
          <w:p w14:paraId="4E15E2ED" w14:textId="77777777" w:rsidR="001773B5" w:rsidRDefault="00442B4D">
            <w:r>
              <w:t>68.25</w:t>
            </w:r>
          </w:p>
        </w:tc>
      </w:tr>
      <w:tr w:rsidR="001773B5" w14:paraId="6A046903" w14:textId="77777777" w:rsidTr="002C2FAB">
        <w:tc>
          <w:tcPr>
            <w:tcW w:w="0" w:type="auto"/>
          </w:tcPr>
          <w:p w14:paraId="3E2BC8C6" w14:textId="77777777" w:rsidR="001773B5" w:rsidRDefault="00442B4D">
            <w:r>
              <w:t>Sosyal Bilimler MYO</w:t>
            </w:r>
          </w:p>
        </w:tc>
        <w:tc>
          <w:tcPr>
            <w:tcW w:w="0" w:type="auto"/>
          </w:tcPr>
          <w:p w14:paraId="30C23078" w14:textId="77777777" w:rsidR="001773B5" w:rsidRDefault="00442B4D">
            <w:r>
              <w:t>67.91</w:t>
            </w:r>
          </w:p>
        </w:tc>
        <w:tc>
          <w:tcPr>
            <w:tcW w:w="0" w:type="auto"/>
          </w:tcPr>
          <w:p w14:paraId="24CA2B96" w14:textId="77777777" w:rsidR="001773B5" w:rsidRDefault="00442B4D">
            <w:r>
              <w:t>62.15</w:t>
            </w:r>
          </w:p>
        </w:tc>
        <w:tc>
          <w:tcPr>
            <w:tcW w:w="0" w:type="auto"/>
          </w:tcPr>
          <w:p w14:paraId="7AF6D19C" w14:textId="77777777" w:rsidR="001773B5" w:rsidRDefault="00442B4D">
            <w:r>
              <w:t>63.69</w:t>
            </w:r>
          </w:p>
        </w:tc>
        <w:tc>
          <w:tcPr>
            <w:tcW w:w="0" w:type="auto"/>
          </w:tcPr>
          <w:p w14:paraId="69D44FBF" w14:textId="77777777" w:rsidR="001773B5" w:rsidRDefault="00442B4D">
            <w:r>
              <w:t>45.38</w:t>
            </w:r>
          </w:p>
        </w:tc>
        <w:tc>
          <w:tcPr>
            <w:tcW w:w="0" w:type="auto"/>
          </w:tcPr>
          <w:p w14:paraId="110438D1" w14:textId="77777777" w:rsidR="001773B5" w:rsidRDefault="00442B4D">
            <w:r>
              <w:t>53.33</w:t>
            </w:r>
          </w:p>
        </w:tc>
      </w:tr>
      <w:tr w:rsidR="001773B5" w14:paraId="0A1F32CF" w14:textId="77777777" w:rsidTr="002C2FAB">
        <w:tc>
          <w:tcPr>
            <w:tcW w:w="0" w:type="auto"/>
          </w:tcPr>
          <w:p w14:paraId="463D960B" w14:textId="77777777" w:rsidR="001773B5" w:rsidRDefault="00442B4D">
            <w:r>
              <w:t>Spor Bilimleri Fakültesi</w:t>
            </w:r>
          </w:p>
        </w:tc>
        <w:tc>
          <w:tcPr>
            <w:tcW w:w="0" w:type="auto"/>
          </w:tcPr>
          <w:p w14:paraId="43B20ACC" w14:textId="77777777" w:rsidR="001773B5" w:rsidRDefault="00442B4D">
            <w:r>
              <w:t>62.86</w:t>
            </w:r>
          </w:p>
        </w:tc>
        <w:tc>
          <w:tcPr>
            <w:tcW w:w="0" w:type="auto"/>
          </w:tcPr>
          <w:p w14:paraId="2055160B" w14:textId="77777777" w:rsidR="001773B5" w:rsidRDefault="00442B4D">
            <w:r>
              <w:t>75.0</w:t>
            </w:r>
          </w:p>
        </w:tc>
        <w:tc>
          <w:tcPr>
            <w:tcW w:w="0" w:type="auto"/>
          </w:tcPr>
          <w:p w14:paraId="7B3B66FB" w14:textId="77777777" w:rsidR="001773B5" w:rsidRDefault="00442B4D">
            <w:r>
              <w:t>87.0</w:t>
            </w:r>
          </w:p>
        </w:tc>
        <w:tc>
          <w:tcPr>
            <w:tcW w:w="0" w:type="auto"/>
          </w:tcPr>
          <w:p w14:paraId="30EA93DC" w14:textId="77777777" w:rsidR="001773B5" w:rsidRDefault="00442B4D">
            <w:r>
              <w:t>67.5</w:t>
            </w:r>
          </w:p>
        </w:tc>
        <w:tc>
          <w:tcPr>
            <w:tcW w:w="0" w:type="auto"/>
          </w:tcPr>
          <w:p w14:paraId="32372F52" w14:textId="77777777" w:rsidR="001773B5" w:rsidRDefault="00442B4D">
            <w:r>
              <w:t>66.11</w:t>
            </w:r>
          </w:p>
        </w:tc>
      </w:tr>
      <w:tr w:rsidR="001773B5" w14:paraId="75BBE488" w14:textId="77777777" w:rsidTr="002C2FAB">
        <w:tc>
          <w:tcPr>
            <w:tcW w:w="0" w:type="auto"/>
          </w:tcPr>
          <w:p w14:paraId="69ECF6C1" w14:textId="77777777" w:rsidR="001773B5" w:rsidRDefault="00442B4D">
            <w:r>
              <w:t>Teknik Bilimler MYO</w:t>
            </w:r>
          </w:p>
        </w:tc>
        <w:tc>
          <w:tcPr>
            <w:tcW w:w="0" w:type="auto"/>
          </w:tcPr>
          <w:p w14:paraId="42C335DC" w14:textId="77777777" w:rsidR="001773B5" w:rsidRDefault="00442B4D">
            <w:r>
              <w:t>70.36</w:t>
            </w:r>
          </w:p>
        </w:tc>
        <w:tc>
          <w:tcPr>
            <w:tcW w:w="0" w:type="auto"/>
          </w:tcPr>
          <w:p w14:paraId="55F61A67" w14:textId="77777777" w:rsidR="001773B5" w:rsidRDefault="00442B4D">
            <w:r>
              <w:t>64.5</w:t>
            </w:r>
          </w:p>
        </w:tc>
        <w:tc>
          <w:tcPr>
            <w:tcW w:w="0" w:type="auto"/>
          </w:tcPr>
          <w:p w14:paraId="5D5FC752" w14:textId="77777777" w:rsidR="001773B5" w:rsidRDefault="00442B4D">
            <w:r>
              <w:t>61.0</w:t>
            </w:r>
          </w:p>
        </w:tc>
        <w:tc>
          <w:tcPr>
            <w:tcW w:w="0" w:type="auto"/>
          </w:tcPr>
          <w:p w14:paraId="3E6E6FD4" w14:textId="77777777" w:rsidR="001773B5" w:rsidRDefault="00442B4D">
            <w:r>
              <w:t>46.88</w:t>
            </w:r>
          </w:p>
        </w:tc>
        <w:tc>
          <w:tcPr>
            <w:tcW w:w="0" w:type="auto"/>
          </w:tcPr>
          <w:p w14:paraId="2DC4E618" w14:textId="77777777" w:rsidR="001773B5" w:rsidRDefault="00442B4D">
            <w:r>
              <w:t>56.77</w:t>
            </w:r>
          </w:p>
        </w:tc>
      </w:tr>
      <w:tr w:rsidR="001773B5" w14:paraId="0C21B8E6" w14:textId="77777777" w:rsidTr="002C2FAB">
        <w:tc>
          <w:tcPr>
            <w:tcW w:w="0" w:type="auto"/>
          </w:tcPr>
          <w:p w14:paraId="443B2FFD" w14:textId="77777777" w:rsidR="001773B5" w:rsidRDefault="00442B4D">
            <w:r>
              <w:lastRenderedPageBreak/>
              <w:t>Turizm Fakültesi</w:t>
            </w:r>
          </w:p>
        </w:tc>
        <w:tc>
          <w:tcPr>
            <w:tcW w:w="0" w:type="auto"/>
          </w:tcPr>
          <w:p w14:paraId="2DACDD0B" w14:textId="77777777" w:rsidR="001773B5" w:rsidRDefault="00442B4D">
            <w:r>
              <w:t>77.14</w:t>
            </w:r>
          </w:p>
        </w:tc>
        <w:tc>
          <w:tcPr>
            <w:tcW w:w="0" w:type="auto"/>
          </w:tcPr>
          <w:p w14:paraId="5BA8CA8F" w14:textId="77777777" w:rsidR="001773B5" w:rsidRDefault="00442B4D">
            <w:r>
              <w:t>80.0</w:t>
            </w:r>
          </w:p>
        </w:tc>
        <w:tc>
          <w:tcPr>
            <w:tcW w:w="0" w:type="auto"/>
          </w:tcPr>
          <w:p w14:paraId="756FA870" w14:textId="77777777" w:rsidR="001773B5" w:rsidRDefault="00442B4D">
            <w:r>
              <w:t>80.0</w:t>
            </w:r>
          </w:p>
        </w:tc>
        <w:tc>
          <w:tcPr>
            <w:tcW w:w="0" w:type="auto"/>
          </w:tcPr>
          <w:p w14:paraId="579DBE62" w14:textId="77777777" w:rsidR="001773B5" w:rsidRDefault="00442B4D">
            <w:r>
              <w:t>70.0</w:t>
            </w:r>
          </w:p>
        </w:tc>
        <w:tc>
          <w:tcPr>
            <w:tcW w:w="0" w:type="auto"/>
          </w:tcPr>
          <w:p w14:paraId="599D8C71" w14:textId="77777777" w:rsidR="001773B5" w:rsidRDefault="00442B4D">
            <w:r>
              <w:t>68.89</w:t>
            </w:r>
          </w:p>
        </w:tc>
      </w:tr>
      <w:tr w:rsidR="001773B5" w14:paraId="79EE6A93" w14:textId="77777777" w:rsidTr="002C2FAB">
        <w:tc>
          <w:tcPr>
            <w:tcW w:w="0" w:type="auto"/>
          </w:tcPr>
          <w:p w14:paraId="04BF0DF9" w14:textId="77777777" w:rsidR="001773B5" w:rsidRDefault="00442B4D">
            <w:r>
              <w:t>Tıp Fakültesi</w:t>
            </w:r>
          </w:p>
        </w:tc>
        <w:tc>
          <w:tcPr>
            <w:tcW w:w="0" w:type="auto"/>
          </w:tcPr>
          <w:p w14:paraId="3087C8B3" w14:textId="77777777" w:rsidR="001773B5" w:rsidRDefault="00442B4D">
            <w:r>
              <w:t>61.9</w:t>
            </w:r>
          </w:p>
        </w:tc>
        <w:tc>
          <w:tcPr>
            <w:tcW w:w="0" w:type="auto"/>
          </w:tcPr>
          <w:p w14:paraId="642B3A31" w14:textId="77777777" w:rsidR="001773B5" w:rsidRDefault="00442B4D">
            <w:r>
              <w:t>54.67</w:t>
            </w:r>
          </w:p>
        </w:tc>
        <w:tc>
          <w:tcPr>
            <w:tcW w:w="0" w:type="auto"/>
          </w:tcPr>
          <w:p w14:paraId="6964485C" w14:textId="77777777" w:rsidR="001773B5" w:rsidRDefault="00442B4D">
            <w:r>
              <w:t>60.33</w:t>
            </w:r>
          </w:p>
        </w:tc>
        <w:tc>
          <w:tcPr>
            <w:tcW w:w="0" w:type="auto"/>
          </w:tcPr>
          <w:p w14:paraId="4738D41A" w14:textId="77777777" w:rsidR="001773B5" w:rsidRDefault="00442B4D">
            <w:r>
              <w:t>37.92</w:t>
            </w:r>
          </w:p>
        </w:tc>
        <w:tc>
          <w:tcPr>
            <w:tcW w:w="0" w:type="auto"/>
          </w:tcPr>
          <w:p w14:paraId="6A2DCBC0" w14:textId="77777777" w:rsidR="001773B5" w:rsidRDefault="00442B4D">
            <w:r>
              <w:t>49.49</w:t>
            </w:r>
          </w:p>
        </w:tc>
      </w:tr>
      <w:tr w:rsidR="001773B5" w14:paraId="655FC2B5" w14:textId="77777777" w:rsidTr="002C2FAB">
        <w:tc>
          <w:tcPr>
            <w:tcW w:w="0" w:type="auto"/>
          </w:tcPr>
          <w:p w14:paraId="4A7B83D6" w14:textId="77777777" w:rsidR="001773B5" w:rsidRDefault="00442B4D">
            <w:r>
              <w:t>Veteriner Fakültesi</w:t>
            </w:r>
          </w:p>
        </w:tc>
        <w:tc>
          <w:tcPr>
            <w:tcW w:w="0" w:type="auto"/>
          </w:tcPr>
          <w:p w14:paraId="7F7D7B16" w14:textId="77777777" w:rsidR="001773B5" w:rsidRDefault="00442B4D">
            <w:r>
              <w:t>67.43</w:t>
            </w:r>
          </w:p>
        </w:tc>
        <w:tc>
          <w:tcPr>
            <w:tcW w:w="0" w:type="auto"/>
          </w:tcPr>
          <w:p w14:paraId="0BE7ECBD" w14:textId="77777777" w:rsidR="001773B5" w:rsidRDefault="00442B4D">
            <w:r>
              <w:t>57.6</w:t>
            </w:r>
          </w:p>
        </w:tc>
        <w:tc>
          <w:tcPr>
            <w:tcW w:w="0" w:type="auto"/>
          </w:tcPr>
          <w:p w14:paraId="5B71B7F2" w14:textId="77777777" w:rsidR="001773B5" w:rsidRDefault="00442B4D">
            <w:r>
              <w:t>69.6</w:t>
            </w:r>
          </w:p>
        </w:tc>
        <w:tc>
          <w:tcPr>
            <w:tcW w:w="0" w:type="auto"/>
          </w:tcPr>
          <w:p w14:paraId="34AA9BFA" w14:textId="77777777" w:rsidR="001773B5" w:rsidRDefault="00442B4D">
            <w:r>
              <w:t>55.0</w:t>
            </w:r>
          </w:p>
        </w:tc>
        <w:tc>
          <w:tcPr>
            <w:tcW w:w="0" w:type="auto"/>
          </w:tcPr>
          <w:p w14:paraId="102E903A" w14:textId="77777777" w:rsidR="001773B5" w:rsidRDefault="00442B4D">
            <w:r>
              <w:t>50.56</w:t>
            </w:r>
          </w:p>
        </w:tc>
      </w:tr>
      <w:tr w:rsidR="001773B5" w14:paraId="53602B8F" w14:textId="77777777" w:rsidTr="002C2FAB">
        <w:tc>
          <w:tcPr>
            <w:tcW w:w="0" w:type="auto"/>
          </w:tcPr>
          <w:p w14:paraId="25BD7817" w14:textId="77777777" w:rsidR="001773B5" w:rsidRDefault="00442B4D">
            <w:r>
              <w:t>Yabancı Diller YO</w:t>
            </w:r>
          </w:p>
        </w:tc>
        <w:tc>
          <w:tcPr>
            <w:tcW w:w="0" w:type="auto"/>
          </w:tcPr>
          <w:p w14:paraId="70B4D821" w14:textId="77777777" w:rsidR="001773B5" w:rsidRDefault="00442B4D">
            <w:r>
              <w:t>83.43</w:t>
            </w:r>
          </w:p>
        </w:tc>
        <w:tc>
          <w:tcPr>
            <w:tcW w:w="0" w:type="auto"/>
          </w:tcPr>
          <w:p w14:paraId="64D458A8" w14:textId="77777777" w:rsidR="001773B5" w:rsidRDefault="00442B4D">
            <w:r>
              <w:t>70.4</w:t>
            </w:r>
          </w:p>
        </w:tc>
        <w:tc>
          <w:tcPr>
            <w:tcW w:w="0" w:type="auto"/>
          </w:tcPr>
          <w:p w14:paraId="415A09CF" w14:textId="77777777" w:rsidR="001773B5" w:rsidRDefault="00442B4D">
            <w:r>
              <w:t>81.4</w:t>
            </w:r>
          </w:p>
        </w:tc>
        <w:tc>
          <w:tcPr>
            <w:tcW w:w="0" w:type="auto"/>
          </w:tcPr>
          <w:p w14:paraId="36372FCE" w14:textId="77777777" w:rsidR="001773B5" w:rsidRDefault="00442B4D">
            <w:r>
              <w:t>53.0</w:t>
            </w:r>
          </w:p>
        </w:tc>
        <w:tc>
          <w:tcPr>
            <w:tcW w:w="0" w:type="auto"/>
          </w:tcPr>
          <w:p w14:paraId="7E31B0FF" w14:textId="77777777" w:rsidR="001773B5" w:rsidRDefault="00442B4D">
            <w:r>
              <w:t>67.06</w:t>
            </w:r>
          </w:p>
        </w:tc>
      </w:tr>
      <w:tr w:rsidR="001773B5" w14:paraId="2657A461" w14:textId="77777777" w:rsidTr="002C2FAB">
        <w:tc>
          <w:tcPr>
            <w:tcW w:w="0" w:type="auto"/>
          </w:tcPr>
          <w:p w14:paraId="2B73EFC8" w14:textId="77777777" w:rsidR="001773B5" w:rsidRDefault="00442B4D">
            <w:r>
              <w:t>İktisadi ve İdari Bilimler Fakültesi</w:t>
            </w:r>
          </w:p>
        </w:tc>
        <w:tc>
          <w:tcPr>
            <w:tcW w:w="0" w:type="auto"/>
          </w:tcPr>
          <w:p w14:paraId="19C2958A" w14:textId="77777777" w:rsidR="001773B5" w:rsidRDefault="00442B4D">
            <w:r>
              <w:t>62.04</w:t>
            </w:r>
          </w:p>
        </w:tc>
        <w:tc>
          <w:tcPr>
            <w:tcW w:w="0" w:type="auto"/>
          </w:tcPr>
          <w:p w14:paraId="58EF865B" w14:textId="77777777" w:rsidR="001773B5" w:rsidRDefault="00442B4D">
            <w:r>
              <w:t>65.14</w:t>
            </w:r>
          </w:p>
        </w:tc>
        <w:tc>
          <w:tcPr>
            <w:tcW w:w="0" w:type="auto"/>
          </w:tcPr>
          <w:p w14:paraId="780225E0" w14:textId="77777777" w:rsidR="001773B5" w:rsidRDefault="00442B4D">
            <w:r>
              <w:t>63.75</w:t>
            </w:r>
          </w:p>
        </w:tc>
        <w:tc>
          <w:tcPr>
            <w:tcW w:w="0" w:type="auto"/>
          </w:tcPr>
          <w:p w14:paraId="0573F3E5" w14:textId="77777777" w:rsidR="001773B5" w:rsidRDefault="00442B4D">
            <w:r>
              <w:t>46.61</w:t>
            </w:r>
          </w:p>
        </w:tc>
        <w:tc>
          <w:tcPr>
            <w:tcW w:w="0" w:type="auto"/>
          </w:tcPr>
          <w:p w14:paraId="4C6052DC" w14:textId="77777777" w:rsidR="001773B5" w:rsidRDefault="00442B4D">
            <w:r>
              <w:t>54.73</w:t>
            </w:r>
          </w:p>
        </w:tc>
      </w:tr>
      <w:tr w:rsidR="001773B5" w14:paraId="5CBBCF8F" w14:textId="77777777" w:rsidTr="002C2FAB">
        <w:tc>
          <w:tcPr>
            <w:tcW w:w="0" w:type="auto"/>
          </w:tcPr>
          <w:p w14:paraId="0B49EAA5" w14:textId="77777777" w:rsidR="001773B5" w:rsidRDefault="00442B4D">
            <w:r>
              <w:t>İletişim Fakültesi</w:t>
            </w:r>
          </w:p>
        </w:tc>
        <w:tc>
          <w:tcPr>
            <w:tcW w:w="0" w:type="auto"/>
          </w:tcPr>
          <w:p w14:paraId="2DBB6168" w14:textId="77777777" w:rsidR="001773B5" w:rsidRDefault="00442B4D">
            <w:r>
              <w:t>69.43</w:t>
            </w:r>
          </w:p>
        </w:tc>
        <w:tc>
          <w:tcPr>
            <w:tcW w:w="0" w:type="auto"/>
          </w:tcPr>
          <w:p w14:paraId="0894A5BB" w14:textId="77777777" w:rsidR="001773B5" w:rsidRDefault="00442B4D">
            <w:r>
              <w:t>75.6</w:t>
            </w:r>
          </w:p>
        </w:tc>
        <w:tc>
          <w:tcPr>
            <w:tcW w:w="0" w:type="auto"/>
          </w:tcPr>
          <w:p w14:paraId="49A6AD55" w14:textId="77777777" w:rsidR="001773B5" w:rsidRDefault="00442B4D">
            <w:r>
              <w:t>70.0</w:t>
            </w:r>
          </w:p>
        </w:tc>
        <w:tc>
          <w:tcPr>
            <w:tcW w:w="0" w:type="auto"/>
          </w:tcPr>
          <w:p w14:paraId="1A546AC6" w14:textId="77777777" w:rsidR="001773B5" w:rsidRDefault="00442B4D">
            <w:r>
              <w:t>50.0</w:t>
            </w:r>
          </w:p>
        </w:tc>
        <w:tc>
          <w:tcPr>
            <w:tcW w:w="0" w:type="auto"/>
          </w:tcPr>
          <w:p w14:paraId="3391000D" w14:textId="77777777" w:rsidR="001773B5" w:rsidRDefault="00442B4D">
            <w:r>
              <w:t>61.08</w:t>
            </w:r>
          </w:p>
        </w:tc>
      </w:tr>
      <w:tr w:rsidR="001773B5" w14:paraId="7BEB6A24" w14:textId="77777777" w:rsidTr="002C2FAB">
        <w:tc>
          <w:tcPr>
            <w:tcW w:w="0" w:type="auto"/>
          </w:tcPr>
          <w:p w14:paraId="2C167CD0" w14:textId="77777777" w:rsidR="001773B5" w:rsidRDefault="00442B4D">
            <w:r>
              <w:t>İslami İlimler Fakültesi</w:t>
            </w:r>
          </w:p>
        </w:tc>
        <w:tc>
          <w:tcPr>
            <w:tcW w:w="0" w:type="auto"/>
          </w:tcPr>
          <w:p w14:paraId="75BF058F" w14:textId="77777777" w:rsidR="001773B5" w:rsidRDefault="00442B4D">
            <w:r>
              <w:t>57.78</w:t>
            </w:r>
          </w:p>
        </w:tc>
        <w:tc>
          <w:tcPr>
            <w:tcW w:w="0" w:type="auto"/>
          </w:tcPr>
          <w:p w14:paraId="3C454286" w14:textId="77777777" w:rsidR="001773B5" w:rsidRDefault="00442B4D">
            <w:r>
              <w:t>56.0</w:t>
            </w:r>
          </w:p>
        </w:tc>
        <w:tc>
          <w:tcPr>
            <w:tcW w:w="0" w:type="auto"/>
          </w:tcPr>
          <w:p w14:paraId="4815E705" w14:textId="77777777" w:rsidR="001773B5" w:rsidRDefault="00442B4D">
            <w:r>
              <w:t>58.67</w:t>
            </w:r>
          </w:p>
        </w:tc>
        <w:tc>
          <w:tcPr>
            <w:tcW w:w="0" w:type="auto"/>
          </w:tcPr>
          <w:p w14:paraId="0B4C8A94" w14:textId="77777777" w:rsidR="001773B5" w:rsidRDefault="00442B4D">
            <w:r>
              <w:t>42.22</w:t>
            </w:r>
          </w:p>
        </w:tc>
        <w:tc>
          <w:tcPr>
            <w:tcW w:w="0" w:type="auto"/>
          </w:tcPr>
          <w:p w14:paraId="126D087D" w14:textId="77777777" w:rsidR="001773B5" w:rsidRDefault="00442B4D">
            <w:r>
              <w:t>46.88</w:t>
            </w:r>
          </w:p>
        </w:tc>
      </w:tr>
    </w:tbl>
    <w:p w14:paraId="57CEAA14" w14:textId="77777777" w:rsidR="001773B5" w:rsidRDefault="00442B4D">
      <w:pPr>
        <w:pStyle w:val="Balk3"/>
      </w:pPr>
      <w:proofErr w:type="spellStart"/>
      <w:r>
        <w:t>Şekil</w:t>
      </w:r>
      <w:proofErr w:type="spellEnd"/>
      <w:r>
        <w:t xml:space="preserve"> 8: </w:t>
      </w:r>
      <w:proofErr w:type="spellStart"/>
      <w:r>
        <w:t>Eğitim</w:t>
      </w:r>
      <w:proofErr w:type="spellEnd"/>
      <w:r>
        <w:t xml:space="preserve"> </w:t>
      </w:r>
      <w:proofErr w:type="spellStart"/>
      <w:r>
        <w:t>Görülen</w:t>
      </w:r>
      <w:proofErr w:type="spellEnd"/>
      <w:r>
        <w:t xml:space="preserve"> Birimlere Göre Memnuniyet Skorları</w:t>
      </w:r>
    </w:p>
    <w:p w14:paraId="2E5FAA04" w14:textId="77777777" w:rsidR="001773B5" w:rsidRDefault="00442B4D">
      <w:r>
        <w:rPr>
          <w:noProof/>
        </w:rPr>
        <w:drawing>
          <wp:inline distT="0" distB="0" distL="0" distR="0" wp14:anchorId="73C74375" wp14:editId="3E73E088">
            <wp:extent cx="4572000" cy="40615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im_memnuniyet.png"/>
                    <pic:cNvPicPr/>
                  </pic:nvPicPr>
                  <pic:blipFill>
                    <a:blip r:embed="rId13"/>
                    <a:stretch>
                      <a:fillRect/>
                    </a:stretch>
                  </pic:blipFill>
                  <pic:spPr>
                    <a:xfrm>
                      <a:off x="0" y="0"/>
                      <a:ext cx="4572000" cy="4061534"/>
                    </a:xfrm>
                    <a:prstGeom prst="rect">
                      <a:avLst/>
                    </a:prstGeom>
                  </pic:spPr>
                </pic:pic>
              </a:graphicData>
            </a:graphic>
          </wp:inline>
        </w:drawing>
      </w:r>
    </w:p>
    <w:p w14:paraId="270A32BF" w14:textId="77777777" w:rsidR="001773B5" w:rsidRDefault="00442B4D">
      <w:pPr>
        <w:pStyle w:val="ResimYazs"/>
      </w:pPr>
      <w:r>
        <w:t>Şekil 8: Eğitim görülen birimlere göre alt kategorilerin memnuniyet skorları.</w:t>
      </w:r>
    </w:p>
    <w:p w14:paraId="4D499451" w14:textId="77777777" w:rsidR="001773B5" w:rsidRDefault="00442B4D">
      <w:pPr>
        <w:pStyle w:val="Balk3"/>
      </w:pPr>
      <w:r>
        <w:t>Tablo 12: Birim ve Cinsiyete Göre Memnuniyet Skorları</w:t>
      </w:r>
    </w:p>
    <w:tbl>
      <w:tblPr>
        <w:tblStyle w:val="TabloKlavuzu"/>
        <w:tblW w:w="0" w:type="auto"/>
        <w:tblLook w:val="04A0" w:firstRow="1" w:lastRow="0" w:firstColumn="1" w:lastColumn="0" w:noHBand="0" w:noVBand="1"/>
      </w:tblPr>
      <w:tblGrid>
        <w:gridCol w:w="1795"/>
        <w:gridCol w:w="1041"/>
        <w:gridCol w:w="937"/>
        <w:gridCol w:w="1254"/>
        <w:gridCol w:w="1314"/>
        <w:gridCol w:w="1087"/>
        <w:gridCol w:w="1202"/>
      </w:tblGrid>
      <w:tr w:rsidR="001773B5" w14:paraId="0006BA23" w14:textId="77777777" w:rsidTr="00581CFB">
        <w:tc>
          <w:tcPr>
            <w:tcW w:w="1795" w:type="dxa"/>
          </w:tcPr>
          <w:p w14:paraId="1ACBB37B" w14:textId="125861D4" w:rsidR="001773B5" w:rsidRDefault="00240E86">
            <w:proofErr w:type="spellStart"/>
            <w:r>
              <w:t>Üst</w:t>
            </w:r>
            <w:proofErr w:type="spellEnd"/>
            <w:r>
              <w:t xml:space="preserve"> </w:t>
            </w:r>
            <w:proofErr w:type="spellStart"/>
            <w:r>
              <w:t>Birim</w:t>
            </w:r>
            <w:proofErr w:type="spellEnd"/>
          </w:p>
        </w:tc>
        <w:tc>
          <w:tcPr>
            <w:tcW w:w="1041" w:type="dxa"/>
          </w:tcPr>
          <w:p w14:paraId="13B1372D" w14:textId="77777777" w:rsidR="001773B5" w:rsidRDefault="00442B4D">
            <w:r>
              <w:t>Cinsiyet</w:t>
            </w:r>
          </w:p>
        </w:tc>
        <w:tc>
          <w:tcPr>
            <w:tcW w:w="937" w:type="dxa"/>
          </w:tcPr>
          <w:p w14:paraId="109E6363" w14:textId="77777777" w:rsidR="001773B5" w:rsidRDefault="00442B4D">
            <w:r>
              <w:t>Eğitim (%)</w:t>
            </w:r>
          </w:p>
        </w:tc>
        <w:tc>
          <w:tcPr>
            <w:tcW w:w="1254" w:type="dxa"/>
          </w:tcPr>
          <w:p w14:paraId="27577C9F" w14:textId="77777777" w:rsidR="001773B5" w:rsidRDefault="00442B4D">
            <w:r>
              <w:t>Kütüphane (%)</w:t>
            </w:r>
          </w:p>
        </w:tc>
        <w:tc>
          <w:tcPr>
            <w:tcW w:w="1314" w:type="dxa"/>
          </w:tcPr>
          <w:p w14:paraId="6254A751" w14:textId="77777777" w:rsidR="001773B5" w:rsidRDefault="00442B4D">
            <w:r>
              <w:t>Yemekhane (%)</w:t>
            </w:r>
          </w:p>
        </w:tc>
        <w:tc>
          <w:tcPr>
            <w:tcW w:w="1087" w:type="dxa"/>
          </w:tcPr>
          <w:p w14:paraId="64A3BA2C" w14:textId="77777777" w:rsidR="001773B5" w:rsidRDefault="00442B4D">
            <w:r>
              <w:t>Temizlik (%)</w:t>
            </w:r>
          </w:p>
        </w:tc>
        <w:tc>
          <w:tcPr>
            <w:tcW w:w="1202" w:type="dxa"/>
          </w:tcPr>
          <w:p w14:paraId="782A0B77" w14:textId="77777777" w:rsidR="001773B5" w:rsidRDefault="00442B4D">
            <w:r>
              <w:t>Üniversite (%)</w:t>
            </w:r>
          </w:p>
        </w:tc>
      </w:tr>
      <w:tr w:rsidR="001773B5" w14:paraId="075E8E78" w14:textId="77777777" w:rsidTr="00581CFB">
        <w:tc>
          <w:tcPr>
            <w:tcW w:w="1795" w:type="dxa"/>
          </w:tcPr>
          <w:p w14:paraId="1D1F8564" w14:textId="77777777" w:rsidR="001773B5" w:rsidRDefault="00442B4D">
            <w:r>
              <w:t>Eğitim Fakültesi</w:t>
            </w:r>
          </w:p>
        </w:tc>
        <w:tc>
          <w:tcPr>
            <w:tcW w:w="1041" w:type="dxa"/>
          </w:tcPr>
          <w:p w14:paraId="5D4D1B67" w14:textId="76234F51" w:rsidR="001773B5" w:rsidRDefault="00581CFB">
            <w:r>
              <w:t>Kadın</w:t>
            </w:r>
          </w:p>
        </w:tc>
        <w:tc>
          <w:tcPr>
            <w:tcW w:w="937" w:type="dxa"/>
          </w:tcPr>
          <w:p w14:paraId="7221303B" w14:textId="77777777" w:rsidR="001773B5" w:rsidRDefault="00442B4D">
            <w:r>
              <w:t>60.51</w:t>
            </w:r>
          </w:p>
        </w:tc>
        <w:tc>
          <w:tcPr>
            <w:tcW w:w="1254" w:type="dxa"/>
          </w:tcPr>
          <w:p w14:paraId="7E444443" w14:textId="77777777" w:rsidR="001773B5" w:rsidRDefault="00442B4D">
            <w:r>
              <w:t>66.0</w:t>
            </w:r>
          </w:p>
        </w:tc>
        <w:tc>
          <w:tcPr>
            <w:tcW w:w="1314" w:type="dxa"/>
          </w:tcPr>
          <w:p w14:paraId="1BFBAFDC" w14:textId="77777777" w:rsidR="001773B5" w:rsidRDefault="00442B4D">
            <w:r>
              <w:t>63.57</w:t>
            </w:r>
          </w:p>
        </w:tc>
        <w:tc>
          <w:tcPr>
            <w:tcW w:w="1087" w:type="dxa"/>
          </w:tcPr>
          <w:p w14:paraId="21964598" w14:textId="77777777" w:rsidR="001773B5" w:rsidRDefault="00442B4D">
            <w:r>
              <w:t>33.75</w:t>
            </w:r>
          </w:p>
        </w:tc>
        <w:tc>
          <w:tcPr>
            <w:tcW w:w="1202" w:type="dxa"/>
          </w:tcPr>
          <w:p w14:paraId="1CF89450" w14:textId="77777777" w:rsidR="001773B5" w:rsidRDefault="00442B4D">
            <w:r>
              <w:t>51.56</w:t>
            </w:r>
          </w:p>
        </w:tc>
      </w:tr>
      <w:tr w:rsidR="001773B5" w14:paraId="6A4F1543" w14:textId="77777777" w:rsidTr="00581CFB">
        <w:tc>
          <w:tcPr>
            <w:tcW w:w="1795" w:type="dxa"/>
          </w:tcPr>
          <w:p w14:paraId="518C370F" w14:textId="77777777" w:rsidR="001773B5" w:rsidRDefault="00442B4D">
            <w:r>
              <w:t>Eğitim Fakültesi</w:t>
            </w:r>
          </w:p>
        </w:tc>
        <w:tc>
          <w:tcPr>
            <w:tcW w:w="1041" w:type="dxa"/>
          </w:tcPr>
          <w:p w14:paraId="0B290D66" w14:textId="6D690FDC" w:rsidR="001773B5" w:rsidRDefault="00581CFB">
            <w:r>
              <w:t>Erkek</w:t>
            </w:r>
          </w:p>
        </w:tc>
        <w:tc>
          <w:tcPr>
            <w:tcW w:w="937" w:type="dxa"/>
          </w:tcPr>
          <w:p w14:paraId="40F3B874" w14:textId="77777777" w:rsidR="001773B5" w:rsidRDefault="00442B4D">
            <w:r>
              <w:t>61.04</w:t>
            </w:r>
          </w:p>
        </w:tc>
        <w:tc>
          <w:tcPr>
            <w:tcW w:w="1254" w:type="dxa"/>
          </w:tcPr>
          <w:p w14:paraId="60F80F08" w14:textId="77777777" w:rsidR="001773B5" w:rsidRDefault="00442B4D">
            <w:r>
              <w:t>71.27</w:t>
            </w:r>
          </w:p>
        </w:tc>
        <w:tc>
          <w:tcPr>
            <w:tcW w:w="1314" w:type="dxa"/>
          </w:tcPr>
          <w:p w14:paraId="27659E65" w14:textId="77777777" w:rsidR="001773B5" w:rsidRDefault="00442B4D">
            <w:r>
              <w:t>57.82</w:t>
            </w:r>
          </w:p>
        </w:tc>
        <w:tc>
          <w:tcPr>
            <w:tcW w:w="1087" w:type="dxa"/>
          </w:tcPr>
          <w:p w14:paraId="007A3F2B" w14:textId="77777777" w:rsidR="001773B5" w:rsidRDefault="00442B4D">
            <w:r>
              <w:t>60.45</w:t>
            </w:r>
          </w:p>
        </w:tc>
        <w:tc>
          <w:tcPr>
            <w:tcW w:w="1202" w:type="dxa"/>
          </w:tcPr>
          <w:p w14:paraId="6CD60A1E" w14:textId="77777777" w:rsidR="001773B5" w:rsidRDefault="00442B4D">
            <w:r>
              <w:t>62.02</w:t>
            </w:r>
          </w:p>
        </w:tc>
      </w:tr>
      <w:tr w:rsidR="00581CFB" w14:paraId="36538B05" w14:textId="77777777" w:rsidTr="00581CFB">
        <w:tc>
          <w:tcPr>
            <w:tcW w:w="1795" w:type="dxa"/>
          </w:tcPr>
          <w:p w14:paraId="76EF9429" w14:textId="77777777" w:rsidR="00581CFB" w:rsidRDefault="00581CFB" w:rsidP="00581CFB">
            <w:r>
              <w:t xml:space="preserve">Fen Bilimleri </w:t>
            </w:r>
            <w:proofErr w:type="spellStart"/>
            <w:r>
              <w:t>Enstitüsü</w:t>
            </w:r>
            <w:proofErr w:type="spellEnd"/>
          </w:p>
        </w:tc>
        <w:tc>
          <w:tcPr>
            <w:tcW w:w="1041" w:type="dxa"/>
          </w:tcPr>
          <w:p w14:paraId="6013ED84" w14:textId="625CE747" w:rsidR="00581CFB" w:rsidRDefault="00581CFB" w:rsidP="00581CFB">
            <w:r>
              <w:t>Kadın</w:t>
            </w:r>
          </w:p>
        </w:tc>
        <w:tc>
          <w:tcPr>
            <w:tcW w:w="937" w:type="dxa"/>
          </w:tcPr>
          <w:p w14:paraId="778BCE45" w14:textId="77777777" w:rsidR="00581CFB" w:rsidRDefault="00581CFB" w:rsidP="00581CFB">
            <w:r>
              <w:t>81.71</w:t>
            </w:r>
          </w:p>
        </w:tc>
        <w:tc>
          <w:tcPr>
            <w:tcW w:w="1254" w:type="dxa"/>
          </w:tcPr>
          <w:p w14:paraId="49752DCB" w14:textId="77777777" w:rsidR="00581CFB" w:rsidRDefault="00581CFB" w:rsidP="00581CFB">
            <w:r>
              <w:t>76.8</w:t>
            </w:r>
          </w:p>
        </w:tc>
        <w:tc>
          <w:tcPr>
            <w:tcW w:w="1314" w:type="dxa"/>
          </w:tcPr>
          <w:p w14:paraId="2F6AA0FC" w14:textId="77777777" w:rsidR="00581CFB" w:rsidRDefault="00581CFB" w:rsidP="00581CFB">
            <w:r>
              <w:t>64.8</w:t>
            </w:r>
          </w:p>
        </w:tc>
        <w:tc>
          <w:tcPr>
            <w:tcW w:w="1087" w:type="dxa"/>
          </w:tcPr>
          <w:p w14:paraId="28AEAE07" w14:textId="77777777" w:rsidR="00581CFB" w:rsidRDefault="00581CFB" w:rsidP="00581CFB">
            <w:r>
              <w:t>65.0</w:t>
            </w:r>
          </w:p>
        </w:tc>
        <w:tc>
          <w:tcPr>
            <w:tcW w:w="1202" w:type="dxa"/>
          </w:tcPr>
          <w:p w14:paraId="50570B26" w14:textId="77777777" w:rsidR="00581CFB" w:rsidRDefault="00581CFB" w:rsidP="00581CFB">
            <w:r>
              <w:t>65.28</w:t>
            </w:r>
          </w:p>
        </w:tc>
      </w:tr>
      <w:tr w:rsidR="00581CFB" w14:paraId="445E828D" w14:textId="77777777" w:rsidTr="00581CFB">
        <w:tc>
          <w:tcPr>
            <w:tcW w:w="1795" w:type="dxa"/>
          </w:tcPr>
          <w:p w14:paraId="3E090CF8" w14:textId="77777777" w:rsidR="00581CFB" w:rsidRDefault="00581CFB" w:rsidP="00581CFB">
            <w:r>
              <w:t>Fen Bilimleri Enstitüsü</w:t>
            </w:r>
          </w:p>
        </w:tc>
        <w:tc>
          <w:tcPr>
            <w:tcW w:w="1041" w:type="dxa"/>
          </w:tcPr>
          <w:p w14:paraId="7C434AE0" w14:textId="1BC0291E" w:rsidR="00581CFB" w:rsidRDefault="00581CFB" w:rsidP="00581CFB">
            <w:r>
              <w:t>Erkek</w:t>
            </w:r>
          </w:p>
        </w:tc>
        <w:tc>
          <w:tcPr>
            <w:tcW w:w="937" w:type="dxa"/>
          </w:tcPr>
          <w:p w14:paraId="3C9C69D6" w14:textId="77777777" w:rsidR="00581CFB" w:rsidRDefault="00581CFB" w:rsidP="00581CFB">
            <w:r>
              <w:t>80.0</w:t>
            </w:r>
          </w:p>
        </w:tc>
        <w:tc>
          <w:tcPr>
            <w:tcW w:w="1254" w:type="dxa"/>
          </w:tcPr>
          <w:p w14:paraId="57951753" w14:textId="77777777" w:rsidR="00581CFB" w:rsidRDefault="00581CFB" w:rsidP="00581CFB">
            <w:r>
              <w:t>92.0</w:t>
            </w:r>
          </w:p>
        </w:tc>
        <w:tc>
          <w:tcPr>
            <w:tcW w:w="1314" w:type="dxa"/>
          </w:tcPr>
          <w:p w14:paraId="0DACAA2A" w14:textId="77777777" w:rsidR="00581CFB" w:rsidRDefault="00581CFB" w:rsidP="00581CFB">
            <w:r>
              <w:t>76.0</w:t>
            </w:r>
          </w:p>
        </w:tc>
        <w:tc>
          <w:tcPr>
            <w:tcW w:w="1087" w:type="dxa"/>
          </w:tcPr>
          <w:p w14:paraId="3408CD06" w14:textId="77777777" w:rsidR="00581CFB" w:rsidRDefault="00581CFB" w:rsidP="00581CFB">
            <w:r>
              <w:t>60.0</w:t>
            </w:r>
          </w:p>
        </w:tc>
        <w:tc>
          <w:tcPr>
            <w:tcW w:w="1202" w:type="dxa"/>
          </w:tcPr>
          <w:p w14:paraId="50AE28C2" w14:textId="77777777" w:rsidR="00581CFB" w:rsidRDefault="00581CFB" w:rsidP="00581CFB">
            <w:r>
              <w:t>62.22</w:t>
            </w:r>
          </w:p>
        </w:tc>
      </w:tr>
      <w:tr w:rsidR="00581CFB" w14:paraId="42B8EB3B" w14:textId="77777777" w:rsidTr="00581CFB">
        <w:tc>
          <w:tcPr>
            <w:tcW w:w="1795" w:type="dxa"/>
          </w:tcPr>
          <w:p w14:paraId="78C34086" w14:textId="77777777" w:rsidR="00581CFB" w:rsidRDefault="00581CFB" w:rsidP="00581CFB">
            <w:r>
              <w:t xml:space="preserve">Fen </w:t>
            </w:r>
            <w:proofErr w:type="spellStart"/>
            <w:r>
              <w:t>Edebiyat</w:t>
            </w:r>
            <w:proofErr w:type="spellEnd"/>
            <w:r>
              <w:t xml:space="preserve"> </w:t>
            </w:r>
            <w:proofErr w:type="spellStart"/>
            <w:r>
              <w:t>Fakültesi</w:t>
            </w:r>
            <w:proofErr w:type="spellEnd"/>
          </w:p>
        </w:tc>
        <w:tc>
          <w:tcPr>
            <w:tcW w:w="1041" w:type="dxa"/>
          </w:tcPr>
          <w:p w14:paraId="758F44B2" w14:textId="2C56D2B6" w:rsidR="00581CFB" w:rsidRDefault="00581CFB" w:rsidP="00581CFB">
            <w:r>
              <w:t>Kadın</w:t>
            </w:r>
          </w:p>
        </w:tc>
        <w:tc>
          <w:tcPr>
            <w:tcW w:w="937" w:type="dxa"/>
          </w:tcPr>
          <w:p w14:paraId="144B4FC9" w14:textId="77777777" w:rsidR="00581CFB" w:rsidRDefault="00581CFB" w:rsidP="00581CFB">
            <w:r>
              <w:t>72.38</w:t>
            </w:r>
          </w:p>
        </w:tc>
        <w:tc>
          <w:tcPr>
            <w:tcW w:w="1254" w:type="dxa"/>
          </w:tcPr>
          <w:p w14:paraId="284093E2" w14:textId="77777777" w:rsidR="00581CFB" w:rsidRDefault="00581CFB" w:rsidP="00581CFB">
            <w:r>
              <w:t>68.33</w:t>
            </w:r>
          </w:p>
        </w:tc>
        <w:tc>
          <w:tcPr>
            <w:tcW w:w="1314" w:type="dxa"/>
          </w:tcPr>
          <w:p w14:paraId="507611FA" w14:textId="77777777" w:rsidR="00581CFB" w:rsidRDefault="00581CFB" w:rsidP="00581CFB">
            <w:r>
              <w:t>73.33</w:t>
            </w:r>
          </w:p>
        </w:tc>
        <w:tc>
          <w:tcPr>
            <w:tcW w:w="1087" w:type="dxa"/>
          </w:tcPr>
          <w:p w14:paraId="5C9C8B98" w14:textId="77777777" w:rsidR="00581CFB" w:rsidRDefault="00581CFB" w:rsidP="00581CFB">
            <w:r>
              <w:t>60.0</w:t>
            </w:r>
          </w:p>
        </w:tc>
        <w:tc>
          <w:tcPr>
            <w:tcW w:w="1202" w:type="dxa"/>
          </w:tcPr>
          <w:p w14:paraId="7CA43602" w14:textId="77777777" w:rsidR="00581CFB" w:rsidRDefault="00581CFB" w:rsidP="00581CFB">
            <w:r>
              <w:t>62.41</w:t>
            </w:r>
          </w:p>
        </w:tc>
      </w:tr>
      <w:tr w:rsidR="00581CFB" w14:paraId="15D09839" w14:textId="77777777" w:rsidTr="00581CFB">
        <w:tc>
          <w:tcPr>
            <w:tcW w:w="1795" w:type="dxa"/>
          </w:tcPr>
          <w:p w14:paraId="4B24FDB1" w14:textId="77777777" w:rsidR="00581CFB" w:rsidRDefault="00581CFB" w:rsidP="00581CFB">
            <w:r>
              <w:lastRenderedPageBreak/>
              <w:t>Fen Edebiyat Fakültesi</w:t>
            </w:r>
          </w:p>
        </w:tc>
        <w:tc>
          <w:tcPr>
            <w:tcW w:w="1041" w:type="dxa"/>
          </w:tcPr>
          <w:p w14:paraId="65253F2C" w14:textId="7FCE04A3" w:rsidR="00581CFB" w:rsidRDefault="00581CFB" w:rsidP="00581CFB">
            <w:r>
              <w:t>Erkek</w:t>
            </w:r>
          </w:p>
        </w:tc>
        <w:tc>
          <w:tcPr>
            <w:tcW w:w="937" w:type="dxa"/>
          </w:tcPr>
          <w:p w14:paraId="60F56CF3" w14:textId="77777777" w:rsidR="00581CFB" w:rsidRDefault="00581CFB" w:rsidP="00581CFB">
            <w:r>
              <w:t>66.49</w:t>
            </w:r>
          </w:p>
        </w:tc>
        <w:tc>
          <w:tcPr>
            <w:tcW w:w="1254" w:type="dxa"/>
          </w:tcPr>
          <w:p w14:paraId="42618AAE" w14:textId="77777777" w:rsidR="00581CFB" w:rsidRDefault="00581CFB" w:rsidP="00581CFB">
            <w:r>
              <w:t>66.18</w:t>
            </w:r>
          </w:p>
        </w:tc>
        <w:tc>
          <w:tcPr>
            <w:tcW w:w="1314" w:type="dxa"/>
          </w:tcPr>
          <w:p w14:paraId="33121E56" w14:textId="77777777" w:rsidR="00581CFB" w:rsidRDefault="00581CFB" w:rsidP="00581CFB">
            <w:r>
              <w:t>53.91</w:t>
            </w:r>
          </w:p>
        </w:tc>
        <w:tc>
          <w:tcPr>
            <w:tcW w:w="1087" w:type="dxa"/>
          </w:tcPr>
          <w:p w14:paraId="59229D03" w14:textId="77777777" w:rsidR="00581CFB" w:rsidRDefault="00581CFB" w:rsidP="00581CFB">
            <w:r>
              <w:t>52.73</w:t>
            </w:r>
          </w:p>
        </w:tc>
        <w:tc>
          <w:tcPr>
            <w:tcW w:w="1202" w:type="dxa"/>
          </w:tcPr>
          <w:p w14:paraId="1FEE58C7" w14:textId="77777777" w:rsidR="00581CFB" w:rsidRDefault="00581CFB" w:rsidP="00581CFB">
            <w:r>
              <w:t>58.18</w:t>
            </w:r>
          </w:p>
        </w:tc>
      </w:tr>
      <w:tr w:rsidR="00581CFB" w14:paraId="4DAA79C4" w14:textId="77777777" w:rsidTr="00581CFB">
        <w:tc>
          <w:tcPr>
            <w:tcW w:w="1795" w:type="dxa"/>
          </w:tcPr>
          <w:p w14:paraId="7E6C7295" w14:textId="77777777" w:rsidR="00581CFB" w:rsidRDefault="00581CFB" w:rsidP="00581CFB">
            <w:proofErr w:type="spellStart"/>
            <w:r>
              <w:t>Mühendislik</w:t>
            </w:r>
            <w:proofErr w:type="spellEnd"/>
            <w:r>
              <w:t xml:space="preserve"> Fakültesi</w:t>
            </w:r>
          </w:p>
        </w:tc>
        <w:tc>
          <w:tcPr>
            <w:tcW w:w="1041" w:type="dxa"/>
          </w:tcPr>
          <w:p w14:paraId="2174C0F5" w14:textId="6024A9B9" w:rsidR="00581CFB" w:rsidRDefault="00581CFB" w:rsidP="00581CFB">
            <w:r>
              <w:t>Kadın</w:t>
            </w:r>
          </w:p>
        </w:tc>
        <w:tc>
          <w:tcPr>
            <w:tcW w:w="937" w:type="dxa"/>
          </w:tcPr>
          <w:p w14:paraId="171B302D" w14:textId="77777777" w:rsidR="00581CFB" w:rsidRDefault="00581CFB" w:rsidP="00581CFB">
            <w:r>
              <w:t>60.52</w:t>
            </w:r>
          </w:p>
        </w:tc>
        <w:tc>
          <w:tcPr>
            <w:tcW w:w="1254" w:type="dxa"/>
          </w:tcPr>
          <w:p w14:paraId="0913F888" w14:textId="77777777" w:rsidR="00581CFB" w:rsidRDefault="00581CFB" w:rsidP="00581CFB">
            <w:r>
              <w:t>65.82</w:t>
            </w:r>
          </w:p>
        </w:tc>
        <w:tc>
          <w:tcPr>
            <w:tcW w:w="1314" w:type="dxa"/>
          </w:tcPr>
          <w:p w14:paraId="5E322623" w14:textId="77777777" w:rsidR="00581CFB" w:rsidRDefault="00581CFB" w:rsidP="00581CFB">
            <w:r>
              <w:t>65.45</w:t>
            </w:r>
          </w:p>
        </w:tc>
        <w:tc>
          <w:tcPr>
            <w:tcW w:w="1087" w:type="dxa"/>
          </w:tcPr>
          <w:p w14:paraId="44EDF76A" w14:textId="77777777" w:rsidR="00581CFB" w:rsidRDefault="00581CFB" w:rsidP="00581CFB">
            <w:r>
              <w:t>36.36</w:t>
            </w:r>
          </w:p>
        </w:tc>
        <w:tc>
          <w:tcPr>
            <w:tcW w:w="1202" w:type="dxa"/>
          </w:tcPr>
          <w:p w14:paraId="78396A28" w14:textId="77777777" w:rsidR="00581CFB" w:rsidRDefault="00581CFB" w:rsidP="00581CFB">
            <w:r>
              <w:t>52.3</w:t>
            </w:r>
          </w:p>
        </w:tc>
      </w:tr>
      <w:tr w:rsidR="00581CFB" w14:paraId="64A5F90C" w14:textId="77777777" w:rsidTr="00581CFB">
        <w:tc>
          <w:tcPr>
            <w:tcW w:w="1795" w:type="dxa"/>
          </w:tcPr>
          <w:p w14:paraId="200E2A26" w14:textId="77777777" w:rsidR="00581CFB" w:rsidRDefault="00581CFB" w:rsidP="00581CFB">
            <w:r>
              <w:t>Mühendislik Fakültesi</w:t>
            </w:r>
          </w:p>
        </w:tc>
        <w:tc>
          <w:tcPr>
            <w:tcW w:w="1041" w:type="dxa"/>
          </w:tcPr>
          <w:p w14:paraId="5A73B464" w14:textId="2716E8E6" w:rsidR="00581CFB" w:rsidRDefault="00581CFB" w:rsidP="00581CFB">
            <w:r>
              <w:t>Erkek</w:t>
            </w:r>
          </w:p>
        </w:tc>
        <w:tc>
          <w:tcPr>
            <w:tcW w:w="937" w:type="dxa"/>
          </w:tcPr>
          <w:p w14:paraId="23DC5033" w14:textId="77777777" w:rsidR="00581CFB" w:rsidRDefault="00581CFB" w:rsidP="00581CFB">
            <w:r>
              <w:t>75.0</w:t>
            </w:r>
          </w:p>
        </w:tc>
        <w:tc>
          <w:tcPr>
            <w:tcW w:w="1254" w:type="dxa"/>
          </w:tcPr>
          <w:p w14:paraId="55FD6F45" w14:textId="77777777" w:rsidR="00581CFB" w:rsidRDefault="00581CFB" w:rsidP="00581CFB">
            <w:r>
              <w:t>76.33</w:t>
            </w:r>
          </w:p>
        </w:tc>
        <w:tc>
          <w:tcPr>
            <w:tcW w:w="1314" w:type="dxa"/>
          </w:tcPr>
          <w:p w14:paraId="76A2937D" w14:textId="77777777" w:rsidR="00581CFB" w:rsidRDefault="00581CFB" w:rsidP="00581CFB">
            <w:r>
              <w:t>72.33</w:t>
            </w:r>
          </w:p>
        </w:tc>
        <w:tc>
          <w:tcPr>
            <w:tcW w:w="1087" w:type="dxa"/>
          </w:tcPr>
          <w:p w14:paraId="5601120D" w14:textId="77777777" w:rsidR="00581CFB" w:rsidRDefault="00581CFB" w:rsidP="00581CFB">
            <w:r>
              <w:t>62.92</w:t>
            </w:r>
          </w:p>
        </w:tc>
        <w:tc>
          <w:tcPr>
            <w:tcW w:w="1202" w:type="dxa"/>
          </w:tcPr>
          <w:p w14:paraId="021E6F71" w14:textId="77777777" w:rsidR="00581CFB" w:rsidRDefault="00581CFB" w:rsidP="00581CFB">
            <w:r>
              <w:t>60.56</w:t>
            </w:r>
          </w:p>
        </w:tc>
      </w:tr>
      <w:tr w:rsidR="001773B5" w14:paraId="16B564FC" w14:textId="77777777" w:rsidTr="00581CFB">
        <w:tc>
          <w:tcPr>
            <w:tcW w:w="1795" w:type="dxa"/>
          </w:tcPr>
          <w:p w14:paraId="4E5027A3" w14:textId="77777777" w:rsidR="001773B5" w:rsidRDefault="00442B4D">
            <w:r>
              <w:t>Ortaköy MYO</w:t>
            </w:r>
          </w:p>
        </w:tc>
        <w:tc>
          <w:tcPr>
            <w:tcW w:w="1041" w:type="dxa"/>
          </w:tcPr>
          <w:p w14:paraId="740D86BB" w14:textId="7E316B44" w:rsidR="001773B5" w:rsidRDefault="00581CFB">
            <w:r>
              <w:t>Kadın</w:t>
            </w:r>
          </w:p>
        </w:tc>
        <w:tc>
          <w:tcPr>
            <w:tcW w:w="937" w:type="dxa"/>
          </w:tcPr>
          <w:p w14:paraId="45F6B110" w14:textId="77777777" w:rsidR="001773B5" w:rsidRDefault="00442B4D">
            <w:r>
              <w:t>77.14</w:t>
            </w:r>
          </w:p>
        </w:tc>
        <w:tc>
          <w:tcPr>
            <w:tcW w:w="1254" w:type="dxa"/>
          </w:tcPr>
          <w:p w14:paraId="23F399D7" w14:textId="77777777" w:rsidR="001773B5" w:rsidRDefault="00442B4D">
            <w:r>
              <w:t>48.0</w:t>
            </w:r>
          </w:p>
        </w:tc>
        <w:tc>
          <w:tcPr>
            <w:tcW w:w="1314" w:type="dxa"/>
          </w:tcPr>
          <w:p w14:paraId="53619D94" w14:textId="77777777" w:rsidR="001773B5" w:rsidRDefault="00442B4D">
            <w:r>
              <w:t>78.0</w:t>
            </w:r>
          </w:p>
        </w:tc>
        <w:tc>
          <w:tcPr>
            <w:tcW w:w="1087" w:type="dxa"/>
          </w:tcPr>
          <w:p w14:paraId="62E713C0" w14:textId="77777777" w:rsidR="001773B5" w:rsidRDefault="00442B4D">
            <w:r>
              <w:t>37.5</w:t>
            </w:r>
          </w:p>
        </w:tc>
        <w:tc>
          <w:tcPr>
            <w:tcW w:w="1202" w:type="dxa"/>
          </w:tcPr>
          <w:p w14:paraId="55ED968C" w14:textId="77777777" w:rsidR="001773B5" w:rsidRDefault="00442B4D">
            <w:r>
              <w:t>61.11</w:t>
            </w:r>
          </w:p>
        </w:tc>
      </w:tr>
      <w:tr w:rsidR="001773B5" w14:paraId="59A0D5AB" w14:textId="77777777" w:rsidTr="00581CFB">
        <w:tc>
          <w:tcPr>
            <w:tcW w:w="1795" w:type="dxa"/>
          </w:tcPr>
          <w:p w14:paraId="47EFCF25" w14:textId="77777777" w:rsidR="001773B5" w:rsidRDefault="00442B4D">
            <w:r>
              <w:t>Sağlık Bilimleri Enstitüsü</w:t>
            </w:r>
          </w:p>
        </w:tc>
        <w:tc>
          <w:tcPr>
            <w:tcW w:w="1041" w:type="dxa"/>
          </w:tcPr>
          <w:p w14:paraId="55EA8FBD" w14:textId="157EB40C" w:rsidR="001773B5" w:rsidRDefault="00581CFB">
            <w:r>
              <w:t>Kadın</w:t>
            </w:r>
          </w:p>
        </w:tc>
        <w:tc>
          <w:tcPr>
            <w:tcW w:w="937" w:type="dxa"/>
          </w:tcPr>
          <w:p w14:paraId="22992293" w14:textId="77777777" w:rsidR="001773B5" w:rsidRDefault="00442B4D">
            <w:r>
              <w:t>61.07</w:t>
            </w:r>
          </w:p>
        </w:tc>
        <w:tc>
          <w:tcPr>
            <w:tcW w:w="1254" w:type="dxa"/>
          </w:tcPr>
          <w:p w14:paraId="67D01DDE" w14:textId="77777777" w:rsidR="001773B5" w:rsidRDefault="00442B4D">
            <w:r>
              <w:t>64.0</w:t>
            </w:r>
          </w:p>
        </w:tc>
        <w:tc>
          <w:tcPr>
            <w:tcW w:w="1314" w:type="dxa"/>
          </w:tcPr>
          <w:p w14:paraId="3616BDE4" w14:textId="77777777" w:rsidR="001773B5" w:rsidRDefault="00442B4D">
            <w:r>
              <w:t>65.0</w:t>
            </w:r>
          </w:p>
        </w:tc>
        <w:tc>
          <w:tcPr>
            <w:tcW w:w="1087" w:type="dxa"/>
          </w:tcPr>
          <w:p w14:paraId="217FB16A" w14:textId="77777777" w:rsidR="001773B5" w:rsidRDefault="00442B4D">
            <w:r>
              <w:t>45.62</w:t>
            </w:r>
          </w:p>
        </w:tc>
        <w:tc>
          <w:tcPr>
            <w:tcW w:w="1202" w:type="dxa"/>
          </w:tcPr>
          <w:p w14:paraId="3AC60454" w14:textId="77777777" w:rsidR="001773B5" w:rsidRDefault="00442B4D">
            <w:r>
              <w:t>52.5</w:t>
            </w:r>
          </w:p>
        </w:tc>
      </w:tr>
      <w:tr w:rsidR="001773B5" w14:paraId="4E6A3948" w14:textId="77777777" w:rsidTr="00581CFB">
        <w:tc>
          <w:tcPr>
            <w:tcW w:w="1795" w:type="dxa"/>
          </w:tcPr>
          <w:p w14:paraId="0A31E215" w14:textId="77777777" w:rsidR="001773B5" w:rsidRDefault="00442B4D">
            <w:r>
              <w:t>Sağlık Bilimleri Fakültesi</w:t>
            </w:r>
          </w:p>
        </w:tc>
        <w:tc>
          <w:tcPr>
            <w:tcW w:w="1041" w:type="dxa"/>
          </w:tcPr>
          <w:p w14:paraId="36BAF4C1" w14:textId="5170A6B5" w:rsidR="001773B5" w:rsidRDefault="00581CFB">
            <w:r>
              <w:t>Kadın</w:t>
            </w:r>
          </w:p>
        </w:tc>
        <w:tc>
          <w:tcPr>
            <w:tcW w:w="937" w:type="dxa"/>
          </w:tcPr>
          <w:p w14:paraId="3D4C61A3" w14:textId="77777777" w:rsidR="001773B5" w:rsidRDefault="00442B4D">
            <w:r>
              <w:t>57.5</w:t>
            </w:r>
          </w:p>
        </w:tc>
        <w:tc>
          <w:tcPr>
            <w:tcW w:w="1254" w:type="dxa"/>
          </w:tcPr>
          <w:p w14:paraId="364A75AB" w14:textId="77777777" w:rsidR="001773B5" w:rsidRDefault="00442B4D">
            <w:r>
              <w:t>62.75</w:t>
            </w:r>
          </w:p>
        </w:tc>
        <w:tc>
          <w:tcPr>
            <w:tcW w:w="1314" w:type="dxa"/>
          </w:tcPr>
          <w:p w14:paraId="6190F796" w14:textId="77777777" w:rsidR="001773B5" w:rsidRDefault="00442B4D">
            <w:r>
              <w:t>65.25</w:t>
            </w:r>
          </w:p>
        </w:tc>
        <w:tc>
          <w:tcPr>
            <w:tcW w:w="1087" w:type="dxa"/>
          </w:tcPr>
          <w:p w14:paraId="117726DD" w14:textId="77777777" w:rsidR="001773B5" w:rsidRDefault="00442B4D">
            <w:r>
              <w:t>37.81</w:t>
            </w:r>
          </w:p>
        </w:tc>
        <w:tc>
          <w:tcPr>
            <w:tcW w:w="1202" w:type="dxa"/>
          </w:tcPr>
          <w:p w14:paraId="231A98F2" w14:textId="77777777" w:rsidR="001773B5" w:rsidRDefault="00442B4D">
            <w:r>
              <w:t>52.7</w:t>
            </w:r>
          </w:p>
        </w:tc>
      </w:tr>
      <w:tr w:rsidR="001773B5" w14:paraId="7C796FA0" w14:textId="77777777" w:rsidTr="00581CFB">
        <w:tc>
          <w:tcPr>
            <w:tcW w:w="1795" w:type="dxa"/>
          </w:tcPr>
          <w:p w14:paraId="5C244FED" w14:textId="77777777" w:rsidR="001773B5" w:rsidRDefault="00442B4D">
            <w:r>
              <w:t>Sağlık Bilimleri Fakültesi</w:t>
            </w:r>
          </w:p>
        </w:tc>
        <w:tc>
          <w:tcPr>
            <w:tcW w:w="1041" w:type="dxa"/>
          </w:tcPr>
          <w:p w14:paraId="781B2FF4" w14:textId="5A132974" w:rsidR="001773B5" w:rsidRDefault="00581CFB">
            <w:r>
              <w:t>Erkek</w:t>
            </w:r>
          </w:p>
        </w:tc>
        <w:tc>
          <w:tcPr>
            <w:tcW w:w="937" w:type="dxa"/>
          </w:tcPr>
          <w:p w14:paraId="460BA352" w14:textId="77777777" w:rsidR="001773B5" w:rsidRDefault="00442B4D">
            <w:r>
              <w:t>64.76</w:t>
            </w:r>
          </w:p>
        </w:tc>
        <w:tc>
          <w:tcPr>
            <w:tcW w:w="1254" w:type="dxa"/>
          </w:tcPr>
          <w:p w14:paraId="4785480C" w14:textId="77777777" w:rsidR="001773B5" w:rsidRDefault="00442B4D">
            <w:r>
              <w:t>70.67</w:t>
            </w:r>
          </w:p>
        </w:tc>
        <w:tc>
          <w:tcPr>
            <w:tcW w:w="1314" w:type="dxa"/>
          </w:tcPr>
          <w:p w14:paraId="5F29C43B" w14:textId="77777777" w:rsidR="001773B5" w:rsidRDefault="00442B4D">
            <w:r>
              <w:t>70.0</w:t>
            </w:r>
          </w:p>
        </w:tc>
        <w:tc>
          <w:tcPr>
            <w:tcW w:w="1087" w:type="dxa"/>
          </w:tcPr>
          <w:p w14:paraId="6059FD66" w14:textId="77777777" w:rsidR="001773B5" w:rsidRDefault="00442B4D">
            <w:r>
              <w:t>30.0</w:t>
            </w:r>
          </w:p>
        </w:tc>
        <w:tc>
          <w:tcPr>
            <w:tcW w:w="1202" w:type="dxa"/>
          </w:tcPr>
          <w:p w14:paraId="775B1675" w14:textId="77777777" w:rsidR="001773B5" w:rsidRDefault="00442B4D">
            <w:r>
              <w:t>58.84</w:t>
            </w:r>
          </w:p>
        </w:tc>
      </w:tr>
      <w:tr w:rsidR="001773B5" w14:paraId="766E279A" w14:textId="77777777" w:rsidTr="00581CFB">
        <w:tc>
          <w:tcPr>
            <w:tcW w:w="1795" w:type="dxa"/>
          </w:tcPr>
          <w:p w14:paraId="59BC4755" w14:textId="77777777" w:rsidR="001773B5" w:rsidRDefault="00442B4D">
            <w:r>
              <w:t>Sağlık Hizmetleri MYO</w:t>
            </w:r>
          </w:p>
        </w:tc>
        <w:tc>
          <w:tcPr>
            <w:tcW w:w="1041" w:type="dxa"/>
          </w:tcPr>
          <w:p w14:paraId="27096B9C" w14:textId="4F3F5AD8" w:rsidR="001773B5" w:rsidRDefault="00684453">
            <w:r>
              <w:t>Kadın</w:t>
            </w:r>
          </w:p>
        </w:tc>
        <w:tc>
          <w:tcPr>
            <w:tcW w:w="937" w:type="dxa"/>
          </w:tcPr>
          <w:p w14:paraId="2F721072" w14:textId="77777777" w:rsidR="001773B5" w:rsidRDefault="00442B4D">
            <w:r>
              <w:t>60.95</w:t>
            </w:r>
          </w:p>
        </w:tc>
        <w:tc>
          <w:tcPr>
            <w:tcW w:w="1254" w:type="dxa"/>
          </w:tcPr>
          <w:p w14:paraId="45EDB7E9" w14:textId="77777777" w:rsidR="001773B5" w:rsidRDefault="00442B4D">
            <w:r>
              <w:t>70.67</w:t>
            </w:r>
          </w:p>
        </w:tc>
        <w:tc>
          <w:tcPr>
            <w:tcW w:w="1314" w:type="dxa"/>
          </w:tcPr>
          <w:p w14:paraId="4BB53EF5" w14:textId="77777777" w:rsidR="001773B5" w:rsidRDefault="00442B4D">
            <w:r>
              <w:t>78.67</w:t>
            </w:r>
          </w:p>
        </w:tc>
        <w:tc>
          <w:tcPr>
            <w:tcW w:w="1087" w:type="dxa"/>
          </w:tcPr>
          <w:p w14:paraId="033D2AA1" w14:textId="77777777" w:rsidR="001773B5" w:rsidRDefault="00442B4D">
            <w:r>
              <w:t>40.0</w:t>
            </w:r>
          </w:p>
        </w:tc>
        <w:tc>
          <w:tcPr>
            <w:tcW w:w="1202" w:type="dxa"/>
          </w:tcPr>
          <w:p w14:paraId="5C990BFF" w14:textId="77777777" w:rsidR="001773B5" w:rsidRDefault="00442B4D">
            <w:r>
              <w:t>47.59</w:t>
            </w:r>
          </w:p>
        </w:tc>
      </w:tr>
      <w:tr w:rsidR="001773B5" w14:paraId="7CF1B266" w14:textId="77777777" w:rsidTr="00581CFB">
        <w:tc>
          <w:tcPr>
            <w:tcW w:w="1795" w:type="dxa"/>
          </w:tcPr>
          <w:p w14:paraId="7AF23A59" w14:textId="77777777" w:rsidR="001773B5" w:rsidRDefault="00442B4D">
            <w:r>
              <w:t>Sağlık Hizmetleri MYO</w:t>
            </w:r>
          </w:p>
        </w:tc>
        <w:tc>
          <w:tcPr>
            <w:tcW w:w="1041" w:type="dxa"/>
          </w:tcPr>
          <w:p w14:paraId="39B56ED4" w14:textId="7B16644A" w:rsidR="001773B5" w:rsidRDefault="00684453">
            <w:r>
              <w:t>Erkek</w:t>
            </w:r>
          </w:p>
        </w:tc>
        <w:tc>
          <w:tcPr>
            <w:tcW w:w="937" w:type="dxa"/>
          </w:tcPr>
          <w:p w14:paraId="006996A8" w14:textId="77777777" w:rsidR="001773B5" w:rsidRDefault="00442B4D">
            <w:r>
              <w:t>46.67</w:t>
            </w:r>
          </w:p>
        </w:tc>
        <w:tc>
          <w:tcPr>
            <w:tcW w:w="1254" w:type="dxa"/>
          </w:tcPr>
          <w:p w14:paraId="6DC56420" w14:textId="77777777" w:rsidR="001773B5" w:rsidRDefault="00442B4D">
            <w:r>
              <w:t>53.33</w:t>
            </w:r>
          </w:p>
        </w:tc>
        <w:tc>
          <w:tcPr>
            <w:tcW w:w="1314" w:type="dxa"/>
          </w:tcPr>
          <w:p w14:paraId="489F0933" w14:textId="77777777" w:rsidR="001773B5" w:rsidRDefault="00442B4D">
            <w:r>
              <w:t>37.33</w:t>
            </w:r>
          </w:p>
        </w:tc>
        <w:tc>
          <w:tcPr>
            <w:tcW w:w="1087" w:type="dxa"/>
          </w:tcPr>
          <w:p w14:paraId="1830CF35" w14:textId="77777777" w:rsidR="001773B5" w:rsidRDefault="00442B4D">
            <w:r>
              <w:t>48.33</w:t>
            </w:r>
          </w:p>
        </w:tc>
        <w:tc>
          <w:tcPr>
            <w:tcW w:w="1202" w:type="dxa"/>
          </w:tcPr>
          <w:p w14:paraId="2389EA64" w14:textId="77777777" w:rsidR="001773B5" w:rsidRDefault="00442B4D">
            <w:r>
              <w:t>42.96</w:t>
            </w:r>
          </w:p>
        </w:tc>
      </w:tr>
      <w:tr w:rsidR="001773B5" w14:paraId="645C04B1" w14:textId="77777777" w:rsidTr="00581CFB">
        <w:tc>
          <w:tcPr>
            <w:tcW w:w="1795" w:type="dxa"/>
          </w:tcPr>
          <w:p w14:paraId="5F55FC79" w14:textId="77777777" w:rsidR="001773B5" w:rsidRDefault="00442B4D">
            <w:r>
              <w:t>Sosyal Bilimler Enstitüsü</w:t>
            </w:r>
          </w:p>
        </w:tc>
        <w:tc>
          <w:tcPr>
            <w:tcW w:w="1041" w:type="dxa"/>
          </w:tcPr>
          <w:p w14:paraId="00C38CE5" w14:textId="704F0F83" w:rsidR="001773B5" w:rsidRDefault="00684453">
            <w:r>
              <w:t>Kadın</w:t>
            </w:r>
          </w:p>
        </w:tc>
        <w:tc>
          <w:tcPr>
            <w:tcW w:w="937" w:type="dxa"/>
          </w:tcPr>
          <w:p w14:paraId="6900E5FC" w14:textId="77777777" w:rsidR="001773B5" w:rsidRDefault="00442B4D">
            <w:r>
              <w:t>71.43</w:t>
            </w:r>
          </w:p>
        </w:tc>
        <w:tc>
          <w:tcPr>
            <w:tcW w:w="1254" w:type="dxa"/>
          </w:tcPr>
          <w:p w14:paraId="6283E89C" w14:textId="77777777" w:rsidR="001773B5" w:rsidRDefault="00442B4D">
            <w:r>
              <w:t>71.0</w:t>
            </w:r>
          </w:p>
        </w:tc>
        <w:tc>
          <w:tcPr>
            <w:tcW w:w="1314" w:type="dxa"/>
          </w:tcPr>
          <w:p w14:paraId="797F9BD5" w14:textId="77777777" w:rsidR="001773B5" w:rsidRDefault="00442B4D">
            <w:r>
              <w:t>59.5</w:t>
            </w:r>
          </w:p>
        </w:tc>
        <w:tc>
          <w:tcPr>
            <w:tcW w:w="1087" w:type="dxa"/>
          </w:tcPr>
          <w:p w14:paraId="2F8A418D" w14:textId="77777777" w:rsidR="001773B5" w:rsidRDefault="00442B4D">
            <w:r>
              <w:t>47.5</w:t>
            </w:r>
          </w:p>
        </w:tc>
        <w:tc>
          <w:tcPr>
            <w:tcW w:w="1202" w:type="dxa"/>
          </w:tcPr>
          <w:p w14:paraId="66018BC5" w14:textId="77777777" w:rsidR="001773B5" w:rsidRDefault="00442B4D">
            <w:r>
              <w:t>64.44</w:t>
            </w:r>
          </w:p>
        </w:tc>
      </w:tr>
      <w:tr w:rsidR="001773B5" w14:paraId="1E828ED2" w14:textId="77777777" w:rsidTr="00581CFB">
        <w:tc>
          <w:tcPr>
            <w:tcW w:w="1795" w:type="dxa"/>
          </w:tcPr>
          <w:p w14:paraId="392CEB5E" w14:textId="77777777" w:rsidR="001773B5" w:rsidRDefault="00442B4D">
            <w:r>
              <w:t>Sosyal Bilimler Enstitüsü</w:t>
            </w:r>
          </w:p>
        </w:tc>
        <w:tc>
          <w:tcPr>
            <w:tcW w:w="1041" w:type="dxa"/>
          </w:tcPr>
          <w:p w14:paraId="0B4E52AA" w14:textId="104B910E" w:rsidR="001773B5" w:rsidRDefault="00684453">
            <w:r>
              <w:t>Erkek</w:t>
            </w:r>
          </w:p>
        </w:tc>
        <w:tc>
          <w:tcPr>
            <w:tcW w:w="937" w:type="dxa"/>
          </w:tcPr>
          <w:p w14:paraId="56C5EB3E" w14:textId="77777777" w:rsidR="001773B5" w:rsidRDefault="00442B4D">
            <w:r>
              <w:t>84.29</w:t>
            </w:r>
          </w:p>
        </w:tc>
        <w:tc>
          <w:tcPr>
            <w:tcW w:w="1254" w:type="dxa"/>
          </w:tcPr>
          <w:p w14:paraId="01DE9F2A" w14:textId="77777777" w:rsidR="001773B5" w:rsidRDefault="00442B4D">
            <w:r>
              <w:t>78.67</w:t>
            </w:r>
          </w:p>
        </w:tc>
        <w:tc>
          <w:tcPr>
            <w:tcW w:w="1314" w:type="dxa"/>
          </w:tcPr>
          <w:p w14:paraId="548CC87A" w14:textId="77777777" w:rsidR="001773B5" w:rsidRDefault="00442B4D">
            <w:r>
              <w:t>72.67</w:t>
            </w:r>
          </w:p>
        </w:tc>
        <w:tc>
          <w:tcPr>
            <w:tcW w:w="1087" w:type="dxa"/>
          </w:tcPr>
          <w:p w14:paraId="37F3CF55" w14:textId="77777777" w:rsidR="001773B5" w:rsidRDefault="00442B4D">
            <w:r>
              <w:t>75.83</w:t>
            </w:r>
          </w:p>
        </w:tc>
        <w:tc>
          <w:tcPr>
            <w:tcW w:w="1202" w:type="dxa"/>
          </w:tcPr>
          <w:p w14:paraId="1F65C6A6" w14:textId="77777777" w:rsidR="001773B5" w:rsidRDefault="00442B4D">
            <w:r>
              <w:t>73.33</w:t>
            </w:r>
          </w:p>
        </w:tc>
      </w:tr>
      <w:tr w:rsidR="001773B5" w14:paraId="2497A43C" w14:textId="77777777" w:rsidTr="00581CFB">
        <w:tc>
          <w:tcPr>
            <w:tcW w:w="1795" w:type="dxa"/>
          </w:tcPr>
          <w:p w14:paraId="11ADD0D4" w14:textId="77777777" w:rsidR="001773B5" w:rsidRDefault="00442B4D">
            <w:r>
              <w:t>Sosyal Bilimler MYO</w:t>
            </w:r>
          </w:p>
        </w:tc>
        <w:tc>
          <w:tcPr>
            <w:tcW w:w="1041" w:type="dxa"/>
          </w:tcPr>
          <w:p w14:paraId="543113E1" w14:textId="2D4D4D6A" w:rsidR="001773B5" w:rsidRDefault="00684453">
            <w:r>
              <w:t>Kadın</w:t>
            </w:r>
          </w:p>
        </w:tc>
        <w:tc>
          <w:tcPr>
            <w:tcW w:w="937" w:type="dxa"/>
          </w:tcPr>
          <w:p w14:paraId="79D487C9" w14:textId="77777777" w:rsidR="001773B5" w:rsidRDefault="00442B4D">
            <w:r>
              <w:t>66.43</w:t>
            </w:r>
          </w:p>
        </w:tc>
        <w:tc>
          <w:tcPr>
            <w:tcW w:w="1254" w:type="dxa"/>
          </w:tcPr>
          <w:p w14:paraId="696A1D2F" w14:textId="77777777" w:rsidR="001773B5" w:rsidRDefault="00442B4D">
            <w:r>
              <w:t>60.67</w:t>
            </w:r>
          </w:p>
        </w:tc>
        <w:tc>
          <w:tcPr>
            <w:tcW w:w="1314" w:type="dxa"/>
          </w:tcPr>
          <w:p w14:paraId="26EE74F5" w14:textId="77777777" w:rsidR="001773B5" w:rsidRDefault="00442B4D">
            <w:r>
              <w:t>62.0</w:t>
            </w:r>
          </w:p>
        </w:tc>
        <w:tc>
          <w:tcPr>
            <w:tcW w:w="1087" w:type="dxa"/>
          </w:tcPr>
          <w:p w14:paraId="2509AF86" w14:textId="77777777" w:rsidR="001773B5" w:rsidRDefault="00442B4D">
            <w:r>
              <w:t>42.92</w:t>
            </w:r>
          </w:p>
        </w:tc>
        <w:tc>
          <w:tcPr>
            <w:tcW w:w="1202" w:type="dxa"/>
          </w:tcPr>
          <w:p w14:paraId="7F9F7D52" w14:textId="77777777" w:rsidR="001773B5" w:rsidRDefault="00442B4D">
            <w:r>
              <w:t>54.07</w:t>
            </w:r>
          </w:p>
        </w:tc>
      </w:tr>
      <w:tr w:rsidR="001773B5" w14:paraId="436929D7" w14:textId="77777777" w:rsidTr="00581CFB">
        <w:tc>
          <w:tcPr>
            <w:tcW w:w="1795" w:type="dxa"/>
          </w:tcPr>
          <w:p w14:paraId="68844592" w14:textId="77777777" w:rsidR="001773B5" w:rsidRDefault="00442B4D">
            <w:r>
              <w:t>Sosyal Bilimler MYO</w:t>
            </w:r>
          </w:p>
        </w:tc>
        <w:tc>
          <w:tcPr>
            <w:tcW w:w="1041" w:type="dxa"/>
          </w:tcPr>
          <w:p w14:paraId="356DDF96" w14:textId="63CB886F" w:rsidR="001773B5" w:rsidRDefault="00684453">
            <w:r>
              <w:t>Erkek</w:t>
            </w:r>
          </w:p>
        </w:tc>
        <w:tc>
          <w:tcPr>
            <w:tcW w:w="937" w:type="dxa"/>
          </w:tcPr>
          <w:p w14:paraId="53274666" w14:textId="77777777" w:rsidR="001773B5" w:rsidRDefault="00442B4D">
            <w:r>
              <w:t>85.71</w:t>
            </w:r>
          </w:p>
        </w:tc>
        <w:tc>
          <w:tcPr>
            <w:tcW w:w="1254" w:type="dxa"/>
          </w:tcPr>
          <w:p w14:paraId="24C486C8" w14:textId="77777777" w:rsidR="001773B5" w:rsidRDefault="00442B4D">
            <w:r>
              <w:t>80.0</w:t>
            </w:r>
          </w:p>
        </w:tc>
        <w:tc>
          <w:tcPr>
            <w:tcW w:w="1314" w:type="dxa"/>
          </w:tcPr>
          <w:p w14:paraId="22736453" w14:textId="77777777" w:rsidR="001773B5" w:rsidRDefault="00442B4D">
            <w:r>
              <w:t>84.0</w:t>
            </w:r>
          </w:p>
        </w:tc>
        <w:tc>
          <w:tcPr>
            <w:tcW w:w="1087" w:type="dxa"/>
          </w:tcPr>
          <w:p w14:paraId="3FDC8A6F" w14:textId="77777777" w:rsidR="001773B5" w:rsidRDefault="00442B4D">
            <w:r>
              <w:t>75.0</w:t>
            </w:r>
          </w:p>
        </w:tc>
        <w:tc>
          <w:tcPr>
            <w:tcW w:w="1202" w:type="dxa"/>
          </w:tcPr>
          <w:p w14:paraId="0AB7ACB4" w14:textId="77777777" w:rsidR="001773B5" w:rsidRDefault="00442B4D">
            <w:r>
              <w:t>44.44</w:t>
            </w:r>
          </w:p>
        </w:tc>
      </w:tr>
      <w:tr w:rsidR="00530A27" w14:paraId="618E7369" w14:textId="77777777" w:rsidTr="00581CFB">
        <w:tc>
          <w:tcPr>
            <w:tcW w:w="1795" w:type="dxa"/>
          </w:tcPr>
          <w:p w14:paraId="3476FCA4" w14:textId="77777777" w:rsidR="00530A27" w:rsidRDefault="00530A27" w:rsidP="00530A27">
            <w:r>
              <w:t xml:space="preserve">Spor Bilimleri </w:t>
            </w:r>
            <w:proofErr w:type="spellStart"/>
            <w:r>
              <w:t>Fakültesi</w:t>
            </w:r>
            <w:proofErr w:type="spellEnd"/>
          </w:p>
        </w:tc>
        <w:tc>
          <w:tcPr>
            <w:tcW w:w="1041" w:type="dxa"/>
          </w:tcPr>
          <w:p w14:paraId="53C6E9C2" w14:textId="48C50A23" w:rsidR="00530A27" w:rsidRDefault="00530A27" w:rsidP="00530A27">
            <w:r>
              <w:t>Kadın</w:t>
            </w:r>
          </w:p>
        </w:tc>
        <w:tc>
          <w:tcPr>
            <w:tcW w:w="937" w:type="dxa"/>
          </w:tcPr>
          <w:p w14:paraId="11028A93" w14:textId="77777777" w:rsidR="00530A27" w:rsidRDefault="00530A27" w:rsidP="00530A27">
            <w:r>
              <w:t>51.43</w:t>
            </w:r>
          </w:p>
        </w:tc>
        <w:tc>
          <w:tcPr>
            <w:tcW w:w="1254" w:type="dxa"/>
          </w:tcPr>
          <w:p w14:paraId="298AEDBD" w14:textId="77777777" w:rsidR="00530A27" w:rsidRDefault="00530A27" w:rsidP="00530A27">
            <w:r>
              <w:t>68.0</w:t>
            </w:r>
          </w:p>
        </w:tc>
        <w:tc>
          <w:tcPr>
            <w:tcW w:w="1314" w:type="dxa"/>
          </w:tcPr>
          <w:p w14:paraId="51CF3850" w14:textId="77777777" w:rsidR="00530A27" w:rsidRDefault="00530A27" w:rsidP="00530A27">
            <w:r>
              <w:t>90.0</w:t>
            </w:r>
          </w:p>
        </w:tc>
        <w:tc>
          <w:tcPr>
            <w:tcW w:w="1087" w:type="dxa"/>
          </w:tcPr>
          <w:p w14:paraId="15B027F0" w14:textId="77777777" w:rsidR="00530A27" w:rsidRDefault="00530A27" w:rsidP="00530A27">
            <w:r>
              <w:t>65.0</w:t>
            </w:r>
          </w:p>
        </w:tc>
        <w:tc>
          <w:tcPr>
            <w:tcW w:w="1202" w:type="dxa"/>
          </w:tcPr>
          <w:p w14:paraId="21F8D19F" w14:textId="77777777" w:rsidR="00530A27" w:rsidRDefault="00530A27" w:rsidP="00530A27">
            <w:r>
              <w:t>63.33</w:t>
            </w:r>
          </w:p>
        </w:tc>
      </w:tr>
      <w:tr w:rsidR="00530A27" w14:paraId="3AEC7703" w14:textId="77777777" w:rsidTr="00581CFB">
        <w:tc>
          <w:tcPr>
            <w:tcW w:w="1795" w:type="dxa"/>
          </w:tcPr>
          <w:p w14:paraId="30EE7B41" w14:textId="77777777" w:rsidR="00530A27" w:rsidRDefault="00530A27" w:rsidP="00530A27">
            <w:r>
              <w:t>Spor Bilimleri Fakültesi</w:t>
            </w:r>
          </w:p>
        </w:tc>
        <w:tc>
          <w:tcPr>
            <w:tcW w:w="1041" w:type="dxa"/>
          </w:tcPr>
          <w:p w14:paraId="47FB4CF9" w14:textId="2EF1A710" w:rsidR="00530A27" w:rsidRDefault="00530A27" w:rsidP="00530A27">
            <w:r>
              <w:t>Erkek</w:t>
            </w:r>
          </w:p>
        </w:tc>
        <w:tc>
          <w:tcPr>
            <w:tcW w:w="937" w:type="dxa"/>
          </w:tcPr>
          <w:p w14:paraId="0EC4B690" w14:textId="77777777" w:rsidR="00530A27" w:rsidRDefault="00530A27" w:rsidP="00530A27">
            <w:r>
              <w:t>74.29</w:t>
            </w:r>
          </w:p>
        </w:tc>
        <w:tc>
          <w:tcPr>
            <w:tcW w:w="1254" w:type="dxa"/>
          </w:tcPr>
          <w:p w14:paraId="2B9C7E71" w14:textId="77777777" w:rsidR="00530A27" w:rsidRDefault="00530A27" w:rsidP="00530A27">
            <w:r>
              <w:t>82.0</w:t>
            </w:r>
          </w:p>
        </w:tc>
        <w:tc>
          <w:tcPr>
            <w:tcW w:w="1314" w:type="dxa"/>
          </w:tcPr>
          <w:p w14:paraId="2DAB7D82" w14:textId="77777777" w:rsidR="00530A27" w:rsidRDefault="00530A27" w:rsidP="00530A27">
            <w:r>
              <w:t>84.0</w:t>
            </w:r>
          </w:p>
        </w:tc>
        <w:tc>
          <w:tcPr>
            <w:tcW w:w="1087" w:type="dxa"/>
          </w:tcPr>
          <w:p w14:paraId="26FAB081" w14:textId="77777777" w:rsidR="00530A27" w:rsidRDefault="00530A27" w:rsidP="00530A27">
            <w:r>
              <w:t>70.0</w:t>
            </w:r>
          </w:p>
        </w:tc>
        <w:tc>
          <w:tcPr>
            <w:tcW w:w="1202" w:type="dxa"/>
          </w:tcPr>
          <w:p w14:paraId="7A521B41" w14:textId="77777777" w:rsidR="00530A27" w:rsidRDefault="00530A27" w:rsidP="00530A27">
            <w:r>
              <w:t>68.89</w:t>
            </w:r>
          </w:p>
        </w:tc>
      </w:tr>
      <w:tr w:rsidR="00530A27" w14:paraId="13F5DEBE" w14:textId="77777777" w:rsidTr="00581CFB">
        <w:tc>
          <w:tcPr>
            <w:tcW w:w="1795" w:type="dxa"/>
          </w:tcPr>
          <w:p w14:paraId="1C9E853C" w14:textId="77777777" w:rsidR="00530A27" w:rsidRDefault="00530A27" w:rsidP="00530A27">
            <w:r>
              <w:t xml:space="preserve">Teknik </w:t>
            </w:r>
            <w:proofErr w:type="spellStart"/>
            <w:r>
              <w:t>Bilimler</w:t>
            </w:r>
            <w:proofErr w:type="spellEnd"/>
            <w:r>
              <w:t xml:space="preserve"> MYO</w:t>
            </w:r>
          </w:p>
        </w:tc>
        <w:tc>
          <w:tcPr>
            <w:tcW w:w="1041" w:type="dxa"/>
          </w:tcPr>
          <w:p w14:paraId="086A0BCB" w14:textId="60E95316" w:rsidR="00530A27" w:rsidRDefault="00530A27" w:rsidP="00530A27">
            <w:r>
              <w:t>Kadın</w:t>
            </w:r>
          </w:p>
        </w:tc>
        <w:tc>
          <w:tcPr>
            <w:tcW w:w="937" w:type="dxa"/>
          </w:tcPr>
          <w:p w14:paraId="675318AD" w14:textId="77777777" w:rsidR="00530A27" w:rsidRDefault="00530A27" w:rsidP="00530A27">
            <w:r>
              <w:t>42.86</w:t>
            </w:r>
          </w:p>
        </w:tc>
        <w:tc>
          <w:tcPr>
            <w:tcW w:w="1254" w:type="dxa"/>
          </w:tcPr>
          <w:p w14:paraId="79E68BF2" w14:textId="77777777" w:rsidR="00530A27" w:rsidRDefault="00530A27" w:rsidP="00530A27">
            <w:r>
              <w:t>92.0</w:t>
            </w:r>
          </w:p>
        </w:tc>
        <w:tc>
          <w:tcPr>
            <w:tcW w:w="1314" w:type="dxa"/>
          </w:tcPr>
          <w:p w14:paraId="1C93C0B9" w14:textId="77777777" w:rsidR="00530A27" w:rsidRDefault="00530A27" w:rsidP="00530A27">
            <w:r>
              <w:t>76.0</w:t>
            </w:r>
          </w:p>
        </w:tc>
        <w:tc>
          <w:tcPr>
            <w:tcW w:w="1087" w:type="dxa"/>
          </w:tcPr>
          <w:p w14:paraId="6B552BC8" w14:textId="77777777" w:rsidR="00530A27" w:rsidRDefault="00530A27" w:rsidP="00530A27">
            <w:r>
              <w:t>65.0</w:t>
            </w:r>
          </w:p>
        </w:tc>
        <w:tc>
          <w:tcPr>
            <w:tcW w:w="1202" w:type="dxa"/>
          </w:tcPr>
          <w:p w14:paraId="3D7D88CC" w14:textId="77777777" w:rsidR="00530A27" w:rsidRDefault="00530A27" w:rsidP="00530A27">
            <w:r>
              <w:t>68.89</w:t>
            </w:r>
          </w:p>
        </w:tc>
      </w:tr>
      <w:tr w:rsidR="00530A27" w14:paraId="37365B23" w14:textId="77777777" w:rsidTr="00581CFB">
        <w:tc>
          <w:tcPr>
            <w:tcW w:w="1795" w:type="dxa"/>
          </w:tcPr>
          <w:p w14:paraId="5A6ED053" w14:textId="77777777" w:rsidR="00530A27" w:rsidRDefault="00530A27" w:rsidP="00530A27">
            <w:r>
              <w:t>Teknik Bilimler MYO</w:t>
            </w:r>
          </w:p>
        </w:tc>
        <w:tc>
          <w:tcPr>
            <w:tcW w:w="1041" w:type="dxa"/>
          </w:tcPr>
          <w:p w14:paraId="683AEDEC" w14:textId="1CC7B021" w:rsidR="00530A27" w:rsidRDefault="00530A27" w:rsidP="00530A27">
            <w:r>
              <w:t>Erkek</w:t>
            </w:r>
          </w:p>
        </w:tc>
        <w:tc>
          <w:tcPr>
            <w:tcW w:w="937" w:type="dxa"/>
          </w:tcPr>
          <w:p w14:paraId="37C6548C" w14:textId="77777777" w:rsidR="00530A27" w:rsidRDefault="00530A27" w:rsidP="00530A27">
            <w:r>
              <w:t>74.29</w:t>
            </w:r>
          </w:p>
        </w:tc>
        <w:tc>
          <w:tcPr>
            <w:tcW w:w="1254" w:type="dxa"/>
          </w:tcPr>
          <w:p w14:paraId="4EA64238" w14:textId="77777777" w:rsidR="00530A27" w:rsidRDefault="00530A27" w:rsidP="00530A27">
            <w:r>
              <w:t>60.57</w:t>
            </w:r>
          </w:p>
        </w:tc>
        <w:tc>
          <w:tcPr>
            <w:tcW w:w="1314" w:type="dxa"/>
          </w:tcPr>
          <w:p w14:paraId="5B47437F" w14:textId="77777777" w:rsidR="00530A27" w:rsidRDefault="00530A27" w:rsidP="00530A27">
            <w:r>
              <w:t>58.86</w:t>
            </w:r>
          </w:p>
        </w:tc>
        <w:tc>
          <w:tcPr>
            <w:tcW w:w="1087" w:type="dxa"/>
          </w:tcPr>
          <w:p w14:paraId="57F54137" w14:textId="77777777" w:rsidR="00530A27" w:rsidRDefault="00530A27" w:rsidP="00530A27">
            <w:r>
              <w:t>44.29</w:t>
            </w:r>
          </w:p>
        </w:tc>
        <w:tc>
          <w:tcPr>
            <w:tcW w:w="1202" w:type="dxa"/>
          </w:tcPr>
          <w:p w14:paraId="76D3D243" w14:textId="77777777" w:rsidR="00530A27" w:rsidRDefault="00530A27" w:rsidP="00530A27">
            <w:r>
              <w:t>55.04</w:t>
            </w:r>
          </w:p>
        </w:tc>
      </w:tr>
      <w:tr w:rsidR="001773B5" w14:paraId="697DBA7E" w14:textId="77777777" w:rsidTr="00581CFB">
        <w:tc>
          <w:tcPr>
            <w:tcW w:w="1795" w:type="dxa"/>
          </w:tcPr>
          <w:p w14:paraId="3B531EDD" w14:textId="77777777" w:rsidR="001773B5" w:rsidRDefault="00442B4D">
            <w:proofErr w:type="spellStart"/>
            <w:r>
              <w:t>Turizm</w:t>
            </w:r>
            <w:proofErr w:type="spellEnd"/>
            <w:r>
              <w:t xml:space="preserve"> Fakültesi</w:t>
            </w:r>
          </w:p>
        </w:tc>
        <w:tc>
          <w:tcPr>
            <w:tcW w:w="1041" w:type="dxa"/>
          </w:tcPr>
          <w:p w14:paraId="7ED3D342" w14:textId="44D5147B" w:rsidR="001773B5" w:rsidRDefault="00530A27">
            <w:r>
              <w:t>Kadın</w:t>
            </w:r>
          </w:p>
        </w:tc>
        <w:tc>
          <w:tcPr>
            <w:tcW w:w="937" w:type="dxa"/>
          </w:tcPr>
          <w:p w14:paraId="1F5C760D" w14:textId="77777777" w:rsidR="001773B5" w:rsidRDefault="00442B4D">
            <w:r>
              <w:t>77.14</w:t>
            </w:r>
          </w:p>
        </w:tc>
        <w:tc>
          <w:tcPr>
            <w:tcW w:w="1254" w:type="dxa"/>
          </w:tcPr>
          <w:p w14:paraId="392999EE" w14:textId="77777777" w:rsidR="001773B5" w:rsidRDefault="00442B4D">
            <w:r>
              <w:t>80.0</w:t>
            </w:r>
          </w:p>
        </w:tc>
        <w:tc>
          <w:tcPr>
            <w:tcW w:w="1314" w:type="dxa"/>
          </w:tcPr>
          <w:p w14:paraId="0C0304B3" w14:textId="77777777" w:rsidR="001773B5" w:rsidRDefault="00442B4D">
            <w:r>
              <w:t>80.0</w:t>
            </w:r>
          </w:p>
        </w:tc>
        <w:tc>
          <w:tcPr>
            <w:tcW w:w="1087" w:type="dxa"/>
          </w:tcPr>
          <w:p w14:paraId="6AD7F435" w14:textId="77777777" w:rsidR="001773B5" w:rsidRDefault="00442B4D">
            <w:r>
              <w:t>70.0</w:t>
            </w:r>
          </w:p>
        </w:tc>
        <w:tc>
          <w:tcPr>
            <w:tcW w:w="1202" w:type="dxa"/>
          </w:tcPr>
          <w:p w14:paraId="79C08365" w14:textId="77777777" w:rsidR="001773B5" w:rsidRDefault="00442B4D">
            <w:r>
              <w:t>68.89</w:t>
            </w:r>
          </w:p>
        </w:tc>
      </w:tr>
      <w:tr w:rsidR="00530A27" w14:paraId="4489C0C0" w14:textId="77777777" w:rsidTr="00581CFB">
        <w:tc>
          <w:tcPr>
            <w:tcW w:w="1795" w:type="dxa"/>
          </w:tcPr>
          <w:p w14:paraId="176856E8" w14:textId="77777777" w:rsidR="00530A27" w:rsidRDefault="00530A27" w:rsidP="00530A27">
            <w:proofErr w:type="spellStart"/>
            <w:r>
              <w:t>Tıp</w:t>
            </w:r>
            <w:proofErr w:type="spellEnd"/>
            <w:r>
              <w:t xml:space="preserve"> Fakültesi</w:t>
            </w:r>
          </w:p>
        </w:tc>
        <w:tc>
          <w:tcPr>
            <w:tcW w:w="1041" w:type="dxa"/>
          </w:tcPr>
          <w:p w14:paraId="18DAC1AC" w14:textId="222B64C9" w:rsidR="00530A27" w:rsidRDefault="00530A27" w:rsidP="00530A27">
            <w:r>
              <w:t>Kadın</w:t>
            </w:r>
          </w:p>
        </w:tc>
        <w:tc>
          <w:tcPr>
            <w:tcW w:w="937" w:type="dxa"/>
          </w:tcPr>
          <w:p w14:paraId="1B44B097" w14:textId="77777777" w:rsidR="00530A27" w:rsidRDefault="00530A27" w:rsidP="00530A27">
            <w:r>
              <w:t>63.9</w:t>
            </w:r>
          </w:p>
        </w:tc>
        <w:tc>
          <w:tcPr>
            <w:tcW w:w="1254" w:type="dxa"/>
          </w:tcPr>
          <w:p w14:paraId="353740D0" w14:textId="77777777" w:rsidR="00530A27" w:rsidRDefault="00530A27" w:rsidP="00530A27">
            <w:r>
              <w:t>56.73</w:t>
            </w:r>
          </w:p>
        </w:tc>
        <w:tc>
          <w:tcPr>
            <w:tcW w:w="1314" w:type="dxa"/>
          </w:tcPr>
          <w:p w14:paraId="23BE28A2" w14:textId="77777777" w:rsidR="00530A27" w:rsidRDefault="00530A27" w:rsidP="00530A27">
            <w:r>
              <w:t>60.73</w:t>
            </w:r>
          </w:p>
        </w:tc>
        <w:tc>
          <w:tcPr>
            <w:tcW w:w="1087" w:type="dxa"/>
          </w:tcPr>
          <w:p w14:paraId="512983C0" w14:textId="77777777" w:rsidR="00530A27" w:rsidRDefault="00530A27" w:rsidP="00530A27">
            <w:r>
              <w:t>39.55</w:t>
            </w:r>
          </w:p>
        </w:tc>
        <w:tc>
          <w:tcPr>
            <w:tcW w:w="1202" w:type="dxa"/>
          </w:tcPr>
          <w:p w14:paraId="40B03FBB" w14:textId="77777777" w:rsidR="00530A27" w:rsidRDefault="00530A27" w:rsidP="00530A27">
            <w:r>
              <w:t>50.35</w:t>
            </w:r>
          </w:p>
        </w:tc>
      </w:tr>
      <w:tr w:rsidR="00530A27" w14:paraId="74DB9C37" w14:textId="77777777" w:rsidTr="00581CFB">
        <w:tc>
          <w:tcPr>
            <w:tcW w:w="1795" w:type="dxa"/>
          </w:tcPr>
          <w:p w14:paraId="73B45B17" w14:textId="77777777" w:rsidR="00530A27" w:rsidRDefault="00530A27" w:rsidP="00530A27">
            <w:r>
              <w:t>Tıp Fakültesi</w:t>
            </w:r>
          </w:p>
        </w:tc>
        <w:tc>
          <w:tcPr>
            <w:tcW w:w="1041" w:type="dxa"/>
          </w:tcPr>
          <w:p w14:paraId="69177D49" w14:textId="4EF619D7" w:rsidR="00530A27" w:rsidRDefault="00530A27" w:rsidP="00530A27">
            <w:r>
              <w:t>Erkek</w:t>
            </w:r>
          </w:p>
        </w:tc>
        <w:tc>
          <w:tcPr>
            <w:tcW w:w="937" w:type="dxa"/>
          </w:tcPr>
          <w:p w14:paraId="452E4424" w14:textId="77777777" w:rsidR="00530A27" w:rsidRDefault="00530A27" w:rsidP="00530A27">
            <w:r>
              <w:t>40.0</w:t>
            </w:r>
          </w:p>
        </w:tc>
        <w:tc>
          <w:tcPr>
            <w:tcW w:w="1254" w:type="dxa"/>
          </w:tcPr>
          <w:p w14:paraId="1AF90521" w14:textId="77777777" w:rsidR="00530A27" w:rsidRDefault="00530A27" w:rsidP="00530A27">
            <w:r>
              <w:t>32.0</w:t>
            </w:r>
          </w:p>
        </w:tc>
        <w:tc>
          <w:tcPr>
            <w:tcW w:w="1314" w:type="dxa"/>
          </w:tcPr>
          <w:p w14:paraId="5E46739D" w14:textId="77777777" w:rsidR="00530A27" w:rsidRDefault="00530A27" w:rsidP="00530A27">
            <w:r>
              <w:t>56.0</w:t>
            </w:r>
          </w:p>
        </w:tc>
        <w:tc>
          <w:tcPr>
            <w:tcW w:w="1087" w:type="dxa"/>
          </w:tcPr>
          <w:p w14:paraId="4FCE49D1" w14:textId="77777777" w:rsidR="00530A27" w:rsidRDefault="00530A27" w:rsidP="00530A27">
            <w:r>
              <w:t>20.0</w:t>
            </w:r>
          </w:p>
        </w:tc>
        <w:tc>
          <w:tcPr>
            <w:tcW w:w="1202" w:type="dxa"/>
          </w:tcPr>
          <w:p w14:paraId="37F2B377" w14:textId="77777777" w:rsidR="00530A27" w:rsidRDefault="00530A27" w:rsidP="00530A27">
            <w:r>
              <w:t>40.0</w:t>
            </w:r>
          </w:p>
        </w:tc>
      </w:tr>
      <w:tr w:rsidR="00530A27" w14:paraId="6DFC85A5" w14:textId="77777777" w:rsidTr="00581CFB">
        <w:tc>
          <w:tcPr>
            <w:tcW w:w="1795" w:type="dxa"/>
          </w:tcPr>
          <w:p w14:paraId="2804EED5" w14:textId="77777777" w:rsidR="00530A27" w:rsidRDefault="00530A27" w:rsidP="00530A27">
            <w:proofErr w:type="spellStart"/>
            <w:r>
              <w:t>Veteriner</w:t>
            </w:r>
            <w:proofErr w:type="spellEnd"/>
            <w:r>
              <w:t xml:space="preserve"> Fakültesi</w:t>
            </w:r>
          </w:p>
        </w:tc>
        <w:tc>
          <w:tcPr>
            <w:tcW w:w="1041" w:type="dxa"/>
          </w:tcPr>
          <w:p w14:paraId="604B16CD" w14:textId="30A594C5" w:rsidR="00530A27" w:rsidRDefault="00530A27" w:rsidP="00530A27">
            <w:r>
              <w:t>Kadın</w:t>
            </w:r>
          </w:p>
        </w:tc>
        <w:tc>
          <w:tcPr>
            <w:tcW w:w="937" w:type="dxa"/>
          </w:tcPr>
          <w:p w14:paraId="3BB6A3DE" w14:textId="77777777" w:rsidR="00530A27" w:rsidRDefault="00530A27" w:rsidP="00530A27">
            <w:r>
              <w:t>71.43</w:t>
            </w:r>
          </w:p>
        </w:tc>
        <w:tc>
          <w:tcPr>
            <w:tcW w:w="1254" w:type="dxa"/>
          </w:tcPr>
          <w:p w14:paraId="68B95CFA" w14:textId="77777777" w:rsidR="00530A27" w:rsidRDefault="00530A27" w:rsidP="00530A27">
            <w:r>
              <w:t>76.0</w:t>
            </w:r>
          </w:p>
        </w:tc>
        <w:tc>
          <w:tcPr>
            <w:tcW w:w="1314" w:type="dxa"/>
          </w:tcPr>
          <w:p w14:paraId="2A30E127" w14:textId="77777777" w:rsidR="00530A27" w:rsidRDefault="00530A27" w:rsidP="00530A27">
            <w:r>
              <w:t>80.0</w:t>
            </w:r>
          </w:p>
        </w:tc>
        <w:tc>
          <w:tcPr>
            <w:tcW w:w="1087" w:type="dxa"/>
          </w:tcPr>
          <w:p w14:paraId="303A5216" w14:textId="77777777" w:rsidR="00530A27" w:rsidRDefault="00530A27" w:rsidP="00530A27">
            <w:r>
              <w:t>70.0</w:t>
            </w:r>
          </w:p>
        </w:tc>
        <w:tc>
          <w:tcPr>
            <w:tcW w:w="1202" w:type="dxa"/>
          </w:tcPr>
          <w:p w14:paraId="486BE351" w14:textId="77777777" w:rsidR="00530A27" w:rsidRDefault="00530A27" w:rsidP="00530A27">
            <w:r>
              <w:t>66.67</w:t>
            </w:r>
          </w:p>
        </w:tc>
      </w:tr>
      <w:tr w:rsidR="00530A27" w14:paraId="4DE71B99" w14:textId="77777777" w:rsidTr="00581CFB">
        <w:tc>
          <w:tcPr>
            <w:tcW w:w="1795" w:type="dxa"/>
          </w:tcPr>
          <w:p w14:paraId="0BA00860" w14:textId="77777777" w:rsidR="00530A27" w:rsidRDefault="00530A27" w:rsidP="00530A27">
            <w:r>
              <w:t>Veteriner Fakültesi</w:t>
            </w:r>
          </w:p>
        </w:tc>
        <w:tc>
          <w:tcPr>
            <w:tcW w:w="1041" w:type="dxa"/>
          </w:tcPr>
          <w:p w14:paraId="156E010D" w14:textId="2041DA0F" w:rsidR="00530A27" w:rsidRDefault="00530A27" w:rsidP="00530A27">
            <w:r>
              <w:t>Erkek</w:t>
            </w:r>
          </w:p>
        </w:tc>
        <w:tc>
          <w:tcPr>
            <w:tcW w:w="937" w:type="dxa"/>
          </w:tcPr>
          <w:p w14:paraId="382B0FB6" w14:textId="77777777" w:rsidR="00530A27" w:rsidRDefault="00530A27" w:rsidP="00530A27">
            <w:r>
              <w:t>66.43</w:t>
            </w:r>
          </w:p>
        </w:tc>
        <w:tc>
          <w:tcPr>
            <w:tcW w:w="1254" w:type="dxa"/>
          </w:tcPr>
          <w:p w14:paraId="6706979A" w14:textId="77777777" w:rsidR="00530A27" w:rsidRDefault="00530A27" w:rsidP="00530A27">
            <w:r>
              <w:t>53.0</w:t>
            </w:r>
          </w:p>
        </w:tc>
        <w:tc>
          <w:tcPr>
            <w:tcW w:w="1314" w:type="dxa"/>
          </w:tcPr>
          <w:p w14:paraId="02F2CAA9" w14:textId="77777777" w:rsidR="00530A27" w:rsidRDefault="00530A27" w:rsidP="00530A27">
            <w:r>
              <w:t>67.0</w:t>
            </w:r>
          </w:p>
        </w:tc>
        <w:tc>
          <w:tcPr>
            <w:tcW w:w="1087" w:type="dxa"/>
          </w:tcPr>
          <w:p w14:paraId="37557576" w14:textId="77777777" w:rsidR="00530A27" w:rsidRDefault="00530A27" w:rsidP="00530A27">
            <w:r>
              <w:t>51.25</w:t>
            </w:r>
          </w:p>
        </w:tc>
        <w:tc>
          <w:tcPr>
            <w:tcW w:w="1202" w:type="dxa"/>
          </w:tcPr>
          <w:p w14:paraId="6487EEF5" w14:textId="77777777" w:rsidR="00530A27" w:rsidRDefault="00530A27" w:rsidP="00530A27">
            <w:r>
              <w:t>46.53</w:t>
            </w:r>
          </w:p>
        </w:tc>
      </w:tr>
      <w:tr w:rsidR="00530A27" w14:paraId="3FBEB802" w14:textId="77777777" w:rsidTr="00581CFB">
        <w:tc>
          <w:tcPr>
            <w:tcW w:w="1795" w:type="dxa"/>
          </w:tcPr>
          <w:p w14:paraId="361A9A51" w14:textId="77777777" w:rsidR="00530A27" w:rsidRDefault="00530A27" w:rsidP="00530A27">
            <w:proofErr w:type="spellStart"/>
            <w:r>
              <w:t>Yabancı</w:t>
            </w:r>
            <w:proofErr w:type="spellEnd"/>
            <w:r>
              <w:t xml:space="preserve"> Diller YO</w:t>
            </w:r>
          </w:p>
        </w:tc>
        <w:tc>
          <w:tcPr>
            <w:tcW w:w="1041" w:type="dxa"/>
          </w:tcPr>
          <w:p w14:paraId="359EF82F" w14:textId="30684DF5" w:rsidR="00530A27" w:rsidRDefault="00530A27" w:rsidP="00530A27">
            <w:r>
              <w:t>Kadın</w:t>
            </w:r>
          </w:p>
        </w:tc>
        <w:tc>
          <w:tcPr>
            <w:tcW w:w="937" w:type="dxa"/>
          </w:tcPr>
          <w:p w14:paraId="2EA3E5FD" w14:textId="77777777" w:rsidR="00530A27" w:rsidRDefault="00530A27" w:rsidP="00530A27">
            <w:r>
              <w:t>94.29</w:t>
            </w:r>
          </w:p>
        </w:tc>
        <w:tc>
          <w:tcPr>
            <w:tcW w:w="1254" w:type="dxa"/>
          </w:tcPr>
          <w:p w14:paraId="60BAD640" w14:textId="77777777" w:rsidR="00530A27" w:rsidRDefault="00530A27" w:rsidP="00530A27">
            <w:r>
              <w:t>56.0</w:t>
            </w:r>
          </w:p>
        </w:tc>
        <w:tc>
          <w:tcPr>
            <w:tcW w:w="1314" w:type="dxa"/>
          </w:tcPr>
          <w:p w14:paraId="7ABA500E" w14:textId="77777777" w:rsidR="00530A27" w:rsidRDefault="00530A27" w:rsidP="00530A27">
            <w:r>
              <w:t>96.0</w:t>
            </w:r>
          </w:p>
        </w:tc>
        <w:tc>
          <w:tcPr>
            <w:tcW w:w="1087" w:type="dxa"/>
          </w:tcPr>
          <w:p w14:paraId="589E1E1F" w14:textId="77777777" w:rsidR="00530A27" w:rsidRDefault="00530A27" w:rsidP="00530A27">
            <w:r>
              <w:t>40.0</w:t>
            </w:r>
          </w:p>
        </w:tc>
        <w:tc>
          <w:tcPr>
            <w:tcW w:w="1202" w:type="dxa"/>
          </w:tcPr>
          <w:p w14:paraId="44F680F9" w14:textId="77777777" w:rsidR="00530A27" w:rsidRDefault="00530A27" w:rsidP="00530A27">
            <w:r>
              <w:t>86.67</w:t>
            </w:r>
          </w:p>
        </w:tc>
      </w:tr>
      <w:tr w:rsidR="00530A27" w14:paraId="3778433A" w14:textId="77777777" w:rsidTr="00581CFB">
        <w:tc>
          <w:tcPr>
            <w:tcW w:w="1795" w:type="dxa"/>
          </w:tcPr>
          <w:p w14:paraId="12A5FF9E" w14:textId="77777777" w:rsidR="00530A27" w:rsidRDefault="00530A27" w:rsidP="00530A27">
            <w:r>
              <w:t>Yabancı Diller YO</w:t>
            </w:r>
          </w:p>
        </w:tc>
        <w:tc>
          <w:tcPr>
            <w:tcW w:w="1041" w:type="dxa"/>
          </w:tcPr>
          <w:p w14:paraId="054C108A" w14:textId="4CD05AB3" w:rsidR="00530A27" w:rsidRDefault="00530A27" w:rsidP="00530A27">
            <w:r>
              <w:t>Erkek</w:t>
            </w:r>
          </w:p>
        </w:tc>
        <w:tc>
          <w:tcPr>
            <w:tcW w:w="937" w:type="dxa"/>
          </w:tcPr>
          <w:p w14:paraId="52234431" w14:textId="77777777" w:rsidR="00530A27" w:rsidRDefault="00530A27" w:rsidP="00530A27">
            <w:r>
              <w:t>80.71</w:t>
            </w:r>
          </w:p>
        </w:tc>
        <w:tc>
          <w:tcPr>
            <w:tcW w:w="1254" w:type="dxa"/>
          </w:tcPr>
          <w:p w14:paraId="2DFBDF46" w14:textId="77777777" w:rsidR="00530A27" w:rsidRDefault="00530A27" w:rsidP="00530A27">
            <w:r>
              <w:t>74.0</w:t>
            </w:r>
          </w:p>
        </w:tc>
        <w:tc>
          <w:tcPr>
            <w:tcW w:w="1314" w:type="dxa"/>
          </w:tcPr>
          <w:p w14:paraId="32B1413E" w14:textId="77777777" w:rsidR="00530A27" w:rsidRDefault="00530A27" w:rsidP="00530A27">
            <w:r>
              <w:t>77.75</w:t>
            </w:r>
          </w:p>
        </w:tc>
        <w:tc>
          <w:tcPr>
            <w:tcW w:w="1087" w:type="dxa"/>
          </w:tcPr>
          <w:p w14:paraId="5520C5EF" w14:textId="77777777" w:rsidR="00530A27" w:rsidRDefault="00530A27" w:rsidP="00530A27">
            <w:r>
              <w:t>56.25</w:t>
            </w:r>
          </w:p>
        </w:tc>
        <w:tc>
          <w:tcPr>
            <w:tcW w:w="1202" w:type="dxa"/>
          </w:tcPr>
          <w:p w14:paraId="65563691" w14:textId="77777777" w:rsidR="00530A27" w:rsidRDefault="00530A27" w:rsidP="00530A27">
            <w:r>
              <w:t>62.15</w:t>
            </w:r>
          </w:p>
        </w:tc>
      </w:tr>
      <w:tr w:rsidR="00530A27" w14:paraId="633FC181" w14:textId="77777777" w:rsidTr="00581CFB">
        <w:tc>
          <w:tcPr>
            <w:tcW w:w="1795" w:type="dxa"/>
          </w:tcPr>
          <w:p w14:paraId="1BB7C6CA" w14:textId="77777777" w:rsidR="00530A27" w:rsidRDefault="00530A27" w:rsidP="00530A27">
            <w:proofErr w:type="spellStart"/>
            <w:r>
              <w:t>İktisadi</w:t>
            </w:r>
            <w:proofErr w:type="spellEnd"/>
            <w:r>
              <w:t xml:space="preserve"> </w:t>
            </w:r>
            <w:proofErr w:type="spellStart"/>
            <w:r>
              <w:t>ve</w:t>
            </w:r>
            <w:proofErr w:type="spellEnd"/>
            <w:r>
              <w:t xml:space="preserve"> </w:t>
            </w:r>
            <w:proofErr w:type="spellStart"/>
            <w:r>
              <w:t>İdari</w:t>
            </w:r>
            <w:proofErr w:type="spellEnd"/>
            <w:r>
              <w:t xml:space="preserve"> </w:t>
            </w:r>
            <w:proofErr w:type="spellStart"/>
            <w:r>
              <w:t>Bilimler</w:t>
            </w:r>
            <w:proofErr w:type="spellEnd"/>
            <w:r>
              <w:t xml:space="preserve"> Fakültesi</w:t>
            </w:r>
          </w:p>
        </w:tc>
        <w:tc>
          <w:tcPr>
            <w:tcW w:w="1041" w:type="dxa"/>
          </w:tcPr>
          <w:p w14:paraId="7451E821" w14:textId="6C30F354" w:rsidR="00530A27" w:rsidRDefault="00530A27" w:rsidP="00530A27">
            <w:r>
              <w:t>Kadın</w:t>
            </w:r>
          </w:p>
        </w:tc>
        <w:tc>
          <w:tcPr>
            <w:tcW w:w="937" w:type="dxa"/>
          </w:tcPr>
          <w:p w14:paraId="05433566" w14:textId="77777777" w:rsidR="00530A27" w:rsidRDefault="00530A27" w:rsidP="00530A27">
            <w:r>
              <w:t>63.27</w:t>
            </w:r>
          </w:p>
        </w:tc>
        <w:tc>
          <w:tcPr>
            <w:tcW w:w="1254" w:type="dxa"/>
          </w:tcPr>
          <w:p w14:paraId="7E6443D2" w14:textId="77777777" w:rsidR="00530A27" w:rsidRDefault="00530A27" w:rsidP="00530A27">
            <w:r>
              <w:t>65.33</w:t>
            </w:r>
          </w:p>
        </w:tc>
        <w:tc>
          <w:tcPr>
            <w:tcW w:w="1314" w:type="dxa"/>
          </w:tcPr>
          <w:p w14:paraId="678AD136" w14:textId="77777777" w:rsidR="00530A27" w:rsidRDefault="00530A27" w:rsidP="00530A27">
            <w:r>
              <w:t>63.67</w:t>
            </w:r>
          </w:p>
        </w:tc>
        <w:tc>
          <w:tcPr>
            <w:tcW w:w="1087" w:type="dxa"/>
          </w:tcPr>
          <w:p w14:paraId="5389039F" w14:textId="77777777" w:rsidR="00530A27" w:rsidRDefault="00530A27" w:rsidP="00530A27">
            <w:r>
              <w:t>44.76</w:t>
            </w:r>
          </w:p>
        </w:tc>
        <w:tc>
          <w:tcPr>
            <w:tcW w:w="1202" w:type="dxa"/>
          </w:tcPr>
          <w:p w14:paraId="4A5CC008" w14:textId="77777777" w:rsidR="00530A27" w:rsidRDefault="00530A27" w:rsidP="00530A27">
            <w:r>
              <w:t>55.09</w:t>
            </w:r>
          </w:p>
        </w:tc>
      </w:tr>
      <w:tr w:rsidR="00530A27" w14:paraId="36E40ADF" w14:textId="77777777" w:rsidTr="00581CFB">
        <w:tc>
          <w:tcPr>
            <w:tcW w:w="1795" w:type="dxa"/>
          </w:tcPr>
          <w:p w14:paraId="1FEF6076" w14:textId="77777777" w:rsidR="00530A27" w:rsidRDefault="00530A27" w:rsidP="00530A27">
            <w:r>
              <w:lastRenderedPageBreak/>
              <w:t>İktisadi ve İdari Bilimler Fakültesi</w:t>
            </w:r>
          </w:p>
        </w:tc>
        <w:tc>
          <w:tcPr>
            <w:tcW w:w="1041" w:type="dxa"/>
          </w:tcPr>
          <w:p w14:paraId="3D54463D" w14:textId="2023A953" w:rsidR="00530A27" w:rsidRDefault="00530A27" w:rsidP="00530A27">
            <w:r>
              <w:t>Erkek</w:t>
            </w:r>
          </w:p>
        </w:tc>
        <w:tc>
          <w:tcPr>
            <w:tcW w:w="937" w:type="dxa"/>
          </w:tcPr>
          <w:p w14:paraId="651774EA" w14:textId="77777777" w:rsidR="00530A27" w:rsidRDefault="00530A27" w:rsidP="00530A27">
            <w:r>
              <w:t>58.37</w:t>
            </w:r>
          </w:p>
        </w:tc>
        <w:tc>
          <w:tcPr>
            <w:tcW w:w="1254" w:type="dxa"/>
          </w:tcPr>
          <w:p w14:paraId="4FED1E48" w14:textId="77777777" w:rsidR="00530A27" w:rsidRDefault="00530A27" w:rsidP="00530A27">
            <w:r>
              <w:t>64.57</w:t>
            </w:r>
          </w:p>
        </w:tc>
        <w:tc>
          <w:tcPr>
            <w:tcW w:w="1314" w:type="dxa"/>
          </w:tcPr>
          <w:p w14:paraId="56AF91DD" w14:textId="77777777" w:rsidR="00530A27" w:rsidRDefault="00530A27" w:rsidP="00530A27">
            <w:r>
              <w:t>64.0</w:t>
            </w:r>
          </w:p>
        </w:tc>
        <w:tc>
          <w:tcPr>
            <w:tcW w:w="1087" w:type="dxa"/>
          </w:tcPr>
          <w:p w14:paraId="287B9FBB" w14:textId="77777777" w:rsidR="00530A27" w:rsidRDefault="00530A27" w:rsidP="00530A27">
            <w:r>
              <w:t>52.14</w:t>
            </w:r>
          </w:p>
        </w:tc>
        <w:tc>
          <w:tcPr>
            <w:tcW w:w="1202" w:type="dxa"/>
          </w:tcPr>
          <w:p w14:paraId="29AB979C" w14:textId="77777777" w:rsidR="00530A27" w:rsidRDefault="00530A27" w:rsidP="00530A27">
            <w:r>
              <w:t>53.65</w:t>
            </w:r>
          </w:p>
        </w:tc>
      </w:tr>
      <w:tr w:rsidR="00530A27" w14:paraId="39A65C85" w14:textId="77777777" w:rsidTr="00581CFB">
        <w:tc>
          <w:tcPr>
            <w:tcW w:w="1795" w:type="dxa"/>
          </w:tcPr>
          <w:p w14:paraId="6581E6A0" w14:textId="77777777" w:rsidR="00530A27" w:rsidRDefault="00530A27" w:rsidP="00530A27">
            <w:proofErr w:type="spellStart"/>
            <w:r>
              <w:t>İletişim</w:t>
            </w:r>
            <w:proofErr w:type="spellEnd"/>
            <w:r>
              <w:t xml:space="preserve"> Fakültesi</w:t>
            </w:r>
          </w:p>
        </w:tc>
        <w:tc>
          <w:tcPr>
            <w:tcW w:w="1041" w:type="dxa"/>
          </w:tcPr>
          <w:p w14:paraId="43796B41" w14:textId="5D6F769C" w:rsidR="00530A27" w:rsidRDefault="00530A27" w:rsidP="00530A27">
            <w:r>
              <w:t>Kadın</w:t>
            </w:r>
          </w:p>
        </w:tc>
        <w:tc>
          <w:tcPr>
            <w:tcW w:w="937" w:type="dxa"/>
          </w:tcPr>
          <w:p w14:paraId="2414825E" w14:textId="77777777" w:rsidR="00530A27" w:rsidRDefault="00530A27" w:rsidP="00530A27">
            <w:r>
              <w:t>71.11</w:t>
            </w:r>
          </w:p>
        </w:tc>
        <w:tc>
          <w:tcPr>
            <w:tcW w:w="1254" w:type="dxa"/>
          </w:tcPr>
          <w:p w14:paraId="41DA1D40" w14:textId="77777777" w:rsidR="00530A27" w:rsidRDefault="00530A27" w:rsidP="00530A27">
            <w:r>
              <w:t>75.11</w:t>
            </w:r>
          </w:p>
        </w:tc>
        <w:tc>
          <w:tcPr>
            <w:tcW w:w="1314" w:type="dxa"/>
          </w:tcPr>
          <w:p w14:paraId="67A0F691" w14:textId="77777777" w:rsidR="00530A27" w:rsidRDefault="00530A27" w:rsidP="00530A27">
            <w:r>
              <w:t>71.11</w:t>
            </w:r>
          </w:p>
        </w:tc>
        <w:tc>
          <w:tcPr>
            <w:tcW w:w="1087" w:type="dxa"/>
          </w:tcPr>
          <w:p w14:paraId="251FFC1C" w14:textId="77777777" w:rsidR="00530A27" w:rsidRDefault="00530A27" w:rsidP="00530A27">
            <w:r>
              <w:t>49.44</w:t>
            </w:r>
          </w:p>
        </w:tc>
        <w:tc>
          <w:tcPr>
            <w:tcW w:w="1202" w:type="dxa"/>
          </w:tcPr>
          <w:p w14:paraId="57177312" w14:textId="77777777" w:rsidR="00530A27" w:rsidRDefault="00530A27" w:rsidP="00530A27">
            <w:r>
              <w:t>62.19</w:t>
            </w:r>
          </w:p>
        </w:tc>
      </w:tr>
      <w:tr w:rsidR="00530A27" w14:paraId="5DFD8FC3" w14:textId="77777777" w:rsidTr="00581CFB">
        <w:tc>
          <w:tcPr>
            <w:tcW w:w="1795" w:type="dxa"/>
          </w:tcPr>
          <w:p w14:paraId="3E383222" w14:textId="77777777" w:rsidR="00530A27" w:rsidRDefault="00530A27" w:rsidP="00530A27">
            <w:r>
              <w:t>İletişim Fakültesi</w:t>
            </w:r>
          </w:p>
        </w:tc>
        <w:tc>
          <w:tcPr>
            <w:tcW w:w="1041" w:type="dxa"/>
          </w:tcPr>
          <w:p w14:paraId="0CE817B3" w14:textId="093F22FD" w:rsidR="00530A27" w:rsidRDefault="00530A27" w:rsidP="00530A27">
            <w:r>
              <w:t>Erkek</w:t>
            </w:r>
          </w:p>
        </w:tc>
        <w:tc>
          <w:tcPr>
            <w:tcW w:w="937" w:type="dxa"/>
          </w:tcPr>
          <w:p w14:paraId="3EE1DD3C" w14:textId="77777777" w:rsidR="00530A27" w:rsidRDefault="00530A27" w:rsidP="00530A27">
            <w:r>
              <w:t>54.29</w:t>
            </w:r>
          </w:p>
        </w:tc>
        <w:tc>
          <w:tcPr>
            <w:tcW w:w="1254" w:type="dxa"/>
          </w:tcPr>
          <w:p w14:paraId="79F10AE7" w14:textId="77777777" w:rsidR="00530A27" w:rsidRDefault="00530A27" w:rsidP="00530A27">
            <w:r>
              <w:t>80.0</w:t>
            </w:r>
          </w:p>
        </w:tc>
        <w:tc>
          <w:tcPr>
            <w:tcW w:w="1314" w:type="dxa"/>
          </w:tcPr>
          <w:p w14:paraId="2F3C4464" w14:textId="77777777" w:rsidR="00530A27" w:rsidRDefault="00530A27" w:rsidP="00530A27">
            <w:r>
              <w:t>60.0</w:t>
            </w:r>
          </w:p>
        </w:tc>
        <w:tc>
          <w:tcPr>
            <w:tcW w:w="1087" w:type="dxa"/>
          </w:tcPr>
          <w:p w14:paraId="36188F90" w14:textId="77777777" w:rsidR="00530A27" w:rsidRDefault="00530A27" w:rsidP="00530A27">
            <w:r>
              <w:t>55.0</w:t>
            </w:r>
          </w:p>
        </w:tc>
        <w:tc>
          <w:tcPr>
            <w:tcW w:w="1202" w:type="dxa"/>
          </w:tcPr>
          <w:p w14:paraId="67485BFB" w14:textId="77777777" w:rsidR="00530A27" w:rsidRDefault="00530A27" w:rsidP="00530A27">
            <w:r>
              <w:t>51.11</w:t>
            </w:r>
          </w:p>
        </w:tc>
      </w:tr>
      <w:tr w:rsidR="001773B5" w14:paraId="24D6AFCA" w14:textId="77777777" w:rsidTr="00581CFB">
        <w:tc>
          <w:tcPr>
            <w:tcW w:w="1795" w:type="dxa"/>
          </w:tcPr>
          <w:p w14:paraId="6381150A" w14:textId="77777777" w:rsidR="001773B5" w:rsidRDefault="00442B4D">
            <w:r>
              <w:t xml:space="preserve">İslami İlimler </w:t>
            </w:r>
            <w:proofErr w:type="spellStart"/>
            <w:r>
              <w:t>Fakültesi</w:t>
            </w:r>
            <w:proofErr w:type="spellEnd"/>
          </w:p>
        </w:tc>
        <w:tc>
          <w:tcPr>
            <w:tcW w:w="1041" w:type="dxa"/>
          </w:tcPr>
          <w:p w14:paraId="6A10FB5E" w14:textId="2FB2D379" w:rsidR="001773B5" w:rsidRDefault="00530A27">
            <w:r>
              <w:t>Kadın</w:t>
            </w:r>
          </w:p>
        </w:tc>
        <w:tc>
          <w:tcPr>
            <w:tcW w:w="937" w:type="dxa"/>
          </w:tcPr>
          <w:p w14:paraId="28884414" w14:textId="77777777" w:rsidR="001773B5" w:rsidRDefault="00442B4D">
            <w:r>
              <w:t>57.78</w:t>
            </w:r>
          </w:p>
        </w:tc>
        <w:tc>
          <w:tcPr>
            <w:tcW w:w="1254" w:type="dxa"/>
          </w:tcPr>
          <w:p w14:paraId="0EA88192" w14:textId="77777777" w:rsidR="001773B5" w:rsidRDefault="00442B4D">
            <w:r>
              <w:t>56.0</w:t>
            </w:r>
          </w:p>
        </w:tc>
        <w:tc>
          <w:tcPr>
            <w:tcW w:w="1314" w:type="dxa"/>
          </w:tcPr>
          <w:p w14:paraId="717F6A65" w14:textId="77777777" w:rsidR="001773B5" w:rsidRDefault="00442B4D">
            <w:r>
              <w:t>58.67</w:t>
            </w:r>
          </w:p>
        </w:tc>
        <w:tc>
          <w:tcPr>
            <w:tcW w:w="1087" w:type="dxa"/>
          </w:tcPr>
          <w:p w14:paraId="402192E9" w14:textId="77777777" w:rsidR="001773B5" w:rsidRDefault="00442B4D">
            <w:r>
              <w:t>42.22</w:t>
            </w:r>
          </w:p>
        </w:tc>
        <w:tc>
          <w:tcPr>
            <w:tcW w:w="1202" w:type="dxa"/>
          </w:tcPr>
          <w:p w14:paraId="630DD5F9" w14:textId="77777777" w:rsidR="001773B5" w:rsidRDefault="00442B4D">
            <w:r>
              <w:t>46.88</w:t>
            </w:r>
          </w:p>
        </w:tc>
      </w:tr>
    </w:tbl>
    <w:p w14:paraId="58C6784C" w14:textId="77777777" w:rsidR="001773B5" w:rsidRDefault="00442B4D">
      <w:pPr>
        <w:pStyle w:val="Balk3"/>
      </w:pPr>
      <w:r>
        <w:t xml:space="preserve">Tablo 13: </w:t>
      </w:r>
      <w:proofErr w:type="spellStart"/>
      <w:r>
        <w:t>Birim</w:t>
      </w:r>
      <w:proofErr w:type="spellEnd"/>
      <w:r>
        <w:t xml:space="preserve"> </w:t>
      </w:r>
      <w:proofErr w:type="spellStart"/>
      <w:r>
        <w:t>ve</w:t>
      </w:r>
      <w:proofErr w:type="spellEnd"/>
      <w:r>
        <w:t xml:space="preserve"> </w:t>
      </w:r>
      <w:proofErr w:type="spellStart"/>
      <w:r>
        <w:t>Eğitim</w:t>
      </w:r>
      <w:proofErr w:type="spellEnd"/>
      <w:r>
        <w:t xml:space="preserve"> </w:t>
      </w:r>
      <w:proofErr w:type="spellStart"/>
      <w:r>
        <w:t>Süresine</w:t>
      </w:r>
      <w:proofErr w:type="spellEnd"/>
      <w:r>
        <w:t xml:space="preserve"> Göre Memnuniyet Skorları</w:t>
      </w:r>
    </w:p>
    <w:tbl>
      <w:tblPr>
        <w:tblStyle w:val="TabloKlavuzu"/>
        <w:tblW w:w="0" w:type="auto"/>
        <w:tblLook w:val="04A0" w:firstRow="1" w:lastRow="0" w:firstColumn="1" w:lastColumn="0" w:noHBand="0" w:noVBand="1"/>
      </w:tblPr>
      <w:tblGrid>
        <w:gridCol w:w="1383"/>
        <w:gridCol w:w="1179"/>
        <w:gridCol w:w="1108"/>
        <w:gridCol w:w="1254"/>
        <w:gridCol w:w="1314"/>
        <w:gridCol w:w="1172"/>
        <w:gridCol w:w="1220"/>
      </w:tblGrid>
      <w:tr w:rsidR="001773B5" w14:paraId="3AA9E300" w14:textId="77777777">
        <w:tc>
          <w:tcPr>
            <w:tcW w:w="1234" w:type="dxa"/>
          </w:tcPr>
          <w:p w14:paraId="5101E6D5" w14:textId="3D8FCFA6" w:rsidR="001773B5" w:rsidRDefault="00530A27">
            <w:r>
              <w:t>Akademik Birim</w:t>
            </w:r>
          </w:p>
        </w:tc>
        <w:tc>
          <w:tcPr>
            <w:tcW w:w="1234" w:type="dxa"/>
          </w:tcPr>
          <w:p w14:paraId="51015072" w14:textId="734AFC70" w:rsidR="001773B5" w:rsidRDefault="00530A27">
            <w:proofErr w:type="spellStart"/>
            <w:r>
              <w:t>Eğitimde</w:t>
            </w:r>
            <w:proofErr w:type="spellEnd"/>
            <w:r>
              <w:t xml:space="preserve"> Geçen </w:t>
            </w:r>
            <w:proofErr w:type="spellStart"/>
            <w:r>
              <w:t>Süre</w:t>
            </w:r>
            <w:proofErr w:type="spellEnd"/>
          </w:p>
        </w:tc>
        <w:tc>
          <w:tcPr>
            <w:tcW w:w="1234" w:type="dxa"/>
          </w:tcPr>
          <w:p w14:paraId="3A7801CD" w14:textId="77777777" w:rsidR="001773B5" w:rsidRDefault="00442B4D">
            <w:r>
              <w:t>Eğitim (%)</w:t>
            </w:r>
          </w:p>
        </w:tc>
        <w:tc>
          <w:tcPr>
            <w:tcW w:w="1234" w:type="dxa"/>
          </w:tcPr>
          <w:p w14:paraId="28E9EDE4" w14:textId="77777777" w:rsidR="001773B5" w:rsidRDefault="00442B4D">
            <w:r>
              <w:t>Kütüphane (%)</w:t>
            </w:r>
          </w:p>
        </w:tc>
        <w:tc>
          <w:tcPr>
            <w:tcW w:w="1234" w:type="dxa"/>
          </w:tcPr>
          <w:p w14:paraId="31580431" w14:textId="77777777" w:rsidR="001773B5" w:rsidRDefault="00442B4D">
            <w:r>
              <w:t>Yemekhane (%)</w:t>
            </w:r>
          </w:p>
        </w:tc>
        <w:tc>
          <w:tcPr>
            <w:tcW w:w="1234" w:type="dxa"/>
          </w:tcPr>
          <w:p w14:paraId="18A5A6C4" w14:textId="77777777" w:rsidR="001773B5" w:rsidRDefault="00442B4D">
            <w:r>
              <w:t>Temizlik (%)</w:t>
            </w:r>
          </w:p>
        </w:tc>
        <w:tc>
          <w:tcPr>
            <w:tcW w:w="1234" w:type="dxa"/>
          </w:tcPr>
          <w:p w14:paraId="25FB7450" w14:textId="77777777" w:rsidR="001773B5" w:rsidRDefault="00442B4D">
            <w:r>
              <w:t>Üniversite (%)</w:t>
            </w:r>
          </w:p>
        </w:tc>
      </w:tr>
      <w:tr w:rsidR="001773B5" w14:paraId="1636DDF0" w14:textId="77777777">
        <w:tc>
          <w:tcPr>
            <w:tcW w:w="1234" w:type="dxa"/>
          </w:tcPr>
          <w:p w14:paraId="22764AD9" w14:textId="77777777" w:rsidR="001773B5" w:rsidRDefault="00442B4D">
            <w:r>
              <w:t>Eğitim Fakültesi</w:t>
            </w:r>
          </w:p>
        </w:tc>
        <w:tc>
          <w:tcPr>
            <w:tcW w:w="1234" w:type="dxa"/>
          </w:tcPr>
          <w:p w14:paraId="2F222420" w14:textId="77777777" w:rsidR="001773B5" w:rsidRDefault="00442B4D">
            <w:r>
              <w:t>1.0</w:t>
            </w:r>
          </w:p>
        </w:tc>
        <w:tc>
          <w:tcPr>
            <w:tcW w:w="1234" w:type="dxa"/>
          </w:tcPr>
          <w:p w14:paraId="4BD0A96E" w14:textId="77777777" w:rsidR="001773B5" w:rsidRDefault="00442B4D">
            <w:r>
              <w:t>56.73</w:t>
            </w:r>
          </w:p>
        </w:tc>
        <w:tc>
          <w:tcPr>
            <w:tcW w:w="1234" w:type="dxa"/>
          </w:tcPr>
          <w:p w14:paraId="1F00B795" w14:textId="77777777" w:rsidR="001773B5" w:rsidRDefault="00442B4D">
            <w:r>
              <w:t>65.14</w:t>
            </w:r>
          </w:p>
        </w:tc>
        <w:tc>
          <w:tcPr>
            <w:tcW w:w="1234" w:type="dxa"/>
          </w:tcPr>
          <w:p w14:paraId="798F81B4" w14:textId="77777777" w:rsidR="001773B5" w:rsidRDefault="00442B4D">
            <w:r>
              <w:t>54.86</w:t>
            </w:r>
          </w:p>
        </w:tc>
        <w:tc>
          <w:tcPr>
            <w:tcW w:w="1234" w:type="dxa"/>
          </w:tcPr>
          <w:p w14:paraId="116FC789" w14:textId="77777777" w:rsidR="001773B5" w:rsidRDefault="00442B4D">
            <w:r>
              <w:t>43.93</w:t>
            </w:r>
          </w:p>
        </w:tc>
        <w:tc>
          <w:tcPr>
            <w:tcW w:w="1234" w:type="dxa"/>
          </w:tcPr>
          <w:p w14:paraId="0846910A" w14:textId="77777777" w:rsidR="001773B5" w:rsidRDefault="00442B4D">
            <w:r>
              <w:t>55.4</w:t>
            </w:r>
          </w:p>
        </w:tc>
      </w:tr>
      <w:tr w:rsidR="001773B5" w14:paraId="3EDB4DE6" w14:textId="77777777">
        <w:tc>
          <w:tcPr>
            <w:tcW w:w="1234" w:type="dxa"/>
          </w:tcPr>
          <w:p w14:paraId="51ED0798" w14:textId="77777777" w:rsidR="001773B5" w:rsidRDefault="00442B4D">
            <w:r>
              <w:t>Eğitim Fakültesi</w:t>
            </w:r>
          </w:p>
        </w:tc>
        <w:tc>
          <w:tcPr>
            <w:tcW w:w="1234" w:type="dxa"/>
          </w:tcPr>
          <w:p w14:paraId="0D493008" w14:textId="77777777" w:rsidR="001773B5" w:rsidRDefault="00442B4D">
            <w:r>
              <w:t>2.0</w:t>
            </w:r>
          </w:p>
        </w:tc>
        <w:tc>
          <w:tcPr>
            <w:tcW w:w="1234" w:type="dxa"/>
          </w:tcPr>
          <w:p w14:paraId="4BC46644" w14:textId="77777777" w:rsidR="001773B5" w:rsidRDefault="00442B4D">
            <w:r>
              <w:t>62.29</w:t>
            </w:r>
          </w:p>
        </w:tc>
        <w:tc>
          <w:tcPr>
            <w:tcW w:w="1234" w:type="dxa"/>
          </w:tcPr>
          <w:p w14:paraId="489423DB" w14:textId="77777777" w:rsidR="001773B5" w:rsidRDefault="00442B4D">
            <w:r>
              <w:t>64.8</w:t>
            </w:r>
          </w:p>
        </w:tc>
        <w:tc>
          <w:tcPr>
            <w:tcW w:w="1234" w:type="dxa"/>
          </w:tcPr>
          <w:p w14:paraId="76306AA3" w14:textId="77777777" w:rsidR="001773B5" w:rsidRDefault="00442B4D">
            <w:r>
              <w:t>68.8</w:t>
            </w:r>
          </w:p>
        </w:tc>
        <w:tc>
          <w:tcPr>
            <w:tcW w:w="1234" w:type="dxa"/>
          </w:tcPr>
          <w:p w14:paraId="3A77E680" w14:textId="77777777" w:rsidR="001773B5" w:rsidRDefault="00442B4D">
            <w:r>
              <w:t>43.5</w:t>
            </w:r>
          </w:p>
        </w:tc>
        <w:tc>
          <w:tcPr>
            <w:tcW w:w="1234" w:type="dxa"/>
          </w:tcPr>
          <w:p w14:paraId="24D29CEF" w14:textId="77777777" w:rsidR="001773B5" w:rsidRDefault="00442B4D">
            <w:r>
              <w:t>52.38</w:t>
            </w:r>
          </w:p>
        </w:tc>
      </w:tr>
      <w:tr w:rsidR="001773B5" w14:paraId="1BC0AEFF" w14:textId="77777777">
        <w:tc>
          <w:tcPr>
            <w:tcW w:w="1234" w:type="dxa"/>
          </w:tcPr>
          <w:p w14:paraId="7E48388F" w14:textId="77777777" w:rsidR="001773B5" w:rsidRDefault="00442B4D">
            <w:r>
              <w:t>Eğitim Fakültesi</w:t>
            </w:r>
          </w:p>
        </w:tc>
        <w:tc>
          <w:tcPr>
            <w:tcW w:w="1234" w:type="dxa"/>
          </w:tcPr>
          <w:p w14:paraId="33AEB525" w14:textId="77777777" w:rsidR="001773B5" w:rsidRDefault="00442B4D">
            <w:r>
              <w:t>3.0</w:t>
            </w:r>
          </w:p>
        </w:tc>
        <w:tc>
          <w:tcPr>
            <w:tcW w:w="1234" w:type="dxa"/>
          </w:tcPr>
          <w:p w14:paraId="50681532" w14:textId="77777777" w:rsidR="001773B5" w:rsidRDefault="00442B4D">
            <w:r>
              <w:t>64.29</w:t>
            </w:r>
          </w:p>
        </w:tc>
        <w:tc>
          <w:tcPr>
            <w:tcW w:w="1234" w:type="dxa"/>
          </w:tcPr>
          <w:p w14:paraId="44020751" w14:textId="77777777" w:rsidR="001773B5" w:rsidRDefault="00442B4D">
            <w:r>
              <w:t>70.4</w:t>
            </w:r>
          </w:p>
        </w:tc>
        <w:tc>
          <w:tcPr>
            <w:tcW w:w="1234" w:type="dxa"/>
          </w:tcPr>
          <w:p w14:paraId="1CDF7456" w14:textId="77777777" w:rsidR="001773B5" w:rsidRDefault="00442B4D">
            <w:r>
              <w:t>64.4</w:t>
            </w:r>
          </w:p>
        </w:tc>
        <w:tc>
          <w:tcPr>
            <w:tcW w:w="1234" w:type="dxa"/>
          </w:tcPr>
          <w:p w14:paraId="437ECCC7" w14:textId="77777777" w:rsidR="001773B5" w:rsidRDefault="00442B4D">
            <w:r>
              <w:t>36.0</w:t>
            </w:r>
          </w:p>
        </w:tc>
        <w:tc>
          <w:tcPr>
            <w:tcW w:w="1234" w:type="dxa"/>
          </w:tcPr>
          <w:p w14:paraId="7282B758" w14:textId="77777777" w:rsidR="001773B5" w:rsidRDefault="00442B4D">
            <w:r>
              <w:t>53.56</w:t>
            </w:r>
          </w:p>
        </w:tc>
      </w:tr>
      <w:tr w:rsidR="001773B5" w14:paraId="3990ACA2" w14:textId="77777777">
        <w:tc>
          <w:tcPr>
            <w:tcW w:w="1234" w:type="dxa"/>
          </w:tcPr>
          <w:p w14:paraId="4A062236" w14:textId="77777777" w:rsidR="001773B5" w:rsidRDefault="00442B4D">
            <w:r>
              <w:t>Eğitim Fakültesi</w:t>
            </w:r>
          </w:p>
        </w:tc>
        <w:tc>
          <w:tcPr>
            <w:tcW w:w="1234" w:type="dxa"/>
          </w:tcPr>
          <w:p w14:paraId="685B4695" w14:textId="77777777" w:rsidR="001773B5" w:rsidRDefault="00442B4D">
            <w:r>
              <w:t>4.0</w:t>
            </w:r>
          </w:p>
        </w:tc>
        <w:tc>
          <w:tcPr>
            <w:tcW w:w="1234" w:type="dxa"/>
          </w:tcPr>
          <w:p w14:paraId="10AFC196" w14:textId="77777777" w:rsidR="001773B5" w:rsidRDefault="00442B4D">
            <w:r>
              <w:t>61.14</w:t>
            </w:r>
          </w:p>
        </w:tc>
        <w:tc>
          <w:tcPr>
            <w:tcW w:w="1234" w:type="dxa"/>
          </w:tcPr>
          <w:p w14:paraId="41A249D8" w14:textId="77777777" w:rsidR="001773B5" w:rsidRDefault="00442B4D">
            <w:r>
              <w:t>73.6</w:t>
            </w:r>
          </w:p>
        </w:tc>
        <w:tc>
          <w:tcPr>
            <w:tcW w:w="1234" w:type="dxa"/>
          </w:tcPr>
          <w:p w14:paraId="09F7BFB6" w14:textId="77777777" w:rsidR="001773B5" w:rsidRDefault="00442B4D">
            <w:r>
              <w:t>63.2</w:t>
            </w:r>
          </w:p>
        </w:tc>
        <w:tc>
          <w:tcPr>
            <w:tcW w:w="1234" w:type="dxa"/>
          </w:tcPr>
          <w:p w14:paraId="00824D3D" w14:textId="77777777" w:rsidR="001773B5" w:rsidRDefault="00442B4D">
            <w:r>
              <w:t>40.0</w:t>
            </w:r>
          </w:p>
        </w:tc>
        <w:tc>
          <w:tcPr>
            <w:tcW w:w="1234" w:type="dxa"/>
          </w:tcPr>
          <w:p w14:paraId="21D9BF68" w14:textId="77777777" w:rsidR="001773B5" w:rsidRDefault="00442B4D">
            <w:r>
              <w:t>58.22</w:t>
            </w:r>
          </w:p>
        </w:tc>
      </w:tr>
      <w:tr w:rsidR="001773B5" w14:paraId="1E5E5C83" w14:textId="77777777">
        <w:tc>
          <w:tcPr>
            <w:tcW w:w="1234" w:type="dxa"/>
          </w:tcPr>
          <w:p w14:paraId="7E3B9C80" w14:textId="77777777" w:rsidR="001773B5" w:rsidRDefault="00442B4D">
            <w:r>
              <w:t>Fen Bilimleri Enstitüsü</w:t>
            </w:r>
          </w:p>
        </w:tc>
        <w:tc>
          <w:tcPr>
            <w:tcW w:w="1234" w:type="dxa"/>
          </w:tcPr>
          <w:p w14:paraId="4FEFD455" w14:textId="77777777" w:rsidR="001773B5" w:rsidRDefault="00442B4D">
            <w:r>
              <w:t>1.0</w:t>
            </w:r>
          </w:p>
        </w:tc>
        <w:tc>
          <w:tcPr>
            <w:tcW w:w="1234" w:type="dxa"/>
          </w:tcPr>
          <w:p w14:paraId="3EB1A835" w14:textId="77777777" w:rsidR="001773B5" w:rsidRDefault="00442B4D">
            <w:r>
              <w:t>85.71</w:t>
            </w:r>
          </w:p>
        </w:tc>
        <w:tc>
          <w:tcPr>
            <w:tcW w:w="1234" w:type="dxa"/>
          </w:tcPr>
          <w:p w14:paraId="408EBF3D" w14:textId="77777777" w:rsidR="001773B5" w:rsidRDefault="00442B4D">
            <w:r>
              <w:t>86.0</w:t>
            </w:r>
          </w:p>
        </w:tc>
        <w:tc>
          <w:tcPr>
            <w:tcW w:w="1234" w:type="dxa"/>
          </w:tcPr>
          <w:p w14:paraId="3F4B53AA" w14:textId="77777777" w:rsidR="001773B5" w:rsidRDefault="00442B4D">
            <w:r>
              <w:t>68.0</w:t>
            </w:r>
          </w:p>
        </w:tc>
        <w:tc>
          <w:tcPr>
            <w:tcW w:w="1234" w:type="dxa"/>
          </w:tcPr>
          <w:p w14:paraId="47D565B1" w14:textId="77777777" w:rsidR="001773B5" w:rsidRDefault="00442B4D">
            <w:r>
              <w:t>62.5</w:t>
            </w:r>
          </w:p>
        </w:tc>
        <w:tc>
          <w:tcPr>
            <w:tcW w:w="1234" w:type="dxa"/>
          </w:tcPr>
          <w:p w14:paraId="60AB1556" w14:textId="77777777" w:rsidR="001773B5" w:rsidRDefault="00442B4D">
            <w:r>
              <w:t>73.19</w:t>
            </w:r>
          </w:p>
        </w:tc>
      </w:tr>
      <w:tr w:rsidR="001773B5" w14:paraId="6773CDE0" w14:textId="77777777">
        <w:tc>
          <w:tcPr>
            <w:tcW w:w="1234" w:type="dxa"/>
          </w:tcPr>
          <w:p w14:paraId="250FC005" w14:textId="77777777" w:rsidR="001773B5" w:rsidRDefault="00442B4D">
            <w:r>
              <w:t>Fen Bilimleri Enstitüsü</w:t>
            </w:r>
          </w:p>
        </w:tc>
        <w:tc>
          <w:tcPr>
            <w:tcW w:w="1234" w:type="dxa"/>
          </w:tcPr>
          <w:p w14:paraId="68463CA8" w14:textId="77777777" w:rsidR="001773B5" w:rsidRDefault="00442B4D">
            <w:r>
              <w:t>2.0</w:t>
            </w:r>
          </w:p>
        </w:tc>
        <w:tc>
          <w:tcPr>
            <w:tcW w:w="1234" w:type="dxa"/>
          </w:tcPr>
          <w:p w14:paraId="6991E5C0" w14:textId="77777777" w:rsidR="001773B5" w:rsidRDefault="00442B4D">
            <w:r>
              <w:t>100.0</w:t>
            </w:r>
          </w:p>
        </w:tc>
        <w:tc>
          <w:tcPr>
            <w:tcW w:w="1234" w:type="dxa"/>
          </w:tcPr>
          <w:p w14:paraId="1D27E619" w14:textId="77777777" w:rsidR="001773B5" w:rsidRDefault="00442B4D">
            <w:r>
              <w:t>80.0</w:t>
            </w:r>
          </w:p>
        </w:tc>
        <w:tc>
          <w:tcPr>
            <w:tcW w:w="1234" w:type="dxa"/>
          </w:tcPr>
          <w:p w14:paraId="1EB2FD6A" w14:textId="77777777" w:rsidR="001773B5" w:rsidRDefault="00442B4D">
            <w:r>
              <w:t>80.0</w:t>
            </w:r>
          </w:p>
        </w:tc>
        <w:tc>
          <w:tcPr>
            <w:tcW w:w="1234" w:type="dxa"/>
          </w:tcPr>
          <w:p w14:paraId="53B0850D" w14:textId="77777777" w:rsidR="001773B5" w:rsidRDefault="00442B4D">
            <w:r>
              <w:t>80.0</w:t>
            </w:r>
          </w:p>
        </w:tc>
        <w:tc>
          <w:tcPr>
            <w:tcW w:w="1234" w:type="dxa"/>
          </w:tcPr>
          <w:p w14:paraId="35ED30BF" w14:textId="77777777" w:rsidR="001773B5" w:rsidRDefault="00442B4D">
            <w:r>
              <w:t>75.56</w:t>
            </w:r>
          </w:p>
        </w:tc>
      </w:tr>
      <w:tr w:rsidR="001773B5" w14:paraId="17B62796" w14:textId="77777777">
        <w:tc>
          <w:tcPr>
            <w:tcW w:w="1234" w:type="dxa"/>
          </w:tcPr>
          <w:p w14:paraId="60ADF6F2" w14:textId="77777777" w:rsidR="001773B5" w:rsidRDefault="00442B4D">
            <w:r>
              <w:t>Fen Bilimleri Enstitüsü</w:t>
            </w:r>
          </w:p>
        </w:tc>
        <w:tc>
          <w:tcPr>
            <w:tcW w:w="1234" w:type="dxa"/>
          </w:tcPr>
          <w:p w14:paraId="0CE78353" w14:textId="77777777" w:rsidR="001773B5" w:rsidRDefault="00442B4D">
            <w:r>
              <w:t>4.0</w:t>
            </w:r>
          </w:p>
        </w:tc>
        <w:tc>
          <w:tcPr>
            <w:tcW w:w="1234" w:type="dxa"/>
          </w:tcPr>
          <w:p w14:paraId="28A5BFBA" w14:textId="77777777" w:rsidR="001773B5" w:rsidRDefault="00442B4D">
            <w:r>
              <w:t>74.29</w:t>
            </w:r>
          </w:p>
        </w:tc>
        <w:tc>
          <w:tcPr>
            <w:tcW w:w="1234" w:type="dxa"/>
          </w:tcPr>
          <w:p w14:paraId="79B8FB5D" w14:textId="77777777" w:rsidR="001773B5" w:rsidRDefault="00442B4D">
            <w:r>
              <w:t>76.0</w:t>
            </w:r>
          </w:p>
        </w:tc>
        <w:tc>
          <w:tcPr>
            <w:tcW w:w="1234" w:type="dxa"/>
          </w:tcPr>
          <w:p w14:paraId="489012D9" w14:textId="77777777" w:rsidR="001773B5" w:rsidRDefault="00442B4D">
            <w:r>
              <w:t>70.0</w:t>
            </w:r>
          </w:p>
        </w:tc>
        <w:tc>
          <w:tcPr>
            <w:tcW w:w="1234" w:type="dxa"/>
          </w:tcPr>
          <w:p w14:paraId="5A2FF69B" w14:textId="77777777" w:rsidR="001773B5" w:rsidRDefault="00442B4D">
            <w:r>
              <w:t>52.5</w:t>
            </w:r>
          </w:p>
        </w:tc>
        <w:tc>
          <w:tcPr>
            <w:tcW w:w="1234" w:type="dxa"/>
          </w:tcPr>
          <w:p w14:paraId="7D148819" w14:textId="77777777" w:rsidR="001773B5" w:rsidRDefault="00442B4D">
            <w:r>
              <w:t>64.44</w:t>
            </w:r>
          </w:p>
        </w:tc>
      </w:tr>
      <w:tr w:rsidR="001773B5" w14:paraId="34A91531" w14:textId="77777777">
        <w:tc>
          <w:tcPr>
            <w:tcW w:w="1234" w:type="dxa"/>
          </w:tcPr>
          <w:p w14:paraId="42196CC0" w14:textId="77777777" w:rsidR="001773B5" w:rsidRDefault="00442B4D">
            <w:r>
              <w:t>Fen Bilimleri Enstitüsü</w:t>
            </w:r>
          </w:p>
        </w:tc>
        <w:tc>
          <w:tcPr>
            <w:tcW w:w="1234" w:type="dxa"/>
          </w:tcPr>
          <w:p w14:paraId="646DD19F" w14:textId="77777777" w:rsidR="001773B5" w:rsidRDefault="00442B4D">
            <w:r>
              <w:t>7.0</w:t>
            </w:r>
          </w:p>
        </w:tc>
        <w:tc>
          <w:tcPr>
            <w:tcW w:w="1234" w:type="dxa"/>
          </w:tcPr>
          <w:p w14:paraId="640FB2BA" w14:textId="77777777" w:rsidR="001773B5" w:rsidRDefault="00442B4D">
            <w:r>
              <w:t>68.57</w:t>
            </w:r>
          </w:p>
        </w:tc>
        <w:tc>
          <w:tcPr>
            <w:tcW w:w="1234" w:type="dxa"/>
          </w:tcPr>
          <w:p w14:paraId="49486DF9" w14:textId="77777777" w:rsidR="001773B5" w:rsidRDefault="00442B4D">
            <w:r>
              <w:t>72.0</w:t>
            </w:r>
          </w:p>
        </w:tc>
        <w:tc>
          <w:tcPr>
            <w:tcW w:w="1234" w:type="dxa"/>
          </w:tcPr>
          <w:p w14:paraId="7AAFD294" w14:textId="77777777" w:rsidR="001773B5" w:rsidRDefault="00442B4D">
            <w:r>
              <w:t>44.0</w:t>
            </w:r>
          </w:p>
        </w:tc>
        <w:tc>
          <w:tcPr>
            <w:tcW w:w="1234" w:type="dxa"/>
          </w:tcPr>
          <w:p w14:paraId="462E71E6" w14:textId="77777777" w:rsidR="001773B5" w:rsidRDefault="00442B4D">
            <w:r>
              <w:t>75.0</w:t>
            </w:r>
          </w:p>
        </w:tc>
        <w:tc>
          <w:tcPr>
            <w:tcW w:w="1234" w:type="dxa"/>
          </w:tcPr>
          <w:p w14:paraId="7ED46163" w14:textId="77777777" w:rsidR="001773B5" w:rsidRDefault="00442B4D">
            <w:r>
              <w:t>37.78</w:t>
            </w:r>
          </w:p>
        </w:tc>
      </w:tr>
      <w:tr w:rsidR="001773B5" w14:paraId="3B6AB0EE" w14:textId="77777777">
        <w:tc>
          <w:tcPr>
            <w:tcW w:w="1234" w:type="dxa"/>
          </w:tcPr>
          <w:p w14:paraId="559EC6F3" w14:textId="77777777" w:rsidR="001773B5" w:rsidRDefault="00442B4D">
            <w:r>
              <w:t>Fen Edebiyat Fakültesi</w:t>
            </w:r>
          </w:p>
        </w:tc>
        <w:tc>
          <w:tcPr>
            <w:tcW w:w="1234" w:type="dxa"/>
          </w:tcPr>
          <w:p w14:paraId="4743436D" w14:textId="77777777" w:rsidR="001773B5" w:rsidRDefault="00442B4D">
            <w:r>
              <w:t>1.0</w:t>
            </w:r>
          </w:p>
        </w:tc>
        <w:tc>
          <w:tcPr>
            <w:tcW w:w="1234" w:type="dxa"/>
          </w:tcPr>
          <w:p w14:paraId="7A7E7CB1" w14:textId="77777777" w:rsidR="001773B5" w:rsidRDefault="00442B4D">
            <w:r>
              <w:t>62.86</w:t>
            </w:r>
          </w:p>
        </w:tc>
        <w:tc>
          <w:tcPr>
            <w:tcW w:w="1234" w:type="dxa"/>
          </w:tcPr>
          <w:p w14:paraId="6182992C" w14:textId="77777777" w:rsidR="001773B5" w:rsidRDefault="00442B4D">
            <w:r>
              <w:t>53.33</w:t>
            </w:r>
          </w:p>
        </w:tc>
        <w:tc>
          <w:tcPr>
            <w:tcW w:w="1234" w:type="dxa"/>
          </w:tcPr>
          <w:p w14:paraId="6A3B0506" w14:textId="77777777" w:rsidR="001773B5" w:rsidRDefault="00442B4D">
            <w:r>
              <w:t>53.33</w:t>
            </w:r>
          </w:p>
        </w:tc>
        <w:tc>
          <w:tcPr>
            <w:tcW w:w="1234" w:type="dxa"/>
          </w:tcPr>
          <w:p w14:paraId="753CA16D" w14:textId="77777777" w:rsidR="001773B5" w:rsidRDefault="00442B4D">
            <w:r>
              <w:t>46.67</w:t>
            </w:r>
          </w:p>
        </w:tc>
        <w:tc>
          <w:tcPr>
            <w:tcW w:w="1234" w:type="dxa"/>
          </w:tcPr>
          <w:p w14:paraId="3209C22B" w14:textId="77777777" w:rsidR="001773B5" w:rsidRDefault="00442B4D">
            <w:r>
              <w:t>51.85</w:t>
            </w:r>
          </w:p>
        </w:tc>
      </w:tr>
      <w:tr w:rsidR="001773B5" w14:paraId="3F676EE7" w14:textId="77777777">
        <w:tc>
          <w:tcPr>
            <w:tcW w:w="1234" w:type="dxa"/>
          </w:tcPr>
          <w:p w14:paraId="071274FA" w14:textId="77777777" w:rsidR="001773B5" w:rsidRDefault="00442B4D">
            <w:r>
              <w:t>Fen Edebiyat Fakültesi</w:t>
            </w:r>
          </w:p>
        </w:tc>
        <w:tc>
          <w:tcPr>
            <w:tcW w:w="1234" w:type="dxa"/>
          </w:tcPr>
          <w:p w14:paraId="6A1E5E7A" w14:textId="77777777" w:rsidR="001773B5" w:rsidRDefault="00442B4D">
            <w:r>
              <w:t>2.0</w:t>
            </w:r>
          </w:p>
        </w:tc>
        <w:tc>
          <w:tcPr>
            <w:tcW w:w="1234" w:type="dxa"/>
          </w:tcPr>
          <w:p w14:paraId="2A1B6F59" w14:textId="77777777" w:rsidR="001773B5" w:rsidRDefault="00442B4D">
            <w:r>
              <w:t>69.29</w:t>
            </w:r>
          </w:p>
        </w:tc>
        <w:tc>
          <w:tcPr>
            <w:tcW w:w="1234" w:type="dxa"/>
          </w:tcPr>
          <w:p w14:paraId="798B7AED" w14:textId="77777777" w:rsidR="001773B5" w:rsidRDefault="00442B4D">
            <w:r>
              <w:t>67.0</w:t>
            </w:r>
          </w:p>
        </w:tc>
        <w:tc>
          <w:tcPr>
            <w:tcW w:w="1234" w:type="dxa"/>
          </w:tcPr>
          <w:p w14:paraId="76F7CEE1" w14:textId="77777777" w:rsidR="001773B5" w:rsidRDefault="00442B4D">
            <w:r>
              <w:t>62.0</w:t>
            </w:r>
          </w:p>
        </w:tc>
        <w:tc>
          <w:tcPr>
            <w:tcW w:w="1234" w:type="dxa"/>
          </w:tcPr>
          <w:p w14:paraId="1BC88673" w14:textId="77777777" w:rsidR="001773B5" w:rsidRDefault="00442B4D">
            <w:r>
              <w:t>61.25</w:t>
            </w:r>
          </w:p>
        </w:tc>
        <w:tc>
          <w:tcPr>
            <w:tcW w:w="1234" w:type="dxa"/>
          </w:tcPr>
          <w:p w14:paraId="76DAB53A" w14:textId="77777777" w:rsidR="001773B5" w:rsidRDefault="00442B4D">
            <w:r>
              <w:t>61.67</w:t>
            </w:r>
          </w:p>
        </w:tc>
      </w:tr>
      <w:tr w:rsidR="001773B5" w14:paraId="29722D35" w14:textId="77777777">
        <w:tc>
          <w:tcPr>
            <w:tcW w:w="1234" w:type="dxa"/>
          </w:tcPr>
          <w:p w14:paraId="7E165F11" w14:textId="77777777" w:rsidR="001773B5" w:rsidRDefault="00442B4D">
            <w:r>
              <w:t>Fen Edebiyat Fakültesi</w:t>
            </w:r>
          </w:p>
        </w:tc>
        <w:tc>
          <w:tcPr>
            <w:tcW w:w="1234" w:type="dxa"/>
          </w:tcPr>
          <w:p w14:paraId="3B4A167F" w14:textId="77777777" w:rsidR="001773B5" w:rsidRDefault="00442B4D">
            <w:r>
              <w:t>3.0</w:t>
            </w:r>
          </w:p>
        </w:tc>
        <w:tc>
          <w:tcPr>
            <w:tcW w:w="1234" w:type="dxa"/>
          </w:tcPr>
          <w:p w14:paraId="244DE1C7" w14:textId="77777777" w:rsidR="001773B5" w:rsidRDefault="00442B4D">
            <w:r>
              <w:t>72.29</w:t>
            </w:r>
          </w:p>
        </w:tc>
        <w:tc>
          <w:tcPr>
            <w:tcW w:w="1234" w:type="dxa"/>
          </w:tcPr>
          <w:p w14:paraId="5ADB4863" w14:textId="77777777" w:rsidR="001773B5" w:rsidRDefault="00442B4D">
            <w:r>
              <w:t>70.4</w:t>
            </w:r>
          </w:p>
        </w:tc>
        <w:tc>
          <w:tcPr>
            <w:tcW w:w="1234" w:type="dxa"/>
          </w:tcPr>
          <w:p w14:paraId="2974E78A" w14:textId="77777777" w:rsidR="001773B5" w:rsidRDefault="00442B4D">
            <w:r>
              <w:t>70.0</w:t>
            </w:r>
          </w:p>
        </w:tc>
        <w:tc>
          <w:tcPr>
            <w:tcW w:w="1234" w:type="dxa"/>
          </w:tcPr>
          <w:p w14:paraId="04E3705A" w14:textId="77777777" w:rsidR="001773B5" w:rsidRDefault="00442B4D">
            <w:r>
              <w:t>58.0</w:t>
            </w:r>
          </w:p>
        </w:tc>
        <w:tc>
          <w:tcPr>
            <w:tcW w:w="1234" w:type="dxa"/>
          </w:tcPr>
          <w:p w14:paraId="2459F0A8" w14:textId="77777777" w:rsidR="001773B5" w:rsidRDefault="00442B4D">
            <w:r>
              <w:t>60.67</w:t>
            </w:r>
          </w:p>
        </w:tc>
      </w:tr>
      <w:tr w:rsidR="001773B5" w14:paraId="31837A1F" w14:textId="77777777">
        <w:tc>
          <w:tcPr>
            <w:tcW w:w="1234" w:type="dxa"/>
          </w:tcPr>
          <w:p w14:paraId="1C3D0B5E" w14:textId="77777777" w:rsidR="001773B5" w:rsidRDefault="00442B4D">
            <w:r>
              <w:t>Fen Edebiyat Fakültesi</w:t>
            </w:r>
          </w:p>
        </w:tc>
        <w:tc>
          <w:tcPr>
            <w:tcW w:w="1234" w:type="dxa"/>
          </w:tcPr>
          <w:p w14:paraId="6CE9E911" w14:textId="77777777" w:rsidR="001773B5" w:rsidRDefault="00442B4D">
            <w:r>
              <w:t>4.0</w:t>
            </w:r>
          </w:p>
        </w:tc>
        <w:tc>
          <w:tcPr>
            <w:tcW w:w="1234" w:type="dxa"/>
          </w:tcPr>
          <w:p w14:paraId="649F1BCC" w14:textId="77777777" w:rsidR="001773B5" w:rsidRDefault="00442B4D">
            <w:r>
              <w:t>74.29</w:t>
            </w:r>
          </w:p>
        </w:tc>
        <w:tc>
          <w:tcPr>
            <w:tcW w:w="1234" w:type="dxa"/>
          </w:tcPr>
          <w:p w14:paraId="46FA4D3B" w14:textId="77777777" w:rsidR="001773B5" w:rsidRDefault="00442B4D">
            <w:r>
              <w:t>76.0</w:t>
            </w:r>
          </w:p>
        </w:tc>
        <w:tc>
          <w:tcPr>
            <w:tcW w:w="1234" w:type="dxa"/>
          </w:tcPr>
          <w:p w14:paraId="0B71AE66" w14:textId="77777777" w:rsidR="001773B5" w:rsidRDefault="00442B4D">
            <w:r>
              <w:t>64.0</w:t>
            </w:r>
          </w:p>
        </w:tc>
        <w:tc>
          <w:tcPr>
            <w:tcW w:w="1234" w:type="dxa"/>
          </w:tcPr>
          <w:p w14:paraId="233C29FE" w14:textId="77777777" w:rsidR="001773B5" w:rsidRDefault="00442B4D">
            <w:r>
              <w:t>62.5</w:t>
            </w:r>
          </w:p>
        </w:tc>
        <w:tc>
          <w:tcPr>
            <w:tcW w:w="1234" w:type="dxa"/>
          </w:tcPr>
          <w:p w14:paraId="5623ABD2" w14:textId="77777777" w:rsidR="001773B5" w:rsidRDefault="00442B4D">
            <w:r>
              <w:t>64.44</w:t>
            </w:r>
          </w:p>
        </w:tc>
      </w:tr>
      <w:tr w:rsidR="001773B5" w14:paraId="383059CA" w14:textId="77777777">
        <w:tc>
          <w:tcPr>
            <w:tcW w:w="1234" w:type="dxa"/>
          </w:tcPr>
          <w:p w14:paraId="1BF0C125" w14:textId="77777777" w:rsidR="001773B5" w:rsidRDefault="00442B4D">
            <w:r>
              <w:t>Fen Edebiyat Fakültesi</w:t>
            </w:r>
          </w:p>
        </w:tc>
        <w:tc>
          <w:tcPr>
            <w:tcW w:w="1234" w:type="dxa"/>
          </w:tcPr>
          <w:p w14:paraId="7E2E5FA9" w14:textId="77777777" w:rsidR="001773B5" w:rsidRDefault="00442B4D">
            <w:r>
              <w:t>5.0</w:t>
            </w:r>
          </w:p>
        </w:tc>
        <w:tc>
          <w:tcPr>
            <w:tcW w:w="1234" w:type="dxa"/>
          </w:tcPr>
          <w:p w14:paraId="5418D193" w14:textId="77777777" w:rsidR="001773B5" w:rsidRDefault="00442B4D">
            <w:r>
              <w:t>51.43</w:t>
            </w:r>
          </w:p>
        </w:tc>
        <w:tc>
          <w:tcPr>
            <w:tcW w:w="1234" w:type="dxa"/>
          </w:tcPr>
          <w:p w14:paraId="572CE5EB" w14:textId="77777777" w:rsidR="001773B5" w:rsidRDefault="00442B4D">
            <w:r>
              <w:t>68.0</w:t>
            </w:r>
          </w:p>
        </w:tc>
        <w:tc>
          <w:tcPr>
            <w:tcW w:w="1234" w:type="dxa"/>
          </w:tcPr>
          <w:p w14:paraId="707D4953" w14:textId="77777777" w:rsidR="001773B5" w:rsidRDefault="00442B4D">
            <w:r>
              <w:t>56.0</w:t>
            </w:r>
          </w:p>
        </w:tc>
        <w:tc>
          <w:tcPr>
            <w:tcW w:w="1234" w:type="dxa"/>
          </w:tcPr>
          <w:p w14:paraId="1172F702" w14:textId="77777777" w:rsidR="001773B5" w:rsidRDefault="00442B4D">
            <w:r>
              <w:t>45.0</w:t>
            </w:r>
          </w:p>
        </w:tc>
        <w:tc>
          <w:tcPr>
            <w:tcW w:w="1234" w:type="dxa"/>
          </w:tcPr>
          <w:p w14:paraId="027AB2F7" w14:textId="77777777" w:rsidR="001773B5" w:rsidRDefault="00442B4D">
            <w:r>
              <w:t>57.78</w:t>
            </w:r>
          </w:p>
        </w:tc>
      </w:tr>
      <w:tr w:rsidR="001773B5" w14:paraId="7ADF3030" w14:textId="77777777">
        <w:tc>
          <w:tcPr>
            <w:tcW w:w="1234" w:type="dxa"/>
          </w:tcPr>
          <w:p w14:paraId="31F16CBC" w14:textId="77777777" w:rsidR="001773B5" w:rsidRDefault="00442B4D">
            <w:r>
              <w:lastRenderedPageBreak/>
              <w:t>Fen Edebiyat Fakültesi</w:t>
            </w:r>
          </w:p>
        </w:tc>
        <w:tc>
          <w:tcPr>
            <w:tcW w:w="1234" w:type="dxa"/>
          </w:tcPr>
          <w:p w14:paraId="15E52451" w14:textId="77777777" w:rsidR="001773B5" w:rsidRDefault="00442B4D">
            <w:r>
              <w:t>6.0</w:t>
            </w:r>
          </w:p>
        </w:tc>
        <w:tc>
          <w:tcPr>
            <w:tcW w:w="1234" w:type="dxa"/>
          </w:tcPr>
          <w:p w14:paraId="12AEFDDD" w14:textId="77777777" w:rsidR="001773B5" w:rsidRDefault="00442B4D">
            <w:r>
              <w:t>51.43</w:t>
            </w:r>
          </w:p>
        </w:tc>
        <w:tc>
          <w:tcPr>
            <w:tcW w:w="1234" w:type="dxa"/>
          </w:tcPr>
          <w:p w14:paraId="5E4DB0DE" w14:textId="77777777" w:rsidR="001773B5" w:rsidRDefault="00442B4D">
            <w:r>
              <w:t>28.0</w:t>
            </w:r>
          </w:p>
        </w:tc>
        <w:tc>
          <w:tcPr>
            <w:tcW w:w="1234" w:type="dxa"/>
          </w:tcPr>
          <w:p w14:paraId="65872D95" w14:textId="77777777" w:rsidR="001773B5" w:rsidRDefault="00442B4D">
            <w:r>
              <w:t>40.0</w:t>
            </w:r>
          </w:p>
        </w:tc>
        <w:tc>
          <w:tcPr>
            <w:tcW w:w="1234" w:type="dxa"/>
          </w:tcPr>
          <w:p w14:paraId="0DEC8D6A" w14:textId="77777777" w:rsidR="001773B5" w:rsidRDefault="00442B4D">
            <w:r>
              <w:t>25.0</w:t>
            </w:r>
          </w:p>
        </w:tc>
        <w:tc>
          <w:tcPr>
            <w:tcW w:w="1234" w:type="dxa"/>
          </w:tcPr>
          <w:p w14:paraId="46F9DEA5" w14:textId="77777777" w:rsidR="001773B5" w:rsidRDefault="00442B4D">
            <w:r>
              <w:t>40.0</w:t>
            </w:r>
          </w:p>
        </w:tc>
      </w:tr>
      <w:tr w:rsidR="001773B5" w14:paraId="34013413" w14:textId="77777777">
        <w:tc>
          <w:tcPr>
            <w:tcW w:w="1234" w:type="dxa"/>
          </w:tcPr>
          <w:p w14:paraId="5F488FE1" w14:textId="77777777" w:rsidR="001773B5" w:rsidRDefault="00442B4D">
            <w:r>
              <w:t>Fen Edebiyat Fakültesi</w:t>
            </w:r>
          </w:p>
        </w:tc>
        <w:tc>
          <w:tcPr>
            <w:tcW w:w="1234" w:type="dxa"/>
          </w:tcPr>
          <w:p w14:paraId="7DC4A10C" w14:textId="77777777" w:rsidR="001773B5" w:rsidRDefault="00442B4D">
            <w:r>
              <w:t>7.0</w:t>
            </w:r>
          </w:p>
        </w:tc>
        <w:tc>
          <w:tcPr>
            <w:tcW w:w="1234" w:type="dxa"/>
          </w:tcPr>
          <w:p w14:paraId="7B63424A" w14:textId="77777777" w:rsidR="001773B5" w:rsidRDefault="00442B4D">
            <w:r>
              <w:t>88.57</w:t>
            </w:r>
          </w:p>
        </w:tc>
        <w:tc>
          <w:tcPr>
            <w:tcW w:w="1234" w:type="dxa"/>
          </w:tcPr>
          <w:p w14:paraId="29F317AE" w14:textId="77777777" w:rsidR="001773B5" w:rsidRDefault="00442B4D">
            <w:r>
              <w:t>76.0</w:t>
            </w:r>
          </w:p>
        </w:tc>
        <w:tc>
          <w:tcPr>
            <w:tcW w:w="1234" w:type="dxa"/>
          </w:tcPr>
          <w:p w14:paraId="6DE03F5B" w14:textId="77777777" w:rsidR="001773B5" w:rsidRDefault="00442B4D">
            <w:r>
              <w:t>85.0</w:t>
            </w:r>
          </w:p>
        </w:tc>
        <w:tc>
          <w:tcPr>
            <w:tcW w:w="1234" w:type="dxa"/>
          </w:tcPr>
          <w:p w14:paraId="4EEB7B65" w14:textId="77777777" w:rsidR="001773B5" w:rsidRDefault="00442B4D">
            <w:r>
              <w:t>45.0</w:t>
            </w:r>
          </w:p>
        </w:tc>
        <w:tc>
          <w:tcPr>
            <w:tcW w:w="1234" w:type="dxa"/>
          </w:tcPr>
          <w:p w14:paraId="3AE9BCEA" w14:textId="77777777" w:rsidR="001773B5" w:rsidRDefault="00442B4D">
            <w:r>
              <w:t>66.67</w:t>
            </w:r>
          </w:p>
        </w:tc>
      </w:tr>
      <w:tr w:rsidR="001773B5" w14:paraId="7C192460" w14:textId="77777777">
        <w:tc>
          <w:tcPr>
            <w:tcW w:w="1234" w:type="dxa"/>
          </w:tcPr>
          <w:p w14:paraId="2D37994A" w14:textId="77777777" w:rsidR="001773B5" w:rsidRDefault="00442B4D">
            <w:r>
              <w:t>Mühendislik Fakültesi</w:t>
            </w:r>
          </w:p>
        </w:tc>
        <w:tc>
          <w:tcPr>
            <w:tcW w:w="1234" w:type="dxa"/>
          </w:tcPr>
          <w:p w14:paraId="4900844C" w14:textId="77777777" w:rsidR="001773B5" w:rsidRDefault="00442B4D">
            <w:r>
              <w:t>1.0</w:t>
            </w:r>
          </w:p>
        </w:tc>
        <w:tc>
          <w:tcPr>
            <w:tcW w:w="1234" w:type="dxa"/>
          </w:tcPr>
          <w:p w14:paraId="33E03E56" w14:textId="77777777" w:rsidR="001773B5" w:rsidRDefault="00442B4D">
            <w:r>
              <w:t>70.77</w:t>
            </w:r>
          </w:p>
        </w:tc>
        <w:tc>
          <w:tcPr>
            <w:tcW w:w="1234" w:type="dxa"/>
          </w:tcPr>
          <w:p w14:paraId="3CC44435" w14:textId="77777777" w:rsidR="001773B5" w:rsidRDefault="00442B4D">
            <w:r>
              <w:t>75.69</w:t>
            </w:r>
          </w:p>
        </w:tc>
        <w:tc>
          <w:tcPr>
            <w:tcW w:w="1234" w:type="dxa"/>
          </w:tcPr>
          <w:p w14:paraId="50796C5C" w14:textId="77777777" w:rsidR="001773B5" w:rsidRDefault="00442B4D">
            <w:r>
              <w:t>74.77</w:t>
            </w:r>
          </w:p>
        </w:tc>
        <w:tc>
          <w:tcPr>
            <w:tcW w:w="1234" w:type="dxa"/>
          </w:tcPr>
          <w:p w14:paraId="5D3EEDB8" w14:textId="77777777" w:rsidR="001773B5" w:rsidRDefault="00442B4D">
            <w:r>
              <w:t>58.08</w:t>
            </w:r>
          </w:p>
        </w:tc>
        <w:tc>
          <w:tcPr>
            <w:tcW w:w="1234" w:type="dxa"/>
          </w:tcPr>
          <w:p w14:paraId="5232A60D" w14:textId="77777777" w:rsidR="001773B5" w:rsidRDefault="00442B4D">
            <w:r>
              <w:t>61.37</w:t>
            </w:r>
          </w:p>
        </w:tc>
      </w:tr>
      <w:tr w:rsidR="001773B5" w14:paraId="7D98FD73" w14:textId="77777777">
        <w:tc>
          <w:tcPr>
            <w:tcW w:w="1234" w:type="dxa"/>
          </w:tcPr>
          <w:p w14:paraId="6B95670A" w14:textId="77777777" w:rsidR="001773B5" w:rsidRDefault="00442B4D">
            <w:r>
              <w:t>Mühendislik Fakültesi</w:t>
            </w:r>
          </w:p>
        </w:tc>
        <w:tc>
          <w:tcPr>
            <w:tcW w:w="1234" w:type="dxa"/>
          </w:tcPr>
          <w:p w14:paraId="5D9EE7B0" w14:textId="77777777" w:rsidR="001773B5" w:rsidRDefault="00442B4D">
            <w:r>
              <w:t>2.0</w:t>
            </w:r>
          </w:p>
        </w:tc>
        <w:tc>
          <w:tcPr>
            <w:tcW w:w="1234" w:type="dxa"/>
          </w:tcPr>
          <w:p w14:paraId="342B2AEC" w14:textId="77777777" w:rsidR="001773B5" w:rsidRDefault="00442B4D">
            <w:r>
              <w:t>64.0</w:t>
            </w:r>
          </w:p>
        </w:tc>
        <w:tc>
          <w:tcPr>
            <w:tcW w:w="1234" w:type="dxa"/>
          </w:tcPr>
          <w:p w14:paraId="771A6D5B" w14:textId="77777777" w:rsidR="001773B5" w:rsidRDefault="00442B4D">
            <w:r>
              <w:t>66.4</w:t>
            </w:r>
          </w:p>
        </w:tc>
        <w:tc>
          <w:tcPr>
            <w:tcW w:w="1234" w:type="dxa"/>
          </w:tcPr>
          <w:p w14:paraId="4BE24327" w14:textId="77777777" w:rsidR="001773B5" w:rsidRDefault="00442B4D">
            <w:r>
              <w:t>64.8</w:t>
            </w:r>
          </w:p>
        </w:tc>
        <w:tc>
          <w:tcPr>
            <w:tcW w:w="1234" w:type="dxa"/>
          </w:tcPr>
          <w:p w14:paraId="42371C30" w14:textId="77777777" w:rsidR="001773B5" w:rsidRDefault="00442B4D">
            <w:r>
              <w:t>48.0</w:t>
            </w:r>
          </w:p>
        </w:tc>
        <w:tc>
          <w:tcPr>
            <w:tcW w:w="1234" w:type="dxa"/>
          </w:tcPr>
          <w:p w14:paraId="5741424A" w14:textId="77777777" w:rsidR="001773B5" w:rsidRDefault="00442B4D">
            <w:r>
              <w:t>54.22</w:t>
            </w:r>
          </w:p>
        </w:tc>
      </w:tr>
      <w:tr w:rsidR="001773B5" w14:paraId="05B22724" w14:textId="77777777">
        <w:tc>
          <w:tcPr>
            <w:tcW w:w="1234" w:type="dxa"/>
          </w:tcPr>
          <w:p w14:paraId="71402C8B" w14:textId="77777777" w:rsidR="001773B5" w:rsidRDefault="00442B4D">
            <w:r>
              <w:t>Mühendislik Fakültesi</w:t>
            </w:r>
          </w:p>
        </w:tc>
        <w:tc>
          <w:tcPr>
            <w:tcW w:w="1234" w:type="dxa"/>
          </w:tcPr>
          <w:p w14:paraId="45F9D5CB" w14:textId="77777777" w:rsidR="001773B5" w:rsidRDefault="00442B4D">
            <w:r>
              <w:t>3.0</w:t>
            </w:r>
          </w:p>
        </w:tc>
        <w:tc>
          <w:tcPr>
            <w:tcW w:w="1234" w:type="dxa"/>
          </w:tcPr>
          <w:p w14:paraId="1C8BABFC" w14:textId="77777777" w:rsidR="001773B5" w:rsidRDefault="00442B4D">
            <w:r>
              <w:t>65.14</w:t>
            </w:r>
          </w:p>
        </w:tc>
        <w:tc>
          <w:tcPr>
            <w:tcW w:w="1234" w:type="dxa"/>
          </w:tcPr>
          <w:p w14:paraId="355190DB" w14:textId="77777777" w:rsidR="001773B5" w:rsidRDefault="00442B4D">
            <w:r>
              <w:t>64.8</w:t>
            </w:r>
          </w:p>
        </w:tc>
        <w:tc>
          <w:tcPr>
            <w:tcW w:w="1234" w:type="dxa"/>
          </w:tcPr>
          <w:p w14:paraId="152EDEC7" w14:textId="77777777" w:rsidR="001773B5" w:rsidRDefault="00442B4D">
            <w:r>
              <w:t>58.4</w:t>
            </w:r>
          </w:p>
        </w:tc>
        <w:tc>
          <w:tcPr>
            <w:tcW w:w="1234" w:type="dxa"/>
          </w:tcPr>
          <w:p w14:paraId="42253B21" w14:textId="77777777" w:rsidR="001773B5" w:rsidRDefault="00442B4D">
            <w:r>
              <w:t>32.0</w:t>
            </w:r>
          </w:p>
        </w:tc>
        <w:tc>
          <w:tcPr>
            <w:tcW w:w="1234" w:type="dxa"/>
          </w:tcPr>
          <w:p w14:paraId="295A3BBA" w14:textId="77777777" w:rsidR="001773B5" w:rsidRDefault="00442B4D">
            <w:r>
              <w:t>46.61</w:t>
            </w:r>
          </w:p>
        </w:tc>
      </w:tr>
      <w:tr w:rsidR="001773B5" w14:paraId="7A8483F8" w14:textId="77777777">
        <w:tc>
          <w:tcPr>
            <w:tcW w:w="1234" w:type="dxa"/>
          </w:tcPr>
          <w:p w14:paraId="1E943804" w14:textId="77777777" w:rsidR="001773B5" w:rsidRDefault="00442B4D">
            <w:r>
              <w:t>Ortaköy MYO</w:t>
            </w:r>
          </w:p>
        </w:tc>
        <w:tc>
          <w:tcPr>
            <w:tcW w:w="1234" w:type="dxa"/>
          </w:tcPr>
          <w:p w14:paraId="3735C42D" w14:textId="77777777" w:rsidR="001773B5" w:rsidRDefault="00442B4D">
            <w:r>
              <w:t>1.0</w:t>
            </w:r>
          </w:p>
        </w:tc>
        <w:tc>
          <w:tcPr>
            <w:tcW w:w="1234" w:type="dxa"/>
          </w:tcPr>
          <w:p w14:paraId="24B3BA35" w14:textId="77777777" w:rsidR="001773B5" w:rsidRDefault="00442B4D">
            <w:r>
              <w:t>77.14</w:t>
            </w:r>
          </w:p>
        </w:tc>
        <w:tc>
          <w:tcPr>
            <w:tcW w:w="1234" w:type="dxa"/>
          </w:tcPr>
          <w:p w14:paraId="1DFB3E26" w14:textId="77777777" w:rsidR="001773B5" w:rsidRDefault="00442B4D">
            <w:r>
              <w:t>48.0</w:t>
            </w:r>
          </w:p>
        </w:tc>
        <w:tc>
          <w:tcPr>
            <w:tcW w:w="1234" w:type="dxa"/>
          </w:tcPr>
          <w:p w14:paraId="4A8C08CD" w14:textId="77777777" w:rsidR="001773B5" w:rsidRDefault="00442B4D">
            <w:r>
              <w:t>78.0</w:t>
            </w:r>
          </w:p>
        </w:tc>
        <w:tc>
          <w:tcPr>
            <w:tcW w:w="1234" w:type="dxa"/>
          </w:tcPr>
          <w:p w14:paraId="793A87DF" w14:textId="77777777" w:rsidR="001773B5" w:rsidRDefault="00442B4D">
            <w:r>
              <w:t>37.5</w:t>
            </w:r>
          </w:p>
        </w:tc>
        <w:tc>
          <w:tcPr>
            <w:tcW w:w="1234" w:type="dxa"/>
          </w:tcPr>
          <w:p w14:paraId="557B6953" w14:textId="77777777" w:rsidR="001773B5" w:rsidRDefault="00442B4D">
            <w:r>
              <w:t>61.11</w:t>
            </w:r>
          </w:p>
        </w:tc>
      </w:tr>
      <w:tr w:rsidR="001773B5" w14:paraId="2D0DBA05" w14:textId="77777777">
        <w:tc>
          <w:tcPr>
            <w:tcW w:w="1234" w:type="dxa"/>
          </w:tcPr>
          <w:p w14:paraId="48C7B3BC" w14:textId="77777777" w:rsidR="001773B5" w:rsidRDefault="00442B4D">
            <w:r>
              <w:t>Sağlık Bilimleri Enstitüsü</w:t>
            </w:r>
          </w:p>
        </w:tc>
        <w:tc>
          <w:tcPr>
            <w:tcW w:w="1234" w:type="dxa"/>
          </w:tcPr>
          <w:p w14:paraId="304709D7" w14:textId="77777777" w:rsidR="001773B5" w:rsidRDefault="00442B4D">
            <w:r>
              <w:t>1.0</w:t>
            </w:r>
          </w:p>
        </w:tc>
        <w:tc>
          <w:tcPr>
            <w:tcW w:w="1234" w:type="dxa"/>
          </w:tcPr>
          <w:p w14:paraId="30514F14" w14:textId="77777777" w:rsidR="001773B5" w:rsidRDefault="00442B4D">
            <w:r>
              <w:t>54.29</w:t>
            </w:r>
          </w:p>
        </w:tc>
        <w:tc>
          <w:tcPr>
            <w:tcW w:w="1234" w:type="dxa"/>
          </w:tcPr>
          <w:p w14:paraId="3A53812A" w14:textId="77777777" w:rsidR="001773B5" w:rsidRDefault="00442B4D">
            <w:r>
              <w:t>60.0</w:t>
            </w:r>
          </w:p>
        </w:tc>
        <w:tc>
          <w:tcPr>
            <w:tcW w:w="1234" w:type="dxa"/>
          </w:tcPr>
          <w:p w14:paraId="308F0C5D" w14:textId="77777777" w:rsidR="001773B5" w:rsidRDefault="00442B4D">
            <w:r>
              <w:t>69.33</w:t>
            </w:r>
          </w:p>
        </w:tc>
        <w:tc>
          <w:tcPr>
            <w:tcW w:w="1234" w:type="dxa"/>
          </w:tcPr>
          <w:p w14:paraId="7ADA1908" w14:textId="77777777" w:rsidR="001773B5" w:rsidRDefault="00442B4D">
            <w:r>
              <w:t>40.0</w:t>
            </w:r>
          </w:p>
        </w:tc>
        <w:tc>
          <w:tcPr>
            <w:tcW w:w="1234" w:type="dxa"/>
          </w:tcPr>
          <w:p w14:paraId="1BFF5287" w14:textId="77777777" w:rsidR="001773B5" w:rsidRDefault="00442B4D">
            <w:r>
              <w:t>55.56</w:t>
            </w:r>
          </w:p>
        </w:tc>
      </w:tr>
      <w:tr w:rsidR="001773B5" w14:paraId="312E4A48" w14:textId="77777777">
        <w:tc>
          <w:tcPr>
            <w:tcW w:w="1234" w:type="dxa"/>
          </w:tcPr>
          <w:p w14:paraId="02A61568" w14:textId="77777777" w:rsidR="001773B5" w:rsidRDefault="00442B4D">
            <w:r>
              <w:t>Sağlık Bilimleri Enstitüsü</w:t>
            </w:r>
          </w:p>
        </w:tc>
        <w:tc>
          <w:tcPr>
            <w:tcW w:w="1234" w:type="dxa"/>
          </w:tcPr>
          <w:p w14:paraId="388FE41D" w14:textId="77777777" w:rsidR="001773B5" w:rsidRDefault="00442B4D">
            <w:r>
              <w:t>2.0</w:t>
            </w:r>
          </w:p>
        </w:tc>
        <w:tc>
          <w:tcPr>
            <w:tcW w:w="1234" w:type="dxa"/>
          </w:tcPr>
          <w:p w14:paraId="032F0242" w14:textId="77777777" w:rsidR="001773B5" w:rsidRDefault="00442B4D">
            <w:r>
              <w:t>71.43</w:t>
            </w:r>
          </w:p>
        </w:tc>
        <w:tc>
          <w:tcPr>
            <w:tcW w:w="1234" w:type="dxa"/>
          </w:tcPr>
          <w:p w14:paraId="3D7660AA" w14:textId="77777777" w:rsidR="001773B5" w:rsidRDefault="00442B4D">
            <w:r>
              <w:t>68.0</w:t>
            </w:r>
          </w:p>
        </w:tc>
        <w:tc>
          <w:tcPr>
            <w:tcW w:w="1234" w:type="dxa"/>
          </w:tcPr>
          <w:p w14:paraId="01672691" w14:textId="77777777" w:rsidR="001773B5" w:rsidRDefault="00442B4D">
            <w:r>
              <w:t>40.0</w:t>
            </w:r>
          </w:p>
        </w:tc>
        <w:tc>
          <w:tcPr>
            <w:tcW w:w="1234" w:type="dxa"/>
          </w:tcPr>
          <w:p w14:paraId="6D3F33C2" w14:textId="77777777" w:rsidR="001773B5" w:rsidRDefault="00442B4D">
            <w:r>
              <w:t>50.0</w:t>
            </w:r>
          </w:p>
        </w:tc>
        <w:tc>
          <w:tcPr>
            <w:tcW w:w="1234" w:type="dxa"/>
          </w:tcPr>
          <w:p w14:paraId="2CB18454" w14:textId="77777777" w:rsidR="001773B5" w:rsidRDefault="00442B4D">
            <w:r>
              <w:t>45.56</w:t>
            </w:r>
          </w:p>
        </w:tc>
      </w:tr>
      <w:tr w:rsidR="001773B5" w14:paraId="4B3F4803" w14:textId="77777777">
        <w:tc>
          <w:tcPr>
            <w:tcW w:w="1234" w:type="dxa"/>
          </w:tcPr>
          <w:p w14:paraId="57E475BC" w14:textId="77777777" w:rsidR="001773B5" w:rsidRDefault="00442B4D">
            <w:r>
              <w:t>Sağlık Bilimleri Enstitüsü</w:t>
            </w:r>
          </w:p>
        </w:tc>
        <w:tc>
          <w:tcPr>
            <w:tcW w:w="1234" w:type="dxa"/>
          </w:tcPr>
          <w:p w14:paraId="7285955F" w14:textId="77777777" w:rsidR="001773B5" w:rsidRDefault="00442B4D">
            <w:r>
              <w:t>3.0</w:t>
            </w:r>
          </w:p>
        </w:tc>
        <w:tc>
          <w:tcPr>
            <w:tcW w:w="1234" w:type="dxa"/>
          </w:tcPr>
          <w:p w14:paraId="09C042D2" w14:textId="77777777" w:rsidR="001773B5" w:rsidRDefault="00442B4D">
            <w:r>
              <w:t>54.29</w:t>
            </w:r>
          </w:p>
        </w:tc>
        <w:tc>
          <w:tcPr>
            <w:tcW w:w="1234" w:type="dxa"/>
          </w:tcPr>
          <w:p w14:paraId="2FD01595" w14:textId="77777777" w:rsidR="001773B5" w:rsidRDefault="00442B4D">
            <w:r>
              <w:t>76.0</w:t>
            </w:r>
          </w:p>
        </w:tc>
        <w:tc>
          <w:tcPr>
            <w:tcW w:w="1234" w:type="dxa"/>
          </w:tcPr>
          <w:p w14:paraId="5CD8BDCF" w14:textId="77777777" w:rsidR="001773B5" w:rsidRDefault="00442B4D">
            <w:r>
              <w:t>80.0</w:t>
            </w:r>
          </w:p>
        </w:tc>
        <w:tc>
          <w:tcPr>
            <w:tcW w:w="1234" w:type="dxa"/>
          </w:tcPr>
          <w:p w14:paraId="01F68F63" w14:textId="77777777" w:rsidR="001773B5" w:rsidRDefault="00442B4D">
            <w:r>
              <w:t>50.0</w:t>
            </w:r>
          </w:p>
        </w:tc>
        <w:tc>
          <w:tcPr>
            <w:tcW w:w="1234" w:type="dxa"/>
          </w:tcPr>
          <w:p w14:paraId="6AE76CA1" w14:textId="77777777" w:rsidR="001773B5" w:rsidRDefault="00442B4D">
            <w:r>
              <w:t>60.0</w:t>
            </w:r>
          </w:p>
        </w:tc>
      </w:tr>
      <w:tr w:rsidR="001773B5" w14:paraId="25E7DE4E" w14:textId="77777777">
        <w:tc>
          <w:tcPr>
            <w:tcW w:w="1234" w:type="dxa"/>
          </w:tcPr>
          <w:p w14:paraId="55BA7EAB" w14:textId="77777777" w:rsidR="001773B5" w:rsidRDefault="00442B4D">
            <w:r>
              <w:t>Sağlık Bilimleri Enstitüsü</w:t>
            </w:r>
          </w:p>
        </w:tc>
        <w:tc>
          <w:tcPr>
            <w:tcW w:w="1234" w:type="dxa"/>
          </w:tcPr>
          <w:p w14:paraId="6E9A4F51" w14:textId="77777777" w:rsidR="001773B5" w:rsidRDefault="00442B4D">
            <w:r>
              <w:t>4.0</w:t>
            </w:r>
          </w:p>
        </w:tc>
        <w:tc>
          <w:tcPr>
            <w:tcW w:w="1234" w:type="dxa"/>
          </w:tcPr>
          <w:p w14:paraId="30E1D787" w14:textId="77777777" w:rsidR="001773B5" w:rsidRDefault="00442B4D">
            <w:r>
              <w:t>64.29</w:t>
            </w:r>
          </w:p>
        </w:tc>
        <w:tc>
          <w:tcPr>
            <w:tcW w:w="1234" w:type="dxa"/>
          </w:tcPr>
          <w:p w14:paraId="63162EAE" w14:textId="77777777" w:rsidR="001773B5" w:rsidRDefault="00442B4D">
            <w:r>
              <w:t>60.0</w:t>
            </w:r>
          </w:p>
        </w:tc>
        <w:tc>
          <w:tcPr>
            <w:tcW w:w="1234" w:type="dxa"/>
          </w:tcPr>
          <w:p w14:paraId="6509C4D7" w14:textId="77777777" w:rsidR="001773B5" w:rsidRDefault="00442B4D">
            <w:r>
              <w:t>76.0</w:t>
            </w:r>
          </w:p>
        </w:tc>
        <w:tc>
          <w:tcPr>
            <w:tcW w:w="1234" w:type="dxa"/>
          </w:tcPr>
          <w:p w14:paraId="42D16112" w14:textId="77777777" w:rsidR="001773B5" w:rsidRDefault="00442B4D">
            <w:r>
              <w:t>47.5</w:t>
            </w:r>
          </w:p>
        </w:tc>
        <w:tc>
          <w:tcPr>
            <w:tcW w:w="1234" w:type="dxa"/>
          </w:tcPr>
          <w:p w14:paraId="7585B7C4" w14:textId="77777777" w:rsidR="001773B5" w:rsidRDefault="00442B4D">
            <w:r>
              <w:t>51.11</w:t>
            </w:r>
          </w:p>
        </w:tc>
      </w:tr>
      <w:tr w:rsidR="001773B5" w14:paraId="177FA422" w14:textId="77777777">
        <w:tc>
          <w:tcPr>
            <w:tcW w:w="1234" w:type="dxa"/>
          </w:tcPr>
          <w:p w14:paraId="4B4812CD" w14:textId="77777777" w:rsidR="001773B5" w:rsidRDefault="00442B4D">
            <w:r>
              <w:t>Sağlık Bilimleri Fakültesi</w:t>
            </w:r>
          </w:p>
        </w:tc>
        <w:tc>
          <w:tcPr>
            <w:tcW w:w="1234" w:type="dxa"/>
          </w:tcPr>
          <w:p w14:paraId="270632B8" w14:textId="77777777" w:rsidR="001773B5" w:rsidRDefault="00442B4D">
            <w:r>
              <w:t>1.0</w:t>
            </w:r>
          </w:p>
        </w:tc>
        <w:tc>
          <w:tcPr>
            <w:tcW w:w="1234" w:type="dxa"/>
          </w:tcPr>
          <w:p w14:paraId="33D47411" w14:textId="77777777" w:rsidR="001773B5" w:rsidRDefault="00442B4D">
            <w:r>
              <w:t>70.48</w:t>
            </w:r>
          </w:p>
        </w:tc>
        <w:tc>
          <w:tcPr>
            <w:tcW w:w="1234" w:type="dxa"/>
          </w:tcPr>
          <w:p w14:paraId="787584FE" w14:textId="77777777" w:rsidR="001773B5" w:rsidRDefault="00442B4D">
            <w:r>
              <w:t>76.0</w:t>
            </w:r>
          </w:p>
        </w:tc>
        <w:tc>
          <w:tcPr>
            <w:tcW w:w="1234" w:type="dxa"/>
          </w:tcPr>
          <w:p w14:paraId="4F7BF5CA" w14:textId="77777777" w:rsidR="001773B5" w:rsidRDefault="00442B4D">
            <w:r>
              <w:t>74.67</w:t>
            </w:r>
          </w:p>
        </w:tc>
        <w:tc>
          <w:tcPr>
            <w:tcW w:w="1234" w:type="dxa"/>
          </w:tcPr>
          <w:p w14:paraId="6191276A" w14:textId="77777777" w:rsidR="001773B5" w:rsidRDefault="00442B4D">
            <w:r>
              <w:t>46.67</w:t>
            </w:r>
          </w:p>
        </w:tc>
        <w:tc>
          <w:tcPr>
            <w:tcW w:w="1234" w:type="dxa"/>
          </w:tcPr>
          <w:p w14:paraId="18A1EFF7" w14:textId="77777777" w:rsidR="001773B5" w:rsidRDefault="00442B4D">
            <w:r>
              <w:t>69.95</w:t>
            </w:r>
          </w:p>
        </w:tc>
      </w:tr>
      <w:tr w:rsidR="001773B5" w14:paraId="36D8FDF5" w14:textId="77777777">
        <w:tc>
          <w:tcPr>
            <w:tcW w:w="1234" w:type="dxa"/>
          </w:tcPr>
          <w:p w14:paraId="16C8782F" w14:textId="77777777" w:rsidR="001773B5" w:rsidRDefault="00442B4D">
            <w:r>
              <w:t>Sağlık Bilimleri Fakültesi</w:t>
            </w:r>
          </w:p>
        </w:tc>
        <w:tc>
          <w:tcPr>
            <w:tcW w:w="1234" w:type="dxa"/>
          </w:tcPr>
          <w:p w14:paraId="23B74FA9" w14:textId="77777777" w:rsidR="001773B5" w:rsidRDefault="00442B4D">
            <w:r>
              <w:t>2.0</w:t>
            </w:r>
          </w:p>
        </w:tc>
        <w:tc>
          <w:tcPr>
            <w:tcW w:w="1234" w:type="dxa"/>
          </w:tcPr>
          <w:p w14:paraId="4A77BCCB" w14:textId="77777777" w:rsidR="001773B5" w:rsidRDefault="00442B4D">
            <w:r>
              <w:t>68.1</w:t>
            </w:r>
          </w:p>
        </w:tc>
        <w:tc>
          <w:tcPr>
            <w:tcW w:w="1234" w:type="dxa"/>
          </w:tcPr>
          <w:p w14:paraId="6E928CA3" w14:textId="77777777" w:rsidR="001773B5" w:rsidRDefault="00442B4D">
            <w:r>
              <w:t>73.33</w:t>
            </w:r>
          </w:p>
        </w:tc>
        <w:tc>
          <w:tcPr>
            <w:tcW w:w="1234" w:type="dxa"/>
          </w:tcPr>
          <w:p w14:paraId="072A41B4" w14:textId="77777777" w:rsidR="001773B5" w:rsidRDefault="00442B4D">
            <w:r>
              <w:t>74.0</w:t>
            </w:r>
          </w:p>
        </w:tc>
        <w:tc>
          <w:tcPr>
            <w:tcW w:w="1234" w:type="dxa"/>
          </w:tcPr>
          <w:p w14:paraId="7B274CDC" w14:textId="77777777" w:rsidR="001773B5" w:rsidRDefault="00442B4D">
            <w:r>
              <w:t>45.83</w:t>
            </w:r>
          </w:p>
        </w:tc>
        <w:tc>
          <w:tcPr>
            <w:tcW w:w="1234" w:type="dxa"/>
          </w:tcPr>
          <w:p w14:paraId="2DBC9626" w14:textId="77777777" w:rsidR="001773B5" w:rsidRDefault="00442B4D">
            <w:r>
              <w:t>58.89</w:t>
            </w:r>
          </w:p>
        </w:tc>
      </w:tr>
      <w:tr w:rsidR="001773B5" w14:paraId="096E04BC" w14:textId="77777777">
        <w:tc>
          <w:tcPr>
            <w:tcW w:w="1234" w:type="dxa"/>
          </w:tcPr>
          <w:p w14:paraId="3D9364CA" w14:textId="77777777" w:rsidR="001773B5" w:rsidRDefault="00442B4D">
            <w:r>
              <w:t>Sağlık Bilimleri Fakültesi</w:t>
            </w:r>
          </w:p>
        </w:tc>
        <w:tc>
          <w:tcPr>
            <w:tcW w:w="1234" w:type="dxa"/>
          </w:tcPr>
          <w:p w14:paraId="5A8E697B" w14:textId="77777777" w:rsidR="001773B5" w:rsidRDefault="00442B4D">
            <w:r>
              <w:t>3.0</w:t>
            </w:r>
          </w:p>
        </w:tc>
        <w:tc>
          <w:tcPr>
            <w:tcW w:w="1234" w:type="dxa"/>
          </w:tcPr>
          <w:p w14:paraId="24717431" w14:textId="77777777" w:rsidR="001773B5" w:rsidRDefault="00442B4D">
            <w:r>
              <w:t>50.57</w:t>
            </w:r>
          </w:p>
        </w:tc>
        <w:tc>
          <w:tcPr>
            <w:tcW w:w="1234" w:type="dxa"/>
          </w:tcPr>
          <w:p w14:paraId="2F8353D8" w14:textId="77777777" w:rsidR="001773B5" w:rsidRDefault="00442B4D">
            <w:r>
              <w:t>58.0</w:t>
            </w:r>
          </w:p>
        </w:tc>
        <w:tc>
          <w:tcPr>
            <w:tcW w:w="1234" w:type="dxa"/>
          </w:tcPr>
          <w:p w14:paraId="5C34495A" w14:textId="77777777" w:rsidR="001773B5" w:rsidRDefault="00442B4D">
            <w:r>
              <w:t>61.2</w:t>
            </w:r>
          </w:p>
        </w:tc>
        <w:tc>
          <w:tcPr>
            <w:tcW w:w="1234" w:type="dxa"/>
          </w:tcPr>
          <w:p w14:paraId="5CEEF143" w14:textId="77777777" w:rsidR="001773B5" w:rsidRDefault="00442B4D">
            <w:r>
              <w:t>26.5</w:t>
            </w:r>
          </w:p>
        </w:tc>
        <w:tc>
          <w:tcPr>
            <w:tcW w:w="1234" w:type="dxa"/>
          </w:tcPr>
          <w:p w14:paraId="55AA82F0" w14:textId="77777777" w:rsidR="001773B5" w:rsidRDefault="00442B4D">
            <w:r>
              <w:t>49.78</w:t>
            </w:r>
          </w:p>
        </w:tc>
      </w:tr>
      <w:tr w:rsidR="001773B5" w14:paraId="4210E889" w14:textId="77777777">
        <w:tc>
          <w:tcPr>
            <w:tcW w:w="1234" w:type="dxa"/>
          </w:tcPr>
          <w:p w14:paraId="5CB86814" w14:textId="77777777" w:rsidR="001773B5" w:rsidRDefault="00442B4D">
            <w:r>
              <w:t>Sağlık Bilimleri Fakültesi</w:t>
            </w:r>
          </w:p>
        </w:tc>
        <w:tc>
          <w:tcPr>
            <w:tcW w:w="1234" w:type="dxa"/>
          </w:tcPr>
          <w:p w14:paraId="297DA18E" w14:textId="77777777" w:rsidR="001773B5" w:rsidRDefault="00442B4D">
            <w:r>
              <w:t>4.0</w:t>
            </w:r>
          </w:p>
        </w:tc>
        <w:tc>
          <w:tcPr>
            <w:tcW w:w="1234" w:type="dxa"/>
          </w:tcPr>
          <w:p w14:paraId="53AB99B4" w14:textId="77777777" w:rsidR="001773B5" w:rsidRDefault="00442B4D">
            <w:r>
              <w:t>60.0</w:t>
            </w:r>
          </w:p>
        </w:tc>
        <w:tc>
          <w:tcPr>
            <w:tcW w:w="1234" w:type="dxa"/>
          </w:tcPr>
          <w:p w14:paraId="7934756A" w14:textId="77777777" w:rsidR="001773B5" w:rsidRDefault="00442B4D">
            <w:r>
              <w:t>54.0</w:t>
            </w:r>
          </w:p>
        </w:tc>
        <w:tc>
          <w:tcPr>
            <w:tcW w:w="1234" w:type="dxa"/>
          </w:tcPr>
          <w:p w14:paraId="6C895A57" w14:textId="77777777" w:rsidR="001773B5" w:rsidRDefault="00442B4D">
            <w:r>
              <w:t>60.0</w:t>
            </w:r>
          </w:p>
        </w:tc>
        <w:tc>
          <w:tcPr>
            <w:tcW w:w="1234" w:type="dxa"/>
          </w:tcPr>
          <w:p w14:paraId="6C5BBF1A" w14:textId="77777777" w:rsidR="001773B5" w:rsidRDefault="00442B4D">
            <w:r>
              <w:t>30.0</w:t>
            </w:r>
          </w:p>
        </w:tc>
        <w:tc>
          <w:tcPr>
            <w:tcW w:w="1234" w:type="dxa"/>
          </w:tcPr>
          <w:p w14:paraId="16BF4042" w14:textId="77777777" w:rsidR="001773B5" w:rsidRDefault="00442B4D">
            <w:r>
              <w:t>35.42</w:t>
            </w:r>
          </w:p>
        </w:tc>
      </w:tr>
      <w:tr w:rsidR="001773B5" w14:paraId="567CCE48" w14:textId="77777777">
        <w:tc>
          <w:tcPr>
            <w:tcW w:w="1234" w:type="dxa"/>
          </w:tcPr>
          <w:p w14:paraId="1DB5B154" w14:textId="77777777" w:rsidR="001773B5" w:rsidRDefault="00442B4D">
            <w:r>
              <w:t>Sağlık Hizmetleri MYO</w:t>
            </w:r>
          </w:p>
        </w:tc>
        <w:tc>
          <w:tcPr>
            <w:tcW w:w="1234" w:type="dxa"/>
          </w:tcPr>
          <w:p w14:paraId="5E60AA06" w14:textId="77777777" w:rsidR="001773B5" w:rsidRDefault="00442B4D">
            <w:r>
              <w:t>1.0</w:t>
            </w:r>
          </w:p>
        </w:tc>
        <w:tc>
          <w:tcPr>
            <w:tcW w:w="1234" w:type="dxa"/>
          </w:tcPr>
          <w:p w14:paraId="3D677F19" w14:textId="77777777" w:rsidR="001773B5" w:rsidRDefault="00442B4D">
            <w:r>
              <w:t>62.86</w:t>
            </w:r>
          </w:p>
        </w:tc>
        <w:tc>
          <w:tcPr>
            <w:tcW w:w="1234" w:type="dxa"/>
          </w:tcPr>
          <w:p w14:paraId="4683B088" w14:textId="77777777" w:rsidR="001773B5" w:rsidRDefault="00442B4D">
            <w:r>
              <w:t>61.0</w:t>
            </w:r>
          </w:p>
        </w:tc>
        <w:tc>
          <w:tcPr>
            <w:tcW w:w="1234" w:type="dxa"/>
          </w:tcPr>
          <w:p w14:paraId="45183210" w14:textId="77777777" w:rsidR="001773B5" w:rsidRDefault="00442B4D">
            <w:r>
              <w:t>67.0</w:t>
            </w:r>
          </w:p>
        </w:tc>
        <w:tc>
          <w:tcPr>
            <w:tcW w:w="1234" w:type="dxa"/>
          </w:tcPr>
          <w:p w14:paraId="4C4575CA" w14:textId="77777777" w:rsidR="001773B5" w:rsidRDefault="00442B4D">
            <w:r>
              <w:t>33.75</w:t>
            </w:r>
          </w:p>
        </w:tc>
        <w:tc>
          <w:tcPr>
            <w:tcW w:w="1234" w:type="dxa"/>
          </w:tcPr>
          <w:p w14:paraId="1FC4A864" w14:textId="77777777" w:rsidR="001773B5" w:rsidRDefault="00442B4D">
            <w:r>
              <w:t>52.22</w:t>
            </w:r>
          </w:p>
        </w:tc>
      </w:tr>
      <w:tr w:rsidR="001773B5" w14:paraId="7657C887" w14:textId="77777777">
        <w:tc>
          <w:tcPr>
            <w:tcW w:w="1234" w:type="dxa"/>
          </w:tcPr>
          <w:p w14:paraId="0D0284B7" w14:textId="77777777" w:rsidR="001773B5" w:rsidRDefault="00442B4D">
            <w:r>
              <w:t>Sağlık Hizmetleri MYO</w:t>
            </w:r>
          </w:p>
        </w:tc>
        <w:tc>
          <w:tcPr>
            <w:tcW w:w="1234" w:type="dxa"/>
          </w:tcPr>
          <w:p w14:paraId="34AA0AD1" w14:textId="77777777" w:rsidR="001773B5" w:rsidRDefault="00442B4D">
            <w:r>
              <w:t>2.0</w:t>
            </w:r>
          </w:p>
        </w:tc>
        <w:tc>
          <w:tcPr>
            <w:tcW w:w="1234" w:type="dxa"/>
          </w:tcPr>
          <w:p w14:paraId="7A6DBF73" w14:textId="77777777" w:rsidR="001773B5" w:rsidRDefault="00442B4D">
            <w:r>
              <w:t>25.71</w:t>
            </w:r>
          </w:p>
        </w:tc>
        <w:tc>
          <w:tcPr>
            <w:tcW w:w="1234" w:type="dxa"/>
          </w:tcPr>
          <w:p w14:paraId="5F56A293" w14:textId="77777777" w:rsidR="001773B5" w:rsidRDefault="00442B4D">
            <w:r>
              <w:t>68.0</w:t>
            </w:r>
          </w:p>
        </w:tc>
        <w:tc>
          <w:tcPr>
            <w:tcW w:w="1234" w:type="dxa"/>
          </w:tcPr>
          <w:p w14:paraId="19A7CEBA" w14:textId="77777777" w:rsidR="001773B5" w:rsidRDefault="00442B4D">
            <w:r>
              <w:t>20.0</w:t>
            </w:r>
          </w:p>
        </w:tc>
        <w:tc>
          <w:tcPr>
            <w:tcW w:w="1234" w:type="dxa"/>
          </w:tcPr>
          <w:p w14:paraId="55B26992" w14:textId="77777777" w:rsidR="001773B5" w:rsidRDefault="00442B4D">
            <w:r>
              <w:t>100.0</w:t>
            </w:r>
          </w:p>
        </w:tc>
        <w:tc>
          <w:tcPr>
            <w:tcW w:w="1234" w:type="dxa"/>
          </w:tcPr>
          <w:p w14:paraId="3888E220" w14:textId="77777777" w:rsidR="001773B5" w:rsidRDefault="00442B4D">
            <w:r>
              <w:t>37.78</w:t>
            </w:r>
          </w:p>
        </w:tc>
      </w:tr>
      <w:tr w:rsidR="001773B5" w14:paraId="5D25D3D3" w14:textId="77777777">
        <w:tc>
          <w:tcPr>
            <w:tcW w:w="1234" w:type="dxa"/>
          </w:tcPr>
          <w:p w14:paraId="20B4DA42" w14:textId="77777777" w:rsidR="001773B5" w:rsidRDefault="00442B4D">
            <w:r>
              <w:t>Sosyal Bilimler Enstitüsü</w:t>
            </w:r>
          </w:p>
        </w:tc>
        <w:tc>
          <w:tcPr>
            <w:tcW w:w="1234" w:type="dxa"/>
          </w:tcPr>
          <w:p w14:paraId="5525C927" w14:textId="77777777" w:rsidR="001773B5" w:rsidRDefault="00442B4D">
            <w:r>
              <w:t>1.0</w:t>
            </w:r>
          </w:p>
        </w:tc>
        <w:tc>
          <w:tcPr>
            <w:tcW w:w="1234" w:type="dxa"/>
          </w:tcPr>
          <w:p w14:paraId="25A2B955" w14:textId="77777777" w:rsidR="001773B5" w:rsidRDefault="00442B4D">
            <w:r>
              <w:t>75.43</w:t>
            </w:r>
          </w:p>
        </w:tc>
        <w:tc>
          <w:tcPr>
            <w:tcW w:w="1234" w:type="dxa"/>
          </w:tcPr>
          <w:p w14:paraId="6EACB563" w14:textId="77777777" w:rsidR="001773B5" w:rsidRDefault="00442B4D">
            <w:r>
              <w:t>63.2</w:t>
            </w:r>
          </w:p>
        </w:tc>
        <w:tc>
          <w:tcPr>
            <w:tcW w:w="1234" w:type="dxa"/>
          </w:tcPr>
          <w:p w14:paraId="72B78A0D" w14:textId="77777777" w:rsidR="001773B5" w:rsidRDefault="00442B4D">
            <w:r>
              <w:t>61.6</w:t>
            </w:r>
          </w:p>
        </w:tc>
        <w:tc>
          <w:tcPr>
            <w:tcW w:w="1234" w:type="dxa"/>
          </w:tcPr>
          <w:p w14:paraId="063814EE" w14:textId="77777777" w:rsidR="001773B5" w:rsidRDefault="00442B4D">
            <w:r>
              <w:t>54.0</w:t>
            </w:r>
          </w:p>
        </w:tc>
        <w:tc>
          <w:tcPr>
            <w:tcW w:w="1234" w:type="dxa"/>
          </w:tcPr>
          <w:p w14:paraId="308799D8" w14:textId="77777777" w:rsidR="001773B5" w:rsidRDefault="00442B4D">
            <w:r>
              <w:t>65.78</w:t>
            </w:r>
          </w:p>
        </w:tc>
      </w:tr>
      <w:tr w:rsidR="001773B5" w14:paraId="2114A399" w14:textId="77777777">
        <w:tc>
          <w:tcPr>
            <w:tcW w:w="1234" w:type="dxa"/>
          </w:tcPr>
          <w:p w14:paraId="0F3C361F" w14:textId="77777777" w:rsidR="001773B5" w:rsidRDefault="00442B4D">
            <w:r>
              <w:lastRenderedPageBreak/>
              <w:t>Sosyal Bilimler Enstitüsü</w:t>
            </w:r>
          </w:p>
        </w:tc>
        <w:tc>
          <w:tcPr>
            <w:tcW w:w="1234" w:type="dxa"/>
          </w:tcPr>
          <w:p w14:paraId="13F50F64" w14:textId="77777777" w:rsidR="001773B5" w:rsidRDefault="00442B4D">
            <w:r>
              <w:t>2.0</w:t>
            </w:r>
          </w:p>
        </w:tc>
        <w:tc>
          <w:tcPr>
            <w:tcW w:w="1234" w:type="dxa"/>
          </w:tcPr>
          <w:p w14:paraId="3B5C37C9" w14:textId="77777777" w:rsidR="001773B5" w:rsidRDefault="00442B4D">
            <w:r>
              <w:t>70.48</w:t>
            </w:r>
          </w:p>
        </w:tc>
        <w:tc>
          <w:tcPr>
            <w:tcW w:w="1234" w:type="dxa"/>
          </w:tcPr>
          <w:p w14:paraId="5BD4E64C" w14:textId="77777777" w:rsidR="001773B5" w:rsidRDefault="00442B4D">
            <w:r>
              <w:t>81.33</w:t>
            </w:r>
          </w:p>
        </w:tc>
        <w:tc>
          <w:tcPr>
            <w:tcW w:w="1234" w:type="dxa"/>
          </w:tcPr>
          <w:p w14:paraId="1193C801" w14:textId="77777777" w:rsidR="001773B5" w:rsidRDefault="00442B4D">
            <w:r>
              <w:t>57.33</w:t>
            </w:r>
          </w:p>
        </w:tc>
        <w:tc>
          <w:tcPr>
            <w:tcW w:w="1234" w:type="dxa"/>
          </w:tcPr>
          <w:p w14:paraId="6D6C9265" w14:textId="77777777" w:rsidR="001773B5" w:rsidRDefault="00442B4D">
            <w:r>
              <w:t>53.33</w:t>
            </w:r>
          </w:p>
        </w:tc>
        <w:tc>
          <w:tcPr>
            <w:tcW w:w="1234" w:type="dxa"/>
          </w:tcPr>
          <w:p w14:paraId="79392A31" w14:textId="77777777" w:rsidR="001773B5" w:rsidRDefault="00442B4D">
            <w:r>
              <w:t>68.15</w:t>
            </w:r>
          </w:p>
        </w:tc>
      </w:tr>
      <w:tr w:rsidR="001773B5" w14:paraId="40CC0A19" w14:textId="77777777">
        <w:tc>
          <w:tcPr>
            <w:tcW w:w="1234" w:type="dxa"/>
          </w:tcPr>
          <w:p w14:paraId="2FD4D98F" w14:textId="77777777" w:rsidR="001773B5" w:rsidRDefault="00442B4D">
            <w:r>
              <w:t>Sosyal Bilimler Enstitüsü</w:t>
            </w:r>
          </w:p>
        </w:tc>
        <w:tc>
          <w:tcPr>
            <w:tcW w:w="1234" w:type="dxa"/>
          </w:tcPr>
          <w:p w14:paraId="13AB068A" w14:textId="77777777" w:rsidR="001773B5" w:rsidRDefault="00442B4D">
            <w:r>
              <w:t>3.0</w:t>
            </w:r>
          </w:p>
        </w:tc>
        <w:tc>
          <w:tcPr>
            <w:tcW w:w="1234" w:type="dxa"/>
          </w:tcPr>
          <w:p w14:paraId="23268977" w14:textId="77777777" w:rsidR="001773B5" w:rsidRDefault="00442B4D">
            <w:r>
              <w:t>79.05</w:t>
            </w:r>
          </w:p>
        </w:tc>
        <w:tc>
          <w:tcPr>
            <w:tcW w:w="1234" w:type="dxa"/>
          </w:tcPr>
          <w:p w14:paraId="18746FF4" w14:textId="77777777" w:rsidR="001773B5" w:rsidRDefault="00442B4D">
            <w:r>
              <w:t>76.0</w:t>
            </w:r>
          </w:p>
        </w:tc>
        <w:tc>
          <w:tcPr>
            <w:tcW w:w="1234" w:type="dxa"/>
          </w:tcPr>
          <w:p w14:paraId="45F78F53" w14:textId="77777777" w:rsidR="001773B5" w:rsidRDefault="00442B4D">
            <w:r>
              <w:t>70.67</w:t>
            </w:r>
          </w:p>
        </w:tc>
        <w:tc>
          <w:tcPr>
            <w:tcW w:w="1234" w:type="dxa"/>
          </w:tcPr>
          <w:p w14:paraId="45423905" w14:textId="77777777" w:rsidR="001773B5" w:rsidRDefault="00442B4D">
            <w:r>
              <w:t>68.33</w:t>
            </w:r>
          </w:p>
        </w:tc>
        <w:tc>
          <w:tcPr>
            <w:tcW w:w="1234" w:type="dxa"/>
          </w:tcPr>
          <w:p w14:paraId="189254CD" w14:textId="77777777" w:rsidR="001773B5" w:rsidRDefault="00442B4D">
            <w:r>
              <w:t>76.3</w:t>
            </w:r>
          </w:p>
        </w:tc>
      </w:tr>
      <w:tr w:rsidR="001773B5" w14:paraId="60AE8180" w14:textId="77777777">
        <w:tc>
          <w:tcPr>
            <w:tcW w:w="1234" w:type="dxa"/>
          </w:tcPr>
          <w:p w14:paraId="6EAC41D0" w14:textId="77777777" w:rsidR="001773B5" w:rsidRDefault="00442B4D">
            <w:r>
              <w:t>Sosyal Bilimler Enstitüsü</w:t>
            </w:r>
          </w:p>
        </w:tc>
        <w:tc>
          <w:tcPr>
            <w:tcW w:w="1234" w:type="dxa"/>
          </w:tcPr>
          <w:p w14:paraId="6165B582" w14:textId="77777777" w:rsidR="001773B5" w:rsidRDefault="00442B4D">
            <w:r>
              <w:t>5.0</w:t>
            </w:r>
          </w:p>
        </w:tc>
        <w:tc>
          <w:tcPr>
            <w:tcW w:w="1234" w:type="dxa"/>
          </w:tcPr>
          <w:p w14:paraId="15F11A44" w14:textId="77777777" w:rsidR="001773B5" w:rsidRDefault="00442B4D">
            <w:r>
              <w:t>80.0</w:t>
            </w:r>
          </w:p>
        </w:tc>
        <w:tc>
          <w:tcPr>
            <w:tcW w:w="1234" w:type="dxa"/>
          </w:tcPr>
          <w:p w14:paraId="5D89549B" w14:textId="77777777" w:rsidR="001773B5" w:rsidRDefault="00442B4D">
            <w:r>
              <w:t>80.0</w:t>
            </w:r>
          </w:p>
        </w:tc>
        <w:tc>
          <w:tcPr>
            <w:tcW w:w="1234" w:type="dxa"/>
          </w:tcPr>
          <w:p w14:paraId="787F9718" w14:textId="77777777" w:rsidR="001773B5" w:rsidRDefault="00442B4D">
            <w:r>
              <w:t>80.0</w:t>
            </w:r>
          </w:p>
        </w:tc>
        <w:tc>
          <w:tcPr>
            <w:tcW w:w="1234" w:type="dxa"/>
          </w:tcPr>
          <w:p w14:paraId="51D47D49" w14:textId="77777777" w:rsidR="001773B5" w:rsidRDefault="00442B4D">
            <w:r>
              <w:t>80.0</w:t>
            </w:r>
          </w:p>
        </w:tc>
        <w:tc>
          <w:tcPr>
            <w:tcW w:w="1234" w:type="dxa"/>
          </w:tcPr>
          <w:p w14:paraId="5FD7463D" w14:textId="77777777" w:rsidR="001773B5" w:rsidRDefault="00442B4D">
            <w:r>
              <w:t>51.11</w:t>
            </w:r>
          </w:p>
        </w:tc>
      </w:tr>
      <w:tr w:rsidR="001773B5" w14:paraId="4302507A" w14:textId="77777777">
        <w:tc>
          <w:tcPr>
            <w:tcW w:w="1234" w:type="dxa"/>
          </w:tcPr>
          <w:p w14:paraId="21AB088F" w14:textId="77777777" w:rsidR="001773B5" w:rsidRDefault="00442B4D">
            <w:r>
              <w:t>Sosyal Bilimler Enstitüsü</w:t>
            </w:r>
          </w:p>
        </w:tc>
        <w:tc>
          <w:tcPr>
            <w:tcW w:w="1234" w:type="dxa"/>
          </w:tcPr>
          <w:p w14:paraId="39740F7F" w14:textId="77777777" w:rsidR="001773B5" w:rsidRDefault="00442B4D">
            <w:r>
              <w:t>7.0</w:t>
            </w:r>
          </w:p>
        </w:tc>
        <w:tc>
          <w:tcPr>
            <w:tcW w:w="1234" w:type="dxa"/>
          </w:tcPr>
          <w:p w14:paraId="348341CC" w14:textId="77777777" w:rsidR="001773B5" w:rsidRDefault="00442B4D">
            <w:r>
              <w:t>85.71</w:t>
            </w:r>
          </w:p>
        </w:tc>
        <w:tc>
          <w:tcPr>
            <w:tcW w:w="1234" w:type="dxa"/>
          </w:tcPr>
          <w:p w14:paraId="2A7FED9A" w14:textId="77777777" w:rsidR="001773B5" w:rsidRDefault="00442B4D">
            <w:r>
              <w:t>86.0</w:t>
            </w:r>
          </w:p>
        </w:tc>
        <w:tc>
          <w:tcPr>
            <w:tcW w:w="1234" w:type="dxa"/>
          </w:tcPr>
          <w:p w14:paraId="08CAF328" w14:textId="77777777" w:rsidR="001773B5" w:rsidRDefault="00442B4D">
            <w:r>
              <w:t>70.0</w:t>
            </w:r>
          </w:p>
        </w:tc>
        <w:tc>
          <w:tcPr>
            <w:tcW w:w="1234" w:type="dxa"/>
          </w:tcPr>
          <w:p w14:paraId="6CDF0093" w14:textId="77777777" w:rsidR="001773B5" w:rsidRDefault="00442B4D">
            <w:r>
              <w:t>60.0</w:t>
            </w:r>
          </w:p>
        </w:tc>
        <w:tc>
          <w:tcPr>
            <w:tcW w:w="1234" w:type="dxa"/>
          </w:tcPr>
          <w:p w14:paraId="4225E656" w14:textId="77777777" w:rsidR="001773B5" w:rsidRDefault="00442B4D">
            <w:r>
              <w:t>71.11</w:t>
            </w:r>
          </w:p>
        </w:tc>
      </w:tr>
      <w:tr w:rsidR="001773B5" w14:paraId="01435614" w14:textId="77777777">
        <w:tc>
          <w:tcPr>
            <w:tcW w:w="1234" w:type="dxa"/>
          </w:tcPr>
          <w:p w14:paraId="4AD62CFD" w14:textId="77777777" w:rsidR="001773B5" w:rsidRDefault="00442B4D">
            <w:r>
              <w:t>Sosyal Bilimler MYO</w:t>
            </w:r>
          </w:p>
        </w:tc>
        <w:tc>
          <w:tcPr>
            <w:tcW w:w="1234" w:type="dxa"/>
          </w:tcPr>
          <w:p w14:paraId="1588C97E" w14:textId="77777777" w:rsidR="001773B5" w:rsidRDefault="00442B4D">
            <w:r>
              <w:t>1.0</w:t>
            </w:r>
          </w:p>
        </w:tc>
        <w:tc>
          <w:tcPr>
            <w:tcW w:w="1234" w:type="dxa"/>
          </w:tcPr>
          <w:p w14:paraId="3BA6A99C" w14:textId="77777777" w:rsidR="001773B5" w:rsidRDefault="00442B4D">
            <w:r>
              <w:t>68.93</w:t>
            </w:r>
          </w:p>
        </w:tc>
        <w:tc>
          <w:tcPr>
            <w:tcW w:w="1234" w:type="dxa"/>
          </w:tcPr>
          <w:p w14:paraId="03C5A06A" w14:textId="77777777" w:rsidR="001773B5" w:rsidRDefault="00442B4D">
            <w:r>
              <w:t>64.5</w:t>
            </w:r>
          </w:p>
        </w:tc>
        <w:tc>
          <w:tcPr>
            <w:tcW w:w="1234" w:type="dxa"/>
          </w:tcPr>
          <w:p w14:paraId="4FA7B4B6" w14:textId="77777777" w:rsidR="001773B5" w:rsidRDefault="00442B4D">
            <w:r>
              <w:t>66.5</w:t>
            </w:r>
          </w:p>
        </w:tc>
        <w:tc>
          <w:tcPr>
            <w:tcW w:w="1234" w:type="dxa"/>
          </w:tcPr>
          <w:p w14:paraId="6FCC786A" w14:textId="77777777" w:rsidR="001773B5" w:rsidRDefault="00442B4D">
            <w:r>
              <w:t>50.62</w:t>
            </w:r>
          </w:p>
        </w:tc>
        <w:tc>
          <w:tcPr>
            <w:tcW w:w="1234" w:type="dxa"/>
          </w:tcPr>
          <w:p w14:paraId="12347398" w14:textId="77777777" w:rsidR="001773B5" w:rsidRDefault="00442B4D">
            <w:r>
              <w:t>54.44</w:t>
            </w:r>
          </w:p>
        </w:tc>
      </w:tr>
      <w:tr w:rsidR="001773B5" w14:paraId="6B52B49E" w14:textId="77777777">
        <w:tc>
          <w:tcPr>
            <w:tcW w:w="1234" w:type="dxa"/>
          </w:tcPr>
          <w:p w14:paraId="0F49F82A" w14:textId="77777777" w:rsidR="001773B5" w:rsidRDefault="00442B4D">
            <w:r>
              <w:t>Sosyal Bilimler MYO</w:t>
            </w:r>
          </w:p>
        </w:tc>
        <w:tc>
          <w:tcPr>
            <w:tcW w:w="1234" w:type="dxa"/>
          </w:tcPr>
          <w:p w14:paraId="23C20DE5" w14:textId="77777777" w:rsidR="001773B5" w:rsidRDefault="00442B4D">
            <w:r>
              <w:t>2.0</w:t>
            </w:r>
          </w:p>
        </w:tc>
        <w:tc>
          <w:tcPr>
            <w:tcW w:w="1234" w:type="dxa"/>
          </w:tcPr>
          <w:p w14:paraId="669BD6BB" w14:textId="77777777" w:rsidR="001773B5" w:rsidRDefault="00442B4D">
            <w:r>
              <w:t>70.48</w:t>
            </w:r>
          </w:p>
        </w:tc>
        <w:tc>
          <w:tcPr>
            <w:tcW w:w="1234" w:type="dxa"/>
          </w:tcPr>
          <w:p w14:paraId="03899F8A" w14:textId="77777777" w:rsidR="001773B5" w:rsidRDefault="00442B4D">
            <w:r>
              <w:t>62.67</w:t>
            </w:r>
          </w:p>
        </w:tc>
        <w:tc>
          <w:tcPr>
            <w:tcW w:w="1234" w:type="dxa"/>
          </w:tcPr>
          <w:p w14:paraId="51BA1399" w14:textId="77777777" w:rsidR="001773B5" w:rsidRDefault="00442B4D">
            <w:r>
              <w:t>64.0</w:t>
            </w:r>
          </w:p>
        </w:tc>
        <w:tc>
          <w:tcPr>
            <w:tcW w:w="1234" w:type="dxa"/>
          </w:tcPr>
          <w:p w14:paraId="6A8EC3B3" w14:textId="77777777" w:rsidR="001773B5" w:rsidRDefault="00442B4D">
            <w:r>
              <w:t>31.67</w:t>
            </w:r>
          </w:p>
        </w:tc>
        <w:tc>
          <w:tcPr>
            <w:tcW w:w="1234" w:type="dxa"/>
          </w:tcPr>
          <w:p w14:paraId="01F6922F" w14:textId="77777777" w:rsidR="001773B5" w:rsidRDefault="00442B4D">
            <w:r>
              <w:t>46.67</w:t>
            </w:r>
          </w:p>
        </w:tc>
      </w:tr>
      <w:tr w:rsidR="001773B5" w14:paraId="56C74673" w14:textId="77777777">
        <w:tc>
          <w:tcPr>
            <w:tcW w:w="1234" w:type="dxa"/>
          </w:tcPr>
          <w:p w14:paraId="5EE7FD4C" w14:textId="77777777" w:rsidR="001773B5" w:rsidRDefault="00442B4D">
            <w:r>
              <w:t>Sosyal Bilimler MYO</w:t>
            </w:r>
          </w:p>
        </w:tc>
        <w:tc>
          <w:tcPr>
            <w:tcW w:w="1234" w:type="dxa"/>
          </w:tcPr>
          <w:p w14:paraId="04ED2CBF" w14:textId="77777777" w:rsidR="001773B5" w:rsidRDefault="00442B4D">
            <w:r>
              <w:t>3.0</w:t>
            </w:r>
          </w:p>
        </w:tc>
        <w:tc>
          <w:tcPr>
            <w:tcW w:w="1234" w:type="dxa"/>
          </w:tcPr>
          <w:p w14:paraId="19DA5097" w14:textId="77777777" w:rsidR="001773B5" w:rsidRDefault="00442B4D">
            <w:r>
              <w:t>100.0</w:t>
            </w:r>
          </w:p>
        </w:tc>
        <w:tc>
          <w:tcPr>
            <w:tcW w:w="1234" w:type="dxa"/>
          </w:tcPr>
          <w:p w14:paraId="675262FB" w14:textId="77777777" w:rsidR="001773B5" w:rsidRDefault="00442B4D">
            <w:r>
              <w:t>84.0</w:t>
            </w:r>
          </w:p>
        </w:tc>
        <w:tc>
          <w:tcPr>
            <w:tcW w:w="1234" w:type="dxa"/>
          </w:tcPr>
          <w:p w14:paraId="5EAC24E1" w14:textId="77777777" w:rsidR="001773B5" w:rsidRDefault="00442B4D">
            <w:r>
              <w:t>84.0</w:t>
            </w:r>
          </w:p>
        </w:tc>
        <w:tc>
          <w:tcPr>
            <w:tcW w:w="1234" w:type="dxa"/>
          </w:tcPr>
          <w:p w14:paraId="0D0FA295" w14:textId="77777777" w:rsidR="001773B5" w:rsidRDefault="00442B4D">
            <w:r>
              <w:t>70.0</w:t>
            </w:r>
          </w:p>
        </w:tc>
        <w:tc>
          <w:tcPr>
            <w:tcW w:w="1234" w:type="dxa"/>
          </w:tcPr>
          <w:p w14:paraId="2BDCF59D" w14:textId="77777777" w:rsidR="001773B5" w:rsidRDefault="00442B4D">
            <w:r>
              <w:t>84.44</w:t>
            </w:r>
          </w:p>
        </w:tc>
      </w:tr>
      <w:tr w:rsidR="001773B5" w14:paraId="0E13C84C" w14:textId="77777777">
        <w:tc>
          <w:tcPr>
            <w:tcW w:w="1234" w:type="dxa"/>
          </w:tcPr>
          <w:p w14:paraId="35E68F62" w14:textId="77777777" w:rsidR="001773B5" w:rsidRDefault="00442B4D">
            <w:r>
              <w:t>Spor Bilimleri Fakültesi</w:t>
            </w:r>
          </w:p>
        </w:tc>
        <w:tc>
          <w:tcPr>
            <w:tcW w:w="1234" w:type="dxa"/>
          </w:tcPr>
          <w:p w14:paraId="691761C4" w14:textId="77777777" w:rsidR="001773B5" w:rsidRDefault="00442B4D">
            <w:r>
              <w:t>2.0</w:t>
            </w:r>
          </w:p>
        </w:tc>
        <w:tc>
          <w:tcPr>
            <w:tcW w:w="1234" w:type="dxa"/>
          </w:tcPr>
          <w:p w14:paraId="410E7AC3" w14:textId="77777777" w:rsidR="001773B5" w:rsidRDefault="00442B4D">
            <w:r>
              <w:t>67.62</w:t>
            </w:r>
          </w:p>
        </w:tc>
        <w:tc>
          <w:tcPr>
            <w:tcW w:w="1234" w:type="dxa"/>
          </w:tcPr>
          <w:p w14:paraId="63886D85" w14:textId="77777777" w:rsidR="001773B5" w:rsidRDefault="00442B4D">
            <w:r>
              <w:t>80.0</w:t>
            </w:r>
          </w:p>
        </w:tc>
        <w:tc>
          <w:tcPr>
            <w:tcW w:w="1234" w:type="dxa"/>
          </w:tcPr>
          <w:p w14:paraId="03DE69A0" w14:textId="77777777" w:rsidR="001773B5" w:rsidRDefault="00442B4D">
            <w:r>
              <w:t>89.33</w:t>
            </w:r>
          </w:p>
        </w:tc>
        <w:tc>
          <w:tcPr>
            <w:tcW w:w="1234" w:type="dxa"/>
          </w:tcPr>
          <w:p w14:paraId="0686DE98" w14:textId="77777777" w:rsidR="001773B5" w:rsidRDefault="00442B4D">
            <w:r>
              <w:t>80.0</w:t>
            </w:r>
          </w:p>
        </w:tc>
        <w:tc>
          <w:tcPr>
            <w:tcW w:w="1234" w:type="dxa"/>
          </w:tcPr>
          <w:p w14:paraId="7F161AEC" w14:textId="77777777" w:rsidR="001773B5" w:rsidRDefault="00442B4D">
            <w:r>
              <w:t>71.11</w:t>
            </w:r>
          </w:p>
        </w:tc>
      </w:tr>
      <w:tr w:rsidR="001773B5" w14:paraId="5EB591CC" w14:textId="77777777">
        <w:tc>
          <w:tcPr>
            <w:tcW w:w="1234" w:type="dxa"/>
          </w:tcPr>
          <w:p w14:paraId="27F7C921" w14:textId="77777777" w:rsidR="001773B5" w:rsidRDefault="00442B4D">
            <w:r>
              <w:t>Spor Bilimleri Fakültesi</w:t>
            </w:r>
          </w:p>
        </w:tc>
        <w:tc>
          <w:tcPr>
            <w:tcW w:w="1234" w:type="dxa"/>
          </w:tcPr>
          <w:p w14:paraId="67EBAF55" w14:textId="77777777" w:rsidR="001773B5" w:rsidRDefault="00442B4D">
            <w:r>
              <w:t>7.0</w:t>
            </w:r>
          </w:p>
        </w:tc>
        <w:tc>
          <w:tcPr>
            <w:tcW w:w="1234" w:type="dxa"/>
          </w:tcPr>
          <w:p w14:paraId="57B2407F" w14:textId="77777777" w:rsidR="001773B5" w:rsidRDefault="00442B4D">
            <w:r>
              <w:t>48.57</w:t>
            </w:r>
          </w:p>
        </w:tc>
        <w:tc>
          <w:tcPr>
            <w:tcW w:w="1234" w:type="dxa"/>
          </w:tcPr>
          <w:p w14:paraId="6C612233" w14:textId="77777777" w:rsidR="001773B5" w:rsidRDefault="00442B4D">
            <w:r>
              <w:t>60.0</w:t>
            </w:r>
          </w:p>
        </w:tc>
        <w:tc>
          <w:tcPr>
            <w:tcW w:w="1234" w:type="dxa"/>
          </w:tcPr>
          <w:p w14:paraId="6569E51A" w14:textId="77777777" w:rsidR="001773B5" w:rsidRDefault="00442B4D">
            <w:r>
              <w:t>80.0</w:t>
            </w:r>
          </w:p>
        </w:tc>
        <w:tc>
          <w:tcPr>
            <w:tcW w:w="1234" w:type="dxa"/>
          </w:tcPr>
          <w:p w14:paraId="2A8709E9" w14:textId="77777777" w:rsidR="001773B5" w:rsidRDefault="00442B4D">
            <w:r>
              <w:t>30.0</w:t>
            </w:r>
          </w:p>
        </w:tc>
        <w:tc>
          <w:tcPr>
            <w:tcW w:w="1234" w:type="dxa"/>
          </w:tcPr>
          <w:p w14:paraId="199405F7" w14:textId="77777777" w:rsidR="001773B5" w:rsidRDefault="00442B4D">
            <w:r>
              <w:t>51.11</w:t>
            </w:r>
          </w:p>
        </w:tc>
      </w:tr>
      <w:tr w:rsidR="001773B5" w14:paraId="65684EDC" w14:textId="77777777">
        <w:tc>
          <w:tcPr>
            <w:tcW w:w="1234" w:type="dxa"/>
          </w:tcPr>
          <w:p w14:paraId="76A71A5E" w14:textId="77777777" w:rsidR="001773B5" w:rsidRDefault="00442B4D">
            <w:r>
              <w:t>Teknik Bilimler MYO</w:t>
            </w:r>
          </w:p>
        </w:tc>
        <w:tc>
          <w:tcPr>
            <w:tcW w:w="1234" w:type="dxa"/>
          </w:tcPr>
          <w:p w14:paraId="03AB917F" w14:textId="77777777" w:rsidR="001773B5" w:rsidRDefault="00442B4D">
            <w:r>
              <w:t>1.0</w:t>
            </w:r>
          </w:p>
        </w:tc>
        <w:tc>
          <w:tcPr>
            <w:tcW w:w="1234" w:type="dxa"/>
          </w:tcPr>
          <w:p w14:paraId="67F966AA" w14:textId="77777777" w:rsidR="001773B5" w:rsidRDefault="00442B4D">
            <w:r>
              <w:t>74.86</w:t>
            </w:r>
          </w:p>
        </w:tc>
        <w:tc>
          <w:tcPr>
            <w:tcW w:w="1234" w:type="dxa"/>
          </w:tcPr>
          <w:p w14:paraId="65E46411" w14:textId="77777777" w:rsidR="001773B5" w:rsidRDefault="00442B4D">
            <w:r>
              <w:t>77.6</w:t>
            </w:r>
          </w:p>
        </w:tc>
        <w:tc>
          <w:tcPr>
            <w:tcW w:w="1234" w:type="dxa"/>
          </w:tcPr>
          <w:p w14:paraId="05DFD7FD" w14:textId="77777777" w:rsidR="001773B5" w:rsidRDefault="00442B4D">
            <w:r>
              <w:t>65.6</w:t>
            </w:r>
          </w:p>
        </w:tc>
        <w:tc>
          <w:tcPr>
            <w:tcW w:w="1234" w:type="dxa"/>
          </w:tcPr>
          <w:p w14:paraId="776DC964" w14:textId="77777777" w:rsidR="001773B5" w:rsidRDefault="00442B4D">
            <w:r>
              <w:t>49.0</w:t>
            </w:r>
          </w:p>
        </w:tc>
        <w:tc>
          <w:tcPr>
            <w:tcW w:w="1234" w:type="dxa"/>
          </w:tcPr>
          <w:p w14:paraId="49D40248" w14:textId="77777777" w:rsidR="001773B5" w:rsidRDefault="00442B4D">
            <w:r>
              <w:t>65.06</w:t>
            </w:r>
          </w:p>
        </w:tc>
      </w:tr>
      <w:tr w:rsidR="001773B5" w14:paraId="61BCF98A" w14:textId="77777777">
        <w:tc>
          <w:tcPr>
            <w:tcW w:w="1234" w:type="dxa"/>
          </w:tcPr>
          <w:p w14:paraId="6DA62B6E" w14:textId="77777777" w:rsidR="001773B5" w:rsidRDefault="00442B4D">
            <w:r>
              <w:t>Teknik Bilimler MYO</w:t>
            </w:r>
          </w:p>
        </w:tc>
        <w:tc>
          <w:tcPr>
            <w:tcW w:w="1234" w:type="dxa"/>
          </w:tcPr>
          <w:p w14:paraId="1ADD0F2D" w14:textId="77777777" w:rsidR="001773B5" w:rsidRDefault="00442B4D">
            <w:r>
              <w:t>2.0</w:t>
            </w:r>
          </w:p>
        </w:tc>
        <w:tc>
          <w:tcPr>
            <w:tcW w:w="1234" w:type="dxa"/>
          </w:tcPr>
          <w:p w14:paraId="2D9C00B3" w14:textId="77777777" w:rsidR="001773B5" w:rsidRDefault="00442B4D">
            <w:r>
              <w:t>62.86</w:t>
            </w:r>
          </w:p>
        </w:tc>
        <w:tc>
          <w:tcPr>
            <w:tcW w:w="1234" w:type="dxa"/>
          </w:tcPr>
          <w:p w14:paraId="54D39437" w14:textId="77777777" w:rsidR="001773B5" w:rsidRDefault="00442B4D">
            <w:r>
              <w:t>42.67</w:t>
            </w:r>
          </w:p>
        </w:tc>
        <w:tc>
          <w:tcPr>
            <w:tcW w:w="1234" w:type="dxa"/>
          </w:tcPr>
          <w:p w14:paraId="53E9DCDE" w14:textId="77777777" w:rsidR="001773B5" w:rsidRDefault="00442B4D">
            <w:r>
              <w:t>53.33</w:t>
            </w:r>
          </w:p>
        </w:tc>
        <w:tc>
          <w:tcPr>
            <w:tcW w:w="1234" w:type="dxa"/>
          </w:tcPr>
          <w:p w14:paraId="4DCB1726" w14:textId="77777777" w:rsidR="001773B5" w:rsidRDefault="00442B4D">
            <w:r>
              <w:t>43.33</w:t>
            </w:r>
          </w:p>
        </w:tc>
        <w:tc>
          <w:tcPr>
            <w:tcW w:w="1234" w:type="dxa"/>
          </w:tcPr>
          <w:p w14:paraId="0343F93B" w14:textId="77777777" w:rsidR="001773B5" w:rsidRDefault="00442B4D">
            <w:r>
              <w:t>42.96</w:t>
            </w:r>
          </w:p>
        </w:tc>
      </w:tr>
      <w:tr w:rsidR="001773B5" w14:paraId="1D211F4E" w14:textId="77777777">
        <w:tc>
          <w:tcPr>
            <w:tcW w:w="1234" w:type="dxa"/>
          </w:tcPr>
          <w:p w14:paraId="29BE0A50" w14:textId="77777777" w:rsidR="001773B5" w:rsidRDefault="00442B4D">
            <w:r>
              <w:t>Turizm Fakültesi</w:t>
            </w:r>
          </w:p>
        </w:tc>
        <w:tc>
          <w:tcPr>
            <w:tcW w:w="1234" w:type="dxa"/>
          </w:tcPr>
          <w:p w14:paraId="7A9E6E1C" w14:textId="77777777" w:rsidR="001773B5" w:rsidRDefault="00442B4D">
            <w:r>
              <w:t>3.0</w:t>
            </w:r>
          </w:p>
        </w:tc>
        <w:tc>
          <w:tcPr>
            <w:tcW w:w="1234" w:type="dxa"/>
          </w:tcPr>
          <w:p w14:paraId="2AF31A37" w14:textId="77777777" w:rsidR="001773B5" w:rsidRDefault="00442B4D">
            <w:r>
              <w:t>77.14</w:t>
            </w:r>
          </w:p>
        </w:tc>
        <w:tc>
          <w:tcPr>
            <w:tcW w:w="1234" w:type="dxa"/>
          </w:tcPr>
          <w:p w14:paraId="4B417524" w14:textId="77777777" w:rsidR="001773B5" w:rsidRDefault="00442B4D">
            <w:r>
              <w:t>80.0</w:t>
            </w:r>
          </w:p>
        </w:tc>
        <w:tc>
          <w:tcPr>
            <w:tcW w:w="1234" w:type="dxa"/>
          </w:tcPr>
          <w:p w14:paraId="2937B2A8" w14:textId="77777777" w:rsidR="001773B5" w:rsidRDefault="00442B4D">
            <w:r>
              <w:t>80.0</w:t>
            </w:r>
          </w:p>
        </w:tc>
        <w:tc>
          <w:tcPr>
            <w:tcW w:w="1234" w:type="dxa"/>
          </w:tcPr>
          <w:p w14:paraId="58CDA2EF" w14:textId="77777777" w:rsidR="001773B5" w:rsidRDefault="00442B4D">
            <w:r>
              <w:t>70.0</w:t>
            </w:r>
          </w:p>
        </w:tc>
        <w:tc>
          <w:tcPr>
            <w:tcW w:w="1234" w:type="dxa"/>
          </w:tcPr>
          <w:p w14:paraId="63F084BC" w14:textId="77777777" w:rsidR="001773B5" w:rsidRDefault="00442B4D">
            <w:r>
              <w:t>68.89</w:t>
            </w:r>
          </w:p>
        </w:tc>
      </w:tr>
      <w:tr w:rsidR="001773B5" w14:paraId="79FDD828" w14:textId="77777777">
        <w:tc>
          <w:tcPr>
            <w:tcW w:w="1234" w:type="dxa"/>
          </w:tcPr>
          <w:p w14:paraId="1ABAA23E" w14:textId="77777777" w:rsidR="001773B5" w:rsidRDefault="00442B4D">
            <w:r>
              <w:t>Tıp Fakültesi</w:t>
            </w:r>
          </w:p>
        </w:tc>
        <w:tc>
          <w:tcPr>
            <w:tcW w:w="1234" w:type="dxa"/>
          </w:tcPr>
          <w:p w14:paraId="04EEF321" w14:textId="77777777" w:rsidR="001773B5" w:rsidRDefault="00442B4D">
            <w:r>
              <w:t>1.0</w:t>
            </w:r>
          </w:p>
        </w:tc>
        <w:tc>
          <w:tcPr>
            <w:tcW w:w="1234" w:type="dxa"/>
          </w:tcPr>
          <w:p w14:paraId="5DF1DADB" w14:textId="77777777" w:rsidR="001773B5" w:rsidRDefault="00442B4D">
            <w:r>
              <w:t>64.49</w:t>
            </w:r>
          </w:p>
        </w:tc>
        <w:tc>
          <w:tcPr>
            <w:tcW w:w="1234" w:type="dxa"/>
          </w:tcPr>
          <w:p w14:paraId="2265E14C" w14:textId="77777777" w:rsidR="001773B5" w:rsidRDefault="00442B4D">
            <w:r>
              <w:t>60.57</w:t>
            </w:r>
          </w:p>
        </w:tc>
        <w:tc>
          <w:tcPr>
            <w:tcW w:w="1234" w:type="dxa"/>
          </w:tcPr>
          <w:p w14:paraId="3980DD01" w14:textId="77777777" w:rsidR="001773B5" w:rsidRDefault="00442B4D">
            <w:r>
              <w:t>63.43</w:t>
            </w:r>
          </w:p>
        </w:tc>
        <w:tc>
          <w:tcPr>
            <w:tcW w:w="1234" w:type="dxa"/>
          </w:tcPr>
          <w:p w14:paraId="1FAB3247" w14:textId="77777777" w:rsidR="001773B5" w:rsidRDefault="00442B4D">
            <w:r>
              <w:t>40.71</w:t>
            </w:r>
          </w:p>
        </w:tc>
        <w:tc>
          <w:tcPr>
            <w:tcW w:w="1234" w:type="dxa"/>
          </w:tcPr>
          <w:p w14:paraId="05B48924" w14:textId="77777777" w:rsidR="001773B5" w:rsidRDefault="00442B4D">
            <w:r>
              <w:t>53.97</w:t>
            </w:r>
          </w:p>
        </w:tc>
      </w:tr>
      <w:tr w:rsidR="001773B5" w14:paraId="2E09C998" w14:textId="77777777">
        <w:tc>
          <w:tcPr>
            <w:tcW w:w="1234" w:type="dxa"/>
          </w:tcPr>
          <w:p w14:paraId="1A5A6B92" w14:textId="77777777" w:rsidR="001773B5" w:rsidRDefault="00442B4D">
            <w:r>
              <w:t>Tıp Fakültesi</w:t>
            </w:r>
          </w:p>
        </w:tc>
        <w:tc>
          <w:tcPr>
            <w:tcW w:w="1234" w:type="dxa"/>
          </w:tcPr>
          <w:p w14:paraId="19DD8F64" w14:textId="77777777" w:rsidR="001773B5" w:rsidRDefault="00442B4D">
            <w:r>
              <w:t>3.0</w:t>
            </w:r>
          </w:p>
        </w:tc>
        <w:tc>
          <w:tcPr>
            <w:tcW w:w="1234" w:type="dxa"/>
          </w:tcPr>
          <w:p w14:paraId="63D2B084" w14:textId="77777777" w:rsidR="001773B5" w:rsidRDefault="00442B4D">
            <w:r>
              <w:t>52.14</w:t>
            </w:r>
          </w:p>
        </w:tc>
        <w:tc>
          <w:tcPr>
            <w:tcW w:w="1234" w:type="dxa"/>
          </w:tcPr>
          <w:p w14:paraId="24CA92D8" w14:textId="77777777" w:rsidR="001773B5" w:rsidRDefault="00442B4D">
            <w:r>
              <w:t>45.0</w:t>
            </w:r>
          </w:p>
        </w:tc>
        <w:tc>
          <w:tcPr>
            <w:tcW w:w="1234" w:type="dxa"/>
          </w:tcPr>
          <w:p w14:paraId="0A70289C" w14:textId="77777777" w:rsidR="001773B5" w:rsidRDefault="00442B4D">
            <w:r>
              <w:t>52.0</w:t>
            </w:r>
          </w:p>
        </w:tc>
        <w:tc>
          <w:tcPr>
            <w:tcW w:w="1234" w:type="dxa"/>
          </w:tcPr>
          <w:p w14:paraId="0BD2AEBC" w14:textId="77777777" w:rsidR="001773B5" w:rsidRDefault="00442B4D">
            <w:r>
              <w:t>26.25</w:t>
            </w:r>
          </w:p>
        </w:tc>
        <w:tc>
          <w:tcPr>
            <w:tcW w:w="1234" w:type="dxa"/>
          </w:tcPr>
          <w:p w14:paraId="2C860F68" w14:textId="77777777" w:rsidR="001773B5" w:rsidRDefault="00442B4D">
            <w:r>
              <w:t>41.81</w:t>
            </w:r>
          </w:p>
        </w:tc>
      </w:tr>
      <w:tr w:rsidR="001773B5" w14:paraId="7A8BA1F1" w14:textId="77777777">
        <w:tc>
          <w:tcPr>
            <w:tcW w:w="1234" w:type="dxa"/>
          </w:tcPr>
          <w:p w14:paraId="4887AAA1" w14:textId="77777777" w:rsidR="001773B5" w:rsidRDefault="00442B4D">
            <w:r>
              <w:t>Tıp Fakültesi</w:t>
            </w:r>
          </w:p>
        </w:tc>
        <w:tc>
          <w:tcPr>
            <w:tcW w:w="1234" w:type="dxa"/>
          </w:tcPr>
          <w:p w14:paraId="17A9B73C" w14:textId="77777777" w:rsidR="001773B5" w:rsidRDefault="00442B4D">
            <w:r>
              <w:t>5.0</w:t>
            </w:r>
          </w:p>
        </w:tc>
        <w:tc>
          <w:tcPr>
            <w:tcW w:w="1234" w:type="dxa"/>
          </w:tcPr>
          <w:p w14:paraId="64E73CFB" w14:textId="77777777" w:rsidR="001773B5" w:rsidRDefault="00442B4D">
            <w:r>
              <w:t>82.86</w:t>
            </w:r>
          </w:p>
        </w:tc>
        <w:tc>
          <w:tcPr>
            <w:tcW w:w="1234" w:type="dxa"/>
          </w:tcPr>
          <w:p w14:paraId="161B4E44" w14:textId="77777777" w:rsidR="001773B5" w:rsidRDefault="00442B4D">
            <w:r>
              <w:t>52.0</w:t>
            </w:r>
          </w:p>
        </w:tc>
        <w:tc>
          <w:tcPr>
            <w:tcW w:w="1234" w:type="dxa"/>
          </w:tcPr>
          <w:p w14:paraId="30963B74" w14:textId="77777777" w:rsidR="001773B5" w:rsidRDefault="00442B4D">
            <w:r>
              <w:t>72.0</w:t>
            </w:r>
          </w:p>
        </w:tc>
        <w:tc>
          <w:tcPr>
            <w:tcW w:w="1234" w:type="dxa"/>
          </w:tcPr>
          <w:p w14:paraId="0E73A630" w14:textId="77777777" w:rsidR="001773B5" w:rsidRDefault="00442B4D">
            <w:r>
              <w:t>65.0</w:t>
            </w:r>
          </w:p>
        </w:tc>
        <w:tc>
          <w:tcPr>
            <w:tcW w:w="1234" w:type="dxa"/>
          </w:tcPr>
          <w:p w14:paraId="05BB3923" w14:textId="77777777" w:rsidR="001773B5" w:rsidRDefault="00442B4D">
            <w:r>
              <w:t>48.89</w:t>
            </w:r>
          </w:p>
        </w:tc>
      </w:tr>
      <w:tr w:rsidR="001773B5" w14:paraId="3A926C65" w14:textId="77777777">
        <w:tc>
          <w:tcPr>
            <w:tcW w:w="1234" w:type="dxa"/>
          </w:tcPr>
          <w:p w14:paraId="59D09D86" w14:textId="77777777" w:rsidR="001773B5" w:rsidRDefault="00442B4D">
            <w:r>
              <w:t>Veteriner Fakültesi</w:t>
            </w:r>
          </w:p>
        </w:tc>
        <w:tc>
          <w:tcPr>
            <w:tcW w:w="1234" w:type="dxa"/>
          </w:tcPr>
          <w:p w14:paraId="33380B00" w14:textId="77777777" w:rsidR="001773B5" w:rsidRDefault="00442B4D">
            <w:r>
              <w:t>3.0</w:t>
            </w:r>
          </w:p>
        </w:tc>
        <w:tc>
          <w:tcPr>
            <w:tcW w:w="1234" w:type="dxa"/>
          </w:tcPr>
          <w:p w14:paraId="080AD95E" w14:textId="77777777" w:rsidR="001773B5" w:rsidRDefault="00442B4D">
            <w:r>
              <w:t>71.43</w:t>
            </w:r>
          </w:p>
        </w:tc>
        <w:tc>
          <w:tcPr>
            <w:tcW w:w="1234" w:type="dxa"/>
          </w:tcPr>
          <w:p w14:paraId="2341A0E0" w14:textId="77777777" w:rsidR="001773B5" w:rsidRDefault="00442B4D">
            <w:r>
              <w:t>76.0</w:t>
            </w:r>
          </w:p>
        </w:tc>
        <w:tc>
          <w:tcPr>
            <w:tcW w:w="1234" w:type="dxa"/>
          </w:tcPr>
          <w:p w14:paraId="27C56DEB" w14:textId="77777777" w:rsidR="001773B5" w:rsidRDefault="00442B4D">
            <w:r>
              <w:t>80.0</w:t>
            </w:r>
          </w:p>
        </w:tc>
        <w:tc>
          <w:tcPr>
            <w:tcW w:w="1234" w:type="dxa"/>
          </w:tcPr>
          <w:p w14:paraId="5C16A138" w14:textId="77777777" w:rsidR="001773B5" w:rsidRDefault="00442B4D">
            <w:r>
              <w:t>70.0</w:t>
            </w:r>
          </w:p>
        </w:tc>
        <w:tc>
          <w:tcPr>
            <w:tcW w:w="1234" w:type="dxa"/>
          </w:tcPr>
          <w:p w14:paraId="6B33BACE" w14:textId="77777777" w:rsidR="001773B5" w:rsidRDefault="00442B4D">
            <w:r>
              <w:t>66.67</w:t>
            </w:r>
          </w:p>
        </w:tc>
      </w:tr>
      <w:tr w:rsidR="001773B5" w14:paraId="3A8E512C" w14:textId="77777777">
        <w:tc>
          <w:tcPr>
            <w:tcW w:w="1234" w:type="dxa"/>
          </w:tcPr>
          <w:p w14:paraId="1E552666" w14:textId="77777777" w:rsidR="001773B5" w:rsidRDefault="00442B4D">
            <w:r>
              <w:t>Veteriner Fakültesi</w:t>
            </w:r>
          </w:p>
        </w:tc>
        <w:tc>
          <w:tcPr>
            <w:tcW w:w="1234" w:type="dxa"/>
          </w:tcPr>
          <w:p w14:paraId="43AEEA60" w14:textId="77777777" w:rsidR="001773B5" w:rsidRDefault="00442B4D">
            <w:r>
              <w:t>4.0</w:t>
            </w:r>
          </w:p>
        </w:tc>
        <w:tc>
          <w:tcPr>
            <w:tcW w:w="1234" w:type="dxa"/>
          </w:tcPr>
          <w:p w14:paraId="28623E1E" w14:textId="77777777" w:rsidR="001773B5" w:rsidRDefault="00442B4D">
            <w:r>
              <w:t>66.43</w:t>
            </w:r>
          </w:p>
        </w:tc>
        <w:tc>
          <w:tcPr>
            <w:tcW w:w="1234" w:type="dxa"/>
          </w:tcPr>
          <w:p w14:paraId="5BF5C52F" w14:textId="77777777" w:rsidR="001773B5" w:rsidRDefault="00442B4D">
            <w:r>
              <w:t>53.0</w:t>
            </w:r>
          </w:p>
        </w:tc>
        <w:tc>
          <w:tcPr>
            <w:tcW w:w="1234" w:type="dxa"/>
          </w:tcPr>
          <w:p w14:paraId="7E9A966E" w14:textId="77777777" w:rsidR="001773B5" w:rsidRDefault="00442B4D">
            <w:r>
              <w:t>67.0</w:t>
            </w:r>
          </w:p>
        </w:tc>
        <w:tc>
          <w:tcPr>
            <w:tcW w:w="1234" w:type="dxa"/>
          </w:tcPr>
          <w:p w14:paraId="0B89EB8E" w14:textId="77777777" w:rsidR="001773B5" w:rsidRDefault="00442B4D">
            <w:r>
              <w:t>51.25</w:t>
            </w:r>
          </w:p>
        </w:tc>
        <w:tc>
          <w:tcPr>
            <w:tcW w:w="1234" w:type="dxa"/>
          </w:tcPr>
          <w:p w14:paraId="451E6826" w14:textId="77777777" w:rsidR="001773B5" w:rsidRDefault="00442B4D">
            <w:r>
              <w:t>46.53</w:t>
            </w:r>
          </w:p>
        </w:tc>
      </w:tr>
      <w:tr w:rsidR="001773B5" w14:paraId="3CF0FF87" w14:textId="77777777">
        <w:tc>
          <w:tcPr>
            <w:tcW w:w="1234" w:type="dxa"/>
          </w:tcPr>
          <w:p w14:paraId="00CCD6E3" w14:textId="77777777" w:rsidR="001773B5" w:rsidRDefault="00442B4D">
            <w:r>
              <w:t>Yabancı Diller YO</w:t>
            </w:r>
          </w:p>
        </w:tc>
        <w:tc>
          <w:tcPr>
            <w:tcW w:w="1234" w:type="dxa"/>
          </w:tcPr>
          <w:p w14:paraId="4D5C6408" w14:textId="77777777" w:rsidR="001773B5" w:rsidRDefault="00442B4D">
            <w:r>
              <w:t>1.0</w:t>
            </w:r>
          </w:p>
        </w:tc>
        <w:tc>
          <w:tcPr>
            <w:tcW w:w="1234" w:type="dxa"/>
          </w:tcPr>
          <w:p w14:paraId="6C766F21" w14:textId="77777777" w:rsidR="001773B5" w:rsidRDefault="00442B4D">
            <w:r>
              <w:t>83.43</w:t>
            </w:r>
          </w:p>
        </w:tc>
        <w:tc>
          <w:tcPr>
            <w:tcW w:w="1234" w:type="dxa"/>
          </w:tcPr>
          <w:p w14:paraId="169243B2" w14:textId="77777777" w:rsidR="001773B5" w:rsidRDefault="00442B4D">
            <w:r>
              <w:t>70.4</w:t>
            </w:r>
          </w:p>
        </w:tc>
        <w:tc>
          <w:tcPr>
            <w:tcW w:w="1234" w:type="dxa"/>
          </w:tcPr>
          <w:p w14:paraId="043BBD23" w14:textId="77777777" w:rsidR="001773B5" w:rsidRDefault="00442B4D">
            <w:r>
              <w:t>81.4</w:t>
            </w:r>
          </w:p>
        </w:tc>
        <w:tc>
          <w:tcPr>
            <w:tcW w:w="1234" w:type="dxa"/>
          </w:tcPr>
          <w:p w14:paraId="02D3A768" w14:textId="77777777" w:rsidR="001773B5" w:rsidRDefault="00442B4D">
            <w:r>
              <w:t>53.0</w:t>
            </w:r>
          </w:p>
        </w:tc>
        <w:tc>
          <w:tcPr>
            <w:tcW w:w="1234" w:type="dxa"/>
          </w:tcPr>
          <w:p w14:paraId="0CCA0365" w14:textId="77777777" w:rsidR="001773B5" w:rsidRDefault="00442B4D">
            <w:r>
              <w:t>67.06</w:t>
            </w:r>
          </w:p>
        </w:tc>
      </w:tr>
      <w:tr w:rsidR="001773B5" w14:paraId="1FC9C2A8" w14:textId="77777777">
        <w:tc>
          <w:tcPr>
            <w:tcW w:w="1234" w:type="dxa"/>
          </w:tcPr>
          <w:p w14:paraId="0487B39B" w14:textId="77777777" w:rsidR="001773B5" w:rsidRDefault="00442B4D">
            <w:r>
              <w:t xml:space="preserve">İktisadi ve İdari </w:t>
            </w:r>
            <w:r>
              <w:lastRenderedPageBreak/>
              <w:t>Bilimler Fakültesi</w:t>
            </w:r>
          </w:p>
        </w:tc>
        <w:tc>
          <w:tcPr>
            <w:tcW w:w="1234" w:type="dxa"/>
          </w:tcPr>
          <w:p w14:paraId="6501F622" w14:textId="77777777" w:rsidR="001773B5" w:rsidRDefault="00442B4D">
            <w:r>
              <w:lastRenderedPageBreak/>
              <w:t>1.0</w:t>
            </w:r>
          </w:p>
        </w:tc>
        <w:tc>
          <w:tcPr>
            <w:tcW w:w="1234" w:type="dxa"/>
          </w:tcPr>
          <w:p w14:paraId="174C525E" w14:textId="77777777" w:rsidR="001773B5" w:rsidRDefault="00442B4D">
            <w:r>
              <w:t>59.22</w:t>
            </w:r>
          </w:p>
        </w:tc>
        <w:tc>
          <w:tcPr>
            <w:tcW w:w="1234" w:type="dxa"/>
          </w:tcPr>
          <w:p w14:paraId="660095B8" w14:textId="77777777" w:rsidR="001773B5" w:rsidRDefault="00442B4D">
            <w:r>
              <w:t>57.45</w:t>
            </w:r>
          </w:p>
        </w:tc>
        <w:tc>
          <w:tcPr>
            <w:tcW w:w="1234" w:type="dxa"/>
          </w:tcPr>
          <w:p w14:paraId="3F7CAF2D" w14:textId="77777777" w:rsidR="001773B5" w:rsidRDefault="00442B4D">
            <w:r>
              <w:t>65.18</w:t>
            </w:r>
          </w:p>
        </w:tc>
        <w:tc>
          <w:tcPr>
            <w:tcW w:w="1234" w:type="dxa"/>
          </w:tcPr>
          <w:p w14:paraId="2D592A70" w14:textId="77777777" w:rsidR="001773B5" w:rsidRDefault="00442B4D">
            <w:r>
              <w:t>40.0</w:t>
            </w:r>
          </w:p>
        </w:tc>
        <w:tc>
          <w:tcPr>
            <w:tcW w:w="1234" w:type="dxa"/>
          </w:tcPr>
          <w:p w14:paraId="50BDE367" w14:textId="77777777" w:rsidR="001773B5" w:rsidRDefault="00442B4D">
            <w:r>
              <w:t>53.25</w:t>
            </w:r>
          </w:p>
        </w:tc>
      </w:tr>
      <w:tr w:rsidR="001773B5" w14:paraId="6342CB1D" w14:textId="77777777">
        <w:tc>
          <w:tcPr>
            <w:tcW w:w="1234" w:type="dxa"/>
          </w:tcPr>
          <w:p w14:paraId="1A3D7183" w14:textId="77777777" w:rsidR="001773B5" w:rsidRDefault="00442B4D">
            <w:r>
              <w:t>İktisadi ve İdari Bilimler Fakültesi</w:t>
            </w:r>
          </w:p>
        </w:tc>
        <w:tc>
          <w:tcPr>
            <w:tcW w:w="1234" w:type="dxa"/>
          </w:tcPr>
          <w:p w14:paraId="42387732" w14:textId="77777777" w:rsidR="001773B5" w:rsidRDefault="00442B4D">
            <w:r>
              <w:t>2.0</w:t>
            </w:r>
          </w:p>
        </w:tc>
        <w:tc>
          <w:tcPr>
            <w:tcW w:w="1234" w:type="dxa"/>
          </w:tcPr>
          <w:p w14:paraId="0B419362" w14:textId="77777777" w:rsidR="001773B5" w:rsidRDefault="00442B4D">
            <w:r>
              <w:t>64.0</w:t>
            </w:r>
          </w:p>
        </w:tc>
        <w:tc>
          <w:tcPr>
            <w:tcW w:w="1234" w:type="dxa"/>
          </w:tcPr>
          <w:p w14:paraId="6DBFBE63" w14:textId="77777777" w:rsidR="001773B5" w:rsidRDefault="00442B4D">
            <w:r>
              <w:t>71.2</w:t>
            </w:r>
          </w:p>
        </w:tc>
        <w:tc>
          <w:tcPr>
            <w:tcW w:w="1234" w:type="dxa"/>
          </w:tcPr>
          <w:p w14:paraId="6FF7C71C" w14:textId="77777777" w:rsidR="001773B5" w:rsidRDefault="00442B4D">
            <w:r>
              <w:t>62.4</w:t>
            </w:r>
          </w:p>
        </w:tc>
        <w:tc>
          <w:tcPr>
            <w:tcW w:w="1234" w:type="dxa"/>
          </w:tcPr>
          <w:p w14:paraId="0F9E73C9" w14:textId="77777777" w:rsidR="001773B5" w:rsidRDefault="00442B4D">
            <w:r>
              <w:t>68.0</w:t>
            </w:r>
          </w:p>
        </w:tc>
        <w:tc>
          <w:tcPr>
            <w:tcW w:w="1234" w:type="dxa"/>
          </w:tcPr>
          <w:p w14:paraId="4CCCAE2D" w14:textId="77777777" w:rsidR="001773B5" w:rsidRDefault="00442B4D">
            <w:r>
              <w:t>58.22</w:t>
            </w:r>
          </w:p>
        </w:tc>
      </w:tr>
      <w:tr w:rsidR="001773B5" w14:paraId="50D622E6" w14:textId="77777777">
        <w:tc>
          <w:tcPr>
            <w:tcW w:w="1234" w:type="dxa"/>
          </w:tcPr>
          <w:p w14:paraId="1476FE6A" w14:textId="77777777" w:rsidR="001773B5" w:rsidRDefault="00442B4D">
            <w:r>
              <w:t>İktisadi ve İdari Bilimler Fakültesi</w:t>
            </w:r>
          </w:p>
        </w:tc>
        <w:tc>
          <w:tcPr>
            <w:tcW w:w="1234" w:type="dxa"/>
          </w:tcPr>
          <w:p w14:paraId="340AEB0C" w14:textId="77777777" w:rsidR="001773B5" w:rsidRDefault="00442B4D">
            <w:r>
              <w:t>3.0</w:t>
            </w:r>
          </w:p>
        </w:tc>
        <w:tc>
          <w:tcPr>
            <w:tcW w:w="1234" w:type="dxa"/>
          </w:tcPr>
          <w:p w14:paraId="21E7EA3A" w14:textId="77777777" w:rsidR="001773B5" w:rsidRDefault="00442B4D">
            <w:r>
              <w:t>77.96</w:t>
            </w:r>
          </w:p>
        </w:tc>
        <w:tc>
          <w:tcPr>
            <w:tcW w:w="1234" w:type="dxa"/>
          </w:tcPr>
          <w:p w14:paraId="591175C1" w14:textId="77777777" w:rsidR="001773B5" w:rsidRDefault="00442B4D">
            <w:r>
              <w:t>73.71</w:t>
            </w:r>
          </w:p>
        </w:tc>
        <w:tc>
          <w:tcPr>
            <w:tcW w:w="1234" w:type="dxa"/>
          </w:tcPr>
          <w:p w14:paraId="0DDF6048" w14:textId="77777777" w:rsidR="001773B5" w:rsidRDefault="00442B4D">
            <w:r>
              <w:t>68.0</w:t>
            </w:r>
          </w:p>
        </w:tc>
        <w:tc>
          <w:tcPr>
            <w:tcW w:w="1234" w:type="dxa"/>
          </w:tcPr>
          <w:p w14:paraId="4D7D649A" w14:textId="77777777" w:rsidR="001773B5" w:rsidRDefault="00442B4D">
            <w:r>
              <w:t>51.43</w:t>
            </w:r>
          </w:p>
        </w:tc>
        <w:tc>
          <w:tcPr>
            <w:tcW w:w="1234" w:type="dxa"/>
          </w:tcPr>
          <w:p w14:paraId="5E89357F" w14:textId="77777777" w:rsidR="001773B5" w:rsidRDefault="00442B4D">
            <w:r>
              <w:t>59.68</w:t>
            </w:r>
          </w:p>
        </w:tc>
      </w:tr>
      <w:tr w:rsidR="001773B5" w14:paraId="4F6A8518" w14:textId="77777777">
        <w:tc>
          <w:tcPr>
            <w:tcW w:w="1234" w:type="dxa"/>
          </w:tcPr>
          <w:p w14:paraId="4205C29F" w14:textId="77777777" w:rsidR="001773B5" w:rsidRDefault="00442B4D">
            <w:r>
              <w:t>İktisadi ve İdari Bilimler Fakültesi</w:t>
            </w:r>
          </w:p>
        </w:tc>
        <w:tc>
          <w:tcPr>
            <w:tcW w:w="1234" w:type="dxa"/>
          </w:tcPr>
          <w:p w14:paraId="72082B45" w14:textId="77777777" w:rsidR="001773B5" w:rsidRDefault="00442B4D">
            <w:r>
              <w:t>4.0</w:t>
            </w:r>
          </w:p>
        </w:tc>
        <w:tc>
          <w:tcPr>
            <w:tcW w:w="1234" w:type="dxa"/>
          </w:tcPr>
          <w:p w14:paraId="3E70EA48" w14:textId="77777777" w:rsidR="001773B5" w:rsidRDefault="00442B4D">
            <w:r>
              <w:t>37.14</w:t>
            </w:r>
          </w:p>
        </w:tc>
        <w:tc>
          <w:tcPr>
            <w:tcW w:w="1234" w:type="dxa"/>
          </w:tcPr>
          <w:p w14:paraId="0CD89B82" w14:textId="77777777" w:rsidR="001773B5" w:rsidRDefault="00442B4D">
            <w:r>
              <w:t>60.0</w:t>
            </w:r>
          </w:p>
        </w:tc>
        <w:tc>
          <w:tcPr>
            <w:tcW w:w="1234" w:type="dxa"/>
          </w:tcPr>
          <w:p w14:paraId="6CD28B69" w14:textId="77777777" w:rsidR="001773B5" w:rsidRDefault="00442B4D">
            <w:r>
              <w:t>50.0</w:t>
            </w:r>
          </w:p>
        </w:tc>
        <w:tc>
          <w:tcPr>
            <w:tcW w:w="1234" w:type="dxa"/>
          </w:tcPr>
          <w:p w14:paraId="643B3C65" w14:textId="77777777" w:rsidR="001773B5" w:rsidRDefault="00442B4D">
            <w:r>
              <w:t>27.5</w:t>
            </w:r>
          </w:p>
        </w:tc>
        <w:tc>
          <w:tcPr>
            <w:tcW w:w="1234" w:type="dxa"/>
          </w:tcPr>
          <w:p w14:paraId="4F88D545" w14:textId="77777777" w:rsidR="001773B5" w:rsidRDefault="00442B4D">
            <w:r>
              <w:t>42.22</w:t>
            </w:r>
          </w:p>
        </w:tc>
      </w:tr>
      <w:tr w:rsidR="001773B5" w14:paraId="56C6C7FA" w14:textId="77777777">
        <w:tc>
          <w:tcPr>
            <w:tcW w:w="1234" w:type="dxa"/>
          </w:tcPr>
          <w:p w14:paraId="4480B911" w14:textId="77777777" w:rsidR="001773B5" w:rsidRDefault="00442B4D">
            <w:r>
              <w:t>İktisadi ve İdari Bilimler Fakültesi</w:t>
            </w:r>
          </w:p>
        </w:tc>
        <w:tc>
          <w:tcPr>
            <w:tcW w:w="1234" w:type="dxa"/>
          </w:tcPr>
          <w:p w14:paraId="1948A8BB" w14:textId="77777777" w:rsidR="001773B5" w:rsidRDefault="00442B4D">
            <w:r>
              <w:t>5.0</w:t>
            </w:r>
          </w:p>
        </w:tc>
        <w:tc>
          <w:tcPr>
            <w:tcW w:w="1234" w:type="dxa"/>
          </w:tcPr>
          <w:p w14:paraId="137DC276" w14:textId="77777777" w:rsidR="001773B5" w:rsidRDefault="00442B4D">
            <w:r>
              <w:t>60.0</w:t>
            </w:r>
          </w:p>
        </w:tc>
        <w:tc>
          <w:tcPr>
            <w:tcW w:w="1234" w:type="dxa"/>
          </w:tcPr>
          <w:p w14:paraId="5A99E901" w14:textId="77777777" w:rsidR="001773B5" w:rsidRDefault="00442B4D">
            <w:r>
              <w:t>56.0</w:t>
            </w:r>
          </w:p>
        </w:tc>
        <w:tc>
          <w:tcPr>
            <w:tcW w:w="1234" w:type="dxa"/>
          </w:tcPr>
          <w:p w14:paraId="5D8CB7C8" w14:textId="77777777" w:rsidR="001773B5" w:rsidRDefault="00442B4D">
            <w:r>
              <w:t>80.0</w:t>
            </w:r>
          </w:p>
        </w:tc>
        <w:tc>
          <w:tcPr>
            <w:tcW w:w="1234" w:type="dxa"/>
          </w:tcPr>
          <w:p w14:paraId="7A736D7D" w14:textId="77777777" w:rsidR="001773B5" w:rsidRDefault="00442B4D">
            <w:r>
              <w:t>45.0</w:t>
            </w:r>
          </w:p>
        </w:tc>
        <w:tc>
          <w:tcPr>
            <w:tcW w:w="1234" w:type="dxa"/>
          </w:tcPr>
          <w:p w14:paraId="393C3B96" w14:textId="77777777" w:rsidR="001773B5" w:rsidRDefault="00442B4D">
            <w:r>
              <w:t>55.56</w:t>
            </w:r>
          </w:p>
        </w:tc>
      </w:tr>
      <w:tr w:rsidR="001773B5" w14:paraId="4FE7FC59" w14:textId="77777777">
        <w:tc>
          <w:tcPr>
            <w:tcW w:w="1234" w:type="dxa"/>
          </w:tcPr>
          <w:p w14:paraId="22F29D89" w14:textId="77777777" w:rsidR="001773B5" w:rsidRDefault="00442B4D">
            <w:r>
              <w:t>İktisadi ve İdari Bilimler Fakültesi</w:t>
            </w:r>
          </w:p>
        </w:tc>
        <w:tc>
          <w:tcPr>
            <w:tcW w:w="1234" w:type="dxa"/>
          </w:tcPr>
          <w:p w14:paraId="509250D5" w14:textId="77777777" w:rsidR="001773B5" w:rsidRDefault="00442B4D">
            <w:r>
              <w:t>6.0</w:t>
            </w:r>
          </w:p>
        </w:tc>
        <w:tc>
          <w:tcPr>
            <w:tcW w:w="1234" w:type="dxa"/>
          </w:tcPr>
          <w:p w14:paraId="1833E0D6" w14:textId="77777777" w:rsidR="001773B5" w:rsidRDefault="00442B4D">
            <w:r>
              <w:t>20.0</w:t>
            </w:r>
          </w:p>
        </w:tc>
        <w:tc>
          <w:tcPr>
            <w:tcW w:w="1234" w:type="dxa"/>
          </w:tcPr>
          <w:p w14:paraId="194522F9" w14:textId="77777777" w:rsidR="001773B5" w:rsidRDefault="00442B4D">
            <w:r>
              <w:t>56.0</w:t>
            </w:r>
          </w:p>
        </w:tc>
        <w:tc>
          <w:tcPr>
            <w:tcW w:w="1234" w:type="dxa"/>
          </w:tcPr>
          <w:p w14:paraId="0C5B6AE6" w14:textId="77777777" w:rsidR="001773B5" w:rsidRDefault="00442B4D">
            <w:r>
              <w:t>20.0</w:t>
            </w:r>
          </w:p>
        </w:tc>
        <w:tc>
          <w:tcPr>
            <w:tcW w:w="1234" w:type="dxa"/>
          </w:tcPr>
          <w:p w14:paraId="2A20B520" w14:textId="77777777" w:rsidR="001773B5" w:rsidRDefault="00442B4D">
            <w:r>
              <w:t>25.0</w:t>
            </w:r>
          </w:p>
        </w:tc>
        <w:tc>
          <w:tcPr>
            <w:tcW w:w="1234" w:type="dxa"/>
          </w:tcPr>
          <w:p w14:paraId="43D14F9C" w14:textId="77777777" w:rsidR="001773B5" w:rsidRDefault="00442B4D">
            <w:r>
              <w:t>40.0</w:t>
            </w:r>
          </w:p>
        </w:tc>
      </w:tr>
      <w:tr w:rsidR="001773B5" w14:paraId="26B267C8" w14:textId="77777777">
        <w:tc>
          <w:tcPr>
            <w:tcW w:w="1234" w:type="dxa"/>
          </w:tcPr>
          <w:p w14:paraId="11C8B2A9" w14:textId="77777777" w:rsidR="001773B5" w:rsidRDefault="00442B4D">
            <w:r>
              <w:t>İletişim Fakültesi</w:t>
            </w:r>
          </w:p>
        </w:tc>
        <w:tc>
          <w:tcPr>
            <w:tcW w:w="1234" w:type="dxa"/>
          </w:tcPr>
          <w:p w14:paraId="5B7AA614" w14:textId="77777777" w:rsidR="001773B5" w:rsidRDefault="00442B4D">
            <w:r>
              <w:t>1.0</w:t>
            </w:r>
          </w:p>
        </w:tc>
        <w:tc>
          <w:tcPr>
            <w:tcW w:w="1234" w:type="dxa"/>
          </w:tcPr>
          <w:p w14:paraId="0B423F4F" w14:textId="77777777" w:rsidR="001773B5" w:rsidRDefault="00442B4D">
            <w:r>
              <w:t>88.57</w:t>
            </w:r>
          </w:p>
        </w:tc>
        <w:tc>
          <w:tcPr>
            <w:tcW w:w="1234" w:type="dxa"/>
          </w:tcPr>
          <w:p w14:paraId="07837EB6" w14:textId="77777777" w:rsidR="001773B5" w:rsidRDefault="00442B4D">
            <w:r>
              <w:t>82.0</w:t>
            </w:r>
          </w:p>
        </w:tc>
        <w:tc>
          <w:tcPr>
            <w:tcW w:w="1234" w:type="dxa"/>
          </w:tcPr>
          <w:p w14:paraId="5AA0CAC2" w14:textId="77777777" w:rsidR="001773B5" w:rsidRDefault="00442B4D">
            <w:r>
              <w:t>82.0</w:t>
            </w:r>
          </w:p>
        </w:tc>
        <w:tc>
          <w:tcPr>
            <w:tcW w:w="1234" w:type="dxa"/>
          </w:tcPr>
          <w:p w14:paraId="658F489E" w14:textId="77777777" w:rsidR="001773B5" w:rsidRDefault="00442B4D">
            <w:r>
              <w:t>75.0</w:t>
            </w:r>
          </w:p>
        </w:tc>
        <w:tc>
          <w:tcPr>
            <w:tcW w:w="1234" w:type="dxa"/>
          </w:tcPr>
          <w:p w14:paraId="44E1D4ED" w14:textId="77777777" w:rsidR="001773B5" w:rsidRDefault="00442B4D">
            <w:r>
              <w:t>69.31</w:t>
            </w:r>
          </w:p>
        </w:tc>
      </w:tr>
      <w:tr w:rsidR="001773B5" w14:paraId="52E730CB" w14:textId="77777777">
        <w:tc>
          <w:tcPr>
            <w:tcW w:w="1234" w:type="dxa"/>
          </w:tcPr>
          <w:p w14:paraId="25443BC6" w14:textId="77777777" w:rsidR="001773B5" w:rsidRDefault="00442B4D">
            <w:r>
              <w:t>İletişim Fakültesi</w:t>
            </w:r>
          </w:p>
        </w:tc>
        <w:tc>
          <w:tcPr>
            <w:tcW w:w="1234" w:type="dxa"/>
          </w:tcPr>
          <w:p w14:paraId="45B5E5C8" w14:textId="77777777" w:rsidR="001773B5" w:rsidRDefault="00442B4D">
            <w:r>
              <w:t>2.0</w:t>
            </w:r>
          </w:p>
        </w:tc>
        <w:tc>
          <w:tcPr>
            <w:tcW w:w="1234" w:type="dxa"/>
          </w:tcPr>
          <w:p w14:paraId="6E3D151A" w14:textId="77777777" w:rsidR="001773B5" w:rsidRDefault="00442B4D">
            <w:r>
              <w:t>62.86</w:t>
            </w:r>
          </w:p>
        </w:tc>
        <w:tc>
          <w:tcPr>
            <w:tcW w:w="1234" w:type="dxa"/>
          </w:tcPr>
          <w:p w14:paraId="385F726B" w14:textId="77777777" w:rsidR="001773B5" w:rsidRDefault="00442B4D">
            <w:r>
              <w:t>76.0</w:t>
            </w:r>
          </w:p>
        </w:tc>
        <w:tc>
          <w:tcPr>
            <w:tcW w:w="1234" w:type="dxa"/>
          </w:tcPr>
          <w:p w14:paraId="40B542F8" w14:textId="77777777" w:rsidR="001773B5" w:rsidRDefault="00442B4D">
            <w:r>
              <w:t>76.0</w:t>
            </w:r>
          </w:p>
        </w:tc>
        <w:tc>
          <w:tcPr>
            <w:tcW w:w="1234" w:type="dxa"/>
          </w:tcPr>
          <w:p w14:paraId="04D7049B" w14:textId="77777777" w:rsidR="001773B5" w:rsidRDefault="00442B4D">
            <w:r>
              <w:t>35.0</w:t>
            </w:r>
          </w:p>
        </w:tc>
        <w:tc>
          <w:tcPr>
            <w:tcW w:w="1234" w:type="dxa"/>
          </w:tcPr>
          <w:p w14:paraId="47D85FFC" w14:textId="77777777" w:rsidR="001773B5" w:rsidRDefault="00442B4D">
            <w:r>
              <w:t>50.0</w:t>
            </w:r>
          </w:p>
        </w:tc>
      </w:tr>
      <w:tr w:rsidR="001773B5" w14:paraId="0ECDCB82" w14:textId="77777777">
        <w:tc>
          <w:tcPr>
            <w:tcW w:w="1234" w:type="dxa"/>
          </w:tcPr>
          <w:p w14:paraId="0A47CB51" w14:textId="77777777" w:rsidR="001773B5" w:rsidRDefault="00442B4D">
            <w:r>
              <w:t>İletişim Fakültesi</w:t>
            </w:r>
          </w:p>
        </w:tc>
        <w:tc>
          <w:tcPr>
            <w:tcW w:w="1234" w:type="dxa"/>
          </w:tcPr>
          <w:p w14:paraId="7F4FA7A8" w14:textId="77777777" w:rsidR="001773B5" w:rsidRDefault="00442B4D">
            <w:r>
              <w:t>3.0</w:t>
            </w:r>
          </w:p>
        </w:tc>
        <w:tc>
          <w:tcPr>
            <w:tcW w:w="1234" w:type="dxa"/>
          </w:tcPr>
          <w:p w14:paraId="2DDFD1F1" w14:textId="77777777" w:rsidR="001773B5" w:rsidRDefault="00442B4D">
            <w:r>
              <w:t>60.0</w:t>
            </w:r>
          </w:p>
        </w:tc>
        <w:tc>
          <w:tcPr>
            <w:tcW w:w="1234" w:type="dxa"/>
          </w:tcPr>
          <w:p w14:paraId="7E85D267" w14:textId="77777777" w:rsidR="001773B5" w:rsidRDefault="00442B4D">
            <w:r>
              <w:t>80.0</w:t>
            </w:r>
          </w:p>
        </w:tc>
        <w:tc>
          <w:tcPr>
            <w:tcW w:w="1234" w:type="dxa"/>
          </w:tcPr>
          <w:p w14:paraId="6EE5C109" w14:textId="77777777" w:rsidR="001773B5" w:rsidRDefault="00442B4D">
            <w:r>
              <w:t>62.67</w:t>
            </w:r>
          </w:p>
        </w:tc>
        <w:tc>
          <w:tcPr>
            <w:tcW w:w="1234" w:type="dxa"/>
          </w:tcPr>
          <w:p w14:paraId="7F2B6DC7" w14:textId="77777777" w:rsidR="001773B5" w:rsidRDefault="00442B4D">
            <w:r>
              <w:t>43.33</w:t>
            </w:r>
          </w:p>
        </w:tc>
        <w:tc>
          <w:tcPr>
            <w:tcW w:w="1234" w:type="dxa"/>
          </w:tcPr>
          <w:p w14:paraId="401F60B5" w14:textId="77777777" w:rsidR="001773B5" w:rsidRDefault="00442B4D">
            <w:r>
              <w:t>60.0</w:t>
            </w:r>
          </w:p>
        </w:tc>
      </w:tr>
      <w:tr w:rsidR="001773B5" w14:paraId="1A046B3B" w14:textId="77777777">
        <w:tc>
          <w:tcPr>
            <w:tcW w:w="1234" w:type="dxa"/>
          </w:tcPr>
          <w:p w14:paraId="08050635" w14:textId="77777777" w:rsidR="001773B5" w:rsidRDefault="00442B4D">
            <w:r>
              <w:t>İletişim Fakültesi</w:t>
            </w:r>
          </w:p>
        </w:tc>
        <w:tc>
          <w:tcPr>
            <w:tcW w:w="1234" w:type="dxa"/>
          </w:tcPr>
          <w:p w14:paraId="43CBD9C6" w14:textId="77777777" w:rsidR="001773B5" w:rsidRDefault="00442B4D">
            <w:r>
              <w:t>4.0</w:t>
            </w:r>
          </w:p>
        </w:tc>
        <w:tc>
          <w:tcPr>
            <w:tcW w:w="1234" w:type="dxa"/>
          </w:tcPr>
          <w:p w14:paraId="7E6E5572" w14:textId="77777777" w:rsidR="001773B5" w:rsidRDefault="00442B4D">
            <w:r>
              <w:t>65.71</w:t>
            </w:r>
          </w:p>
        </w:tc>
        <w:tc>
          <w:tcPr>
            <w:tcW w:w="1234" w:type="dxa"/>
          </w:tcPr>
          <w:p w14:paraId="69D0F26B" w14:textId="77777777" w:rsidR="001773B5" w:rsidRDefault="00442B4D">
            <w:r>
              <w:t>72.0</w:t>
            </w:r>
          </w:p>
        </w:tc>
        <w:tc>
          <w:tcPr>
            <w:tcW w:w="1234" w:type="dxa"/>
          </w:tcPr>
          <w:p w14:paraId="0FF0E464" w14:textId="77777777" w:rsidR="001773B5" w:rsidRDefault="00442B4D">
            <w:r>
              <w:t>65.33</w:t>
            </w:r>
          </w:p>
        </w:tc>
        <w:tc>
          <w:tcPr>
            <w:tcW w:w="1234" w:type="dxa"/>
          </w:tcPr>
          <w:p w14:paraId="27768AED" w14:textId="77777777" w:rsidR="001773B5" w:rsidRDefault="00442B4D">
            <w:r>
              <w:t>41.67</w:t>
            </w:r>
          </w:p>
        </w:tc>
        <w:tc>
          <w:tcPr>
            <w:tcW w:w="1234" w:type="dxa"/>
          </w:tcPr>
          <w:p w14:paraId="09BC5B3A" w14:textId="77777777" w:rsidR="001773B5" w:rsidRDefault="00442B4D">
            <w:r>
              <w:t>57.78</w:t>
            </w:r>
          </w:p>
        </w:tc>
      </w:tr>
      <w:tr w:rsidR="001773B5" w14:paraId="1BB9EBEA" w14:textId="77777777">
        <w:tc>
          <w:tcPr>
            <w:tcW w:w="1234" w:type="dxa"/>
          </w:tcPr>
          <w:p w14:paraId="369281E3" w14:textId="77777777" w:rsidR="001773B5" w:rsidRDefault="00442B4D">
            <w:r>
              <w:t>İslami İlimler Fakültesi</w:t>
            </w:r>
          </w:p>
        </w:tc>
        <w:tc>
          <w:tcPr>
            <w:tcW w:w="1234" w:type="dxa"/>
          </w:tcPr>
          <w:p w14:paraId="2D8DB7EF" w14:textId="77777777" w:rsidR="001773B5" w:rsidRDefault="00442B4D">
            <w:r>
              <w:t>1.0</w:t>
            </w:r>
          </w:p>
        </w:tc>
        <w:tc>
          <w:tcPr>
            <w:tcW w:w="1234" w:type="dxa"/>
          </w:tcPr>
          <w:p w14:paraId="30D616D4" w14:textId="77777777" w:rsidR="001773B5" w:rsidRDefault="00442B4D">
            <w:r>
              <w:t>65.71</w:t>
            </w:r>
          </w:p>
        </w:tc>
        <w:tc>
          <w:tcPr>
            <w:tcW w:w="1234" w:type="dxa"/>
          </w:tcPr>
          <w:p w14:paraId="2036960A" w14:textId="77777777" w:rsidR="001773B5" w:rsidRDefault="00442B4D">
            <w:r>
              <w:t>64.0</w:t>
            </w:r>
          </w:p>
        </w:tc>
        <w:tc>
          <w:tcPr>
            <w:tcW w:w="1234" w:type="dxa"/>
          </w:tcPr>
          <w:p w14:paraId="6926BAFF" w14:textId="77777777" w:rsidR="001773B5" w:rsidRDefault="00442B4D">
            <w:r>
              <w:t>76.0</w:t>
            </w:r>
          </w:p>
        </w:tc>
        <w:tc>
          <w:tcPr>
            <w:tcW w:w="1234" w:type="dxa"/>
          </w:tcPr>
          <w:p w14:paraId="0DE0BFC7" w14:textId="77777777" w:rsidR="001773B5" w:rsidRDefault="00442B4D">
            <w:r>
              <w:t>50.0</w:t>
            </w:r>
          </w:p>
        </w:tc>
        <w:tc>
          <w:tcPr>
            <w:tcW w:w="1234" w:type="dxa"/>
          </w:tcPr>
          <w:p w14:paraId="0229E16E" w14:textId="77777777" w:rsidR="001773B5" w:rsidRDefault="00442B4D">
            <w:r>
              <w:t>51.11</w:t>
            </w:r>
          </w:p>
        </w:tc>
      </w:tr>
      <w:tr w:rsidR="001773B5" w14:paraId="6FBF1DB1" w14:textId="77777777">
        <w:tc>
          <w:tcPr>
            <w:tcW w:w="1234" w:type="dxa"/>
          </w:tcPr>
          <w:p w14:paraId="469C3744" w14:textId="77777777" w:rsidR="001773B5" w:rsidRDefault="00442B4D">
            <w:r>
              <w:t>İslami İlimler Fakültesi</w:t>
            </w:r>
          </w:p>
        </w:tc>
        <w:tc>
          <w:tcPr>
            <w:tcW w:w="1234" w:type="dxa"/>
          </w:tcPr>
          <w:p w14:paraId="72011294" w14:textId="77777777" w:rsidR="001773B5" w:rsidRDefault="00442B4D">
            <w:r>
              <w:t>2.0</w:t>
            </w:r>
          </w:p>
        </w:tc>
        <w:tc>
          <w:tcPr>
            <w:tcW w:w="1234" w:type="dxa"/>
          </w:tcPr>
          <w:p w14:paraId="2E32A0AB" w14:textId="77777777" w:rsidR="001773B5" w:rsidRDefault="00442B4D">
            <w:r>
              <w:t>62.86</w:t>
            </w:r>
          </w:p>
        </w:tc>
        <w:tc>
          <w:tcPr>
            <w:tcW w:w="1234" w:type="dxa"/>
          </w:tcPr>
          <w:p w14:paraId="674A7EFC" w14:textId="77777777" w:rsidR="001773B5" w:rsidRDefault="00442B4D">
            <w:r>
              <w:t>48.0</w:t>
            </w:r>
          </w:p>
        </w:tc>
        <w:tc>
          <w:tcPr>
            <w:tcW w:w="1234" w:type="dxa"/>
          </w:tcPr>
          <w:p w14:paraId="2FF67299" w14:textId="77777777" w:rsidR="001773B5" w:rsidRDefault="00442B4D">
            <w:r>
              <w:t>58.0</w:t>
            </w:r>
          </w:p>
        </w:tc>
        <w:tc>
          <w:tcPr>
            <w:tcW w:w="1234" w:type="dxa"/>
          </w:tcPr>
          <w:p w14:paraId="1C972463" w14:textId="77777777" w:rsidR="001773B5" w:rsidRDefault="00442B4D">
            <w:r>
              <w:t>25.0</w:t>
            </w:r>
          </w:p>
        </w:tc>
        <w:tc>
          <w:tcPr>
            <w:tcW w:w="1234" w:type="dxa"/>
          </w:tcPr>
          <w:p w14:paraId="6D5BA468" w14:textId="77777777" w:rsidR="001773B5" w:rsidRDefault="00442B4D">
            <w:r>
              <w:t>43.17</w:t>
            </w:r>
          </w:p>
        </w:tc>
      </w:tr>
      <w:tr w:rsidR="001773B5" w14:paraId="47EE024B" w14:textId="77777777">
        <w:tc>
          <w:tcPr>
            <w:tcW w:w="1234" w:type="dxa"/>
          </w:tcPr>
          <w:p w14:paraId="11E30F82" w14:textId="77777777" w:rsidR="001773B5" w:rsidRDefault="00442B4D">
            <w:r>
              <w:t>İslami İlimler Fakültesi</w:t>
            </w:r>
          </w:p>
        </w:tc>
        <w:tc>
          <w:tcPr>
            <w:tcW w:w="1234" w:type="dxa"/>
          </w:tcPr>
          <w:p w14:paraId="4ED6999C" w14:textId="77777777" w:rsidR="001773B5" w:rsidRDefault="00442B4D">
            <w:r>
              <w:t>3.0</w:t>
            </w:r>
          </w:p>
        </w:tc>
        <w:tc>
          <w:tcPr>
            <w:tcW w:w="1234" w:type="dxa"/>
          </w:tcPr>
          <w:p w14:paraId="19CFD608" w14:textId="77777777" w:rsidR="001773B5" w:rsidRDefault="00442B4D">
            <w:r>
              <w:t>55.24</w:t>
            </w:r>
          </w:p>
        </w:tc>
        <w:tc>
          <w:tcPr>
            <w:tcW w:w="1234" w:type="dxa"/>
          </w:tcPr>
          <w:p w14:paraId="5552BB02" w14:textId="77777777" w:rsidR="001773B5" w:rsidRDefault="00442B4D">
            <w:r>
              <w:t>52.0</w:t>
            </w:r>
          </w:p>
        </w:tc>
        <w:tc>
          <w:tcPr>
            <w:tcW w:w="1234" w:type="dxa"/>
          </w:tcPr>
          <w:p w14:paraId="61DD2E37" w14:textId="77777777" w:rsidR="001773B5" w:rsidRDefault="00442B4D">
            <w:r>
              <w:t>40.0</w:t>
            </w:r>
          </w:p>
        </w:tc>
        <w:tc>
          <w:tcPr>
            <w:tcW w:w="1234" w:type="dxa"/>
          </w:tcPr>
          <w:p w14:paraId="7D42E2CC" w14:textId="77777777" w:rsidR="001773B5" w:rsidRDefault="00442B4D">
            <w:r>
              <w:t>36.67</w:t>
            </w:r>
          </w:p>
        </w:tc>
        <w:tc>
          <w:tcPr>
            <w:tcW w:w="1234" w:type="dxa"/>
          </w:tcPr>
          <w:p w14:paraId="0A039EC1" w14:textId="77777777" w:rsidR="001773B5" w:rsidRDefault="00442B4D">
            <w:r>
              <w:t>45.19</w:t>
            </w:r>
          </w:p>
        </w:tc>
      </w:tr>
      <w:tr w:rsidR="001773B5" w14:paraId="09FE1129" w14:textId="77777777">
        <w:tc>
          <w:tcPr>
            <w:tcW w:w="1234" w:type="dxa"/>
          </w:tcPr>
          <w:p w14:paraId="10DAC939" w14:textId="77777777" w:rsidR="001773B5" w:rsidRDefault="00442B4D">
            <w:r>
              <w:t>İslami İlimler Fakültesi</w:t>
            </w:r>
          </w:p>
        </w:tc>
        <w:tc>
          <w:tcPr>
            <w:tcW w:w="1234" w:type="dxa"/>
          </w:tcPr>
          <w:p w14:paraId="3466383F" w14:textId="77777777" w:rsidR="001773B5" w:rsidRDefault="00442B4D">
            <w:r>
              <w:t>6.0</w:t>
            </w:r>
          </w:p>
        </w:tc>
        <w:tc>
          <w:tcPr>
            <w:tcW w:w="1234" w:type="dxa"/>
          </w:tcPr>
          <w:p w14:paraId="508886A0" w14:textId="77777777" w:rsidR="001773B5" w:rsidRDefault="00442B4D">
            <w:r>
              <w:t>37.14</w:t>
            </w:r>
          </w:p>
        </w:tc>
        <w:tc>
          <w:tcPr>
            <w:tcW w:w="1234" w:type="dxa"/>
          </w:tcPr>
          <w:p w14:paraId="20A19BBE" w14:textId="77777777" w:rsidR="001773B5" w:rsidRDefault="00442B4D">
            <w:r>
              <w:t>60.0</w:t>
            </w:r>
          </w:p>
        </w:tc>
        <w:tc>
          <w:tcPr>
            <w:tcW w:w="1234" w:type="dxa"/>
          </w:tcPr>
          <w:p w14:paraId="72E085E9" w14:textId="77777777" w:rsidR="001773B5" w:rsidRDefault="00442B4D">
            <w:r>
              <w:t>76.0</w:t>
            </w:r>
          </w:p>
        </w:tc>
        <w:tc>
          <w:tcPr>
            <w:tcW w:w="1234" w:type="dxa"/>
          </w:tcPr>
          <w:p w14:paraId="2A7E3D32" w14:textId="77777777" w:rsidR="001773B5" w:rsidRDefault="00442B4D">
            <w:r>
              <w:t>70.0</w:t>
            </w:r>
          </w:p>
        </w:tc>
        <w:tc>
          <w:tcPr>
            <w:tcW w:w="1234" w:type="dxa"/>
          </w:tcPr>
          <w:p w14:paraId="47FE8340" w14:textId="77777777" w:rsidR="001773B5" w:rsidRDefault="00442B4D">
            <w:r>
              <w:t>33.33</w:t>
            </w:r>
          </w:p>
        </w:tc>
      </w:tr>
    </w:tbl>
    <w:p w14:paraId="1A26D3CD" w14:textId="77777777" w:rsidR="00240E86" w:rsidRDefault="00240E86">
      <w:pPr>
        <w:pStyle w:val="Balk2"/>
      </w:pPr>
    </w:p>
    <w:p w14:paraId="0DB3C814" w14:textId="77777777" w:rsidR="00240E86" w:rsidRDefault="00240E86">
      <w:pPr>
        <w:pStyle w:val="Balk2"/>
      </w:pPr>
    </w:p>
    <w:p w14:paraId="1A85CDB9" w14:textId="77777777" w:rsidR="001773B5" w:rsidRDefault="00442B4D">
      <w:pPr>
        <w:pStyle w:val="Balk3"/>
      </w:pPr>
      <w:proofErr w:type="spellStart"/>
      <w:r>
        <w:t>Şekil</w:t>
      </w:r>
      <w:proofErr w:type="spellEnd"/>
      <w:r>
        <w:t xml:space="preserve"> 9: </w:t>
      </w:r>
      <w:proofErr w:type="spellStart"/>
      <w:r>
        <w:t>Diğer</w:t>
      </w:r>
      <w:proofErr w:type="spellEnd"/>
      <w:r>
        <w:t xml:space="preserve"> </w:t>
      </w:r>
      <w:proofErr w:type="spellStart"/>
      <w:r>
        <w:t>Yanıtlarından</w:t>
      </w:r>
      <w:proofErr w:type="spellEnd"/>
      <w:r>
        <w:t xml:space="preserve"> Kelime Bulutu</w:t>
      </w:r>
    </w:p>
    <w:p w14:paraId="1A32048E" w14:textId="77777777" w:rsidR="001773B5" w:rsidRDefault="00442B4D">
      <w:r>
        <w:rPr>
          <w:noProof/>
        </w:rPr>
        <w:drawing>
          <wp:inline distT="0" distB="0" distL="0" distR="0" wp14:anchorId="7E799326" wp14:editId="190F1F87">
            <wp:extent cx="4572000" cy="26358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lime_bulutu.png"/>
                    <pic:cNvPicPr/>
                  </pic:nvPicPr>
                  <pic:blipFill>
                    <a:blip r:embed="rId14"/>
                    <a:stretch>
                      <a:fillRect/>
                    </a:stretch>
                  </pic:blipFill>
                  <pic:spPr>
                    <a:xfrm>
                      <a:off x="0" y="0"/>
                      <a:ext cx="4572000" cy="2635849"/>
                    </a:xfrm>
                    <a:prstGeom prst="rect">
                      <a:avLst/>
                    </a:prstGeom>
                  </pic:spPr>
                </pic:pic>
              </a:graphicData>
            </a:graphic>
          </wp:inline>
        </w:drawing>
      </w:r>
    </w:p>
    <w:p w14:paraId="7F77813A" w14:textId="77777777" w:rsidR="001773B5" w:rsidRDefault="00442B4D">
      <w:pPr>
        <w:pStyle w:val="Balk1"/>
      </w:pPr>
      <w:r>
        <w:t>4. TARTIŞMA</w:t>
      </w:r>
    </w:p>
    <w:p w14:paraId="6D8CFF78" w14:textId="6FDB1E8B" w:rsidR="00870C87" w:rsidRPr="00DB097E" w:rsidRDefault="00DB097E" w:rsidP="00DB097E">
      <w:pPr>
        <w:spacing w:line="240" w:lineRule="auto"/>
        <w:jc w:val="both"/>
        <w:rPr>
          <w:rFonts w:ascii="Times New Roman" w:eastAsia="Times New Roman" w:hAnsi="Times New Roman" w:cs="Times New Roman"/>
          <w:sz w:val="24"/>
          <w:szCs w:val="24"/>
          <w:lang w:val="tr-TR" w:eastAsia="tr-TR"/>
        </w:rPr>
      </w:pPr>
      <w:r w:rsidRPr="00DB097E">
        <w:rPr>
          <w:rFonts w:ascii="Times New Roman" w:eastAsia="Times New Roman" w:hAnsi="Times New Roman" w:cs="Times New Roman"/>
          <w:sz w:val="24"/>
          <w:szCs w:val="24"/>
          <w:lang w:val="tr-TR" w:eastAsia="tr-TR"/>
        </w:rPr>
        <w:t>Aksaray Üniversitesi öğrencilerinin memnuniyet düzeylerini</w:t>
      </w:r>
      <w:r w:rsidR="00C523C3">
        <w:rPr>
          <w:rFonts w:ascii="Times New Roman" w:eastAsia="Times New Roman" w:hAnsi="Times New Roman" w:cs="Times New Roman"/>
          <w:sz w:val="24"/>
          <w:szCs w:val="24"/>
          <w:lang w:val="tr-TR" w:eastAsia="tr-TR"/>
        </w:rPr>
        <w:t xml:space="preserve"> detaylı bir şekilde</w:t>
      </w:r>
      <w:r w:rsidRPr="00DB097E">
        <w:rPr>
          <w:rFonts w:ascii="Times New Roman" w:eastAsia="Times New Roman" w:hAnsi="Times New Roman" w:cs="Times New Roman"/>
          <w:sz w:val="24"/>
          <w:szCs w:val="24"/>
          <w:lang w:val="tr-TR" w:eastAsia="tr-TR"/>
        </w:rPr>
        <w:t xml:space="preserve"> inceleyen bu </w:t>
      </w:r>
      <w:r w:rsidR="00CA73FC">
        <w:rPr>
          <w:rFonts w:ascii="Times New Roman" w:eastAsia="Times New Roman" w:hAnsi="Times New Roman" w:cs="Times New Roman"/>
          <w:sz w:val="24"/>
          <w:szCs w:val="24"/>
          <w:lang w:val="tr-TR" w:eastAsia="tr-TR"/>
        </w:rPr>
        <w:t>raporda</w:t>
      </w:r>
      <w:r w:rsidRPr="00DB097E">
        <w:rPr>
          <w:rFonts w:ascii="Times New Roman" w:eastAsia="Times New Roman" w:hAnsi="Times New Roman" w:cs="Times New Roman"/>
          <w:sz w:val="24"/>
          <w:szCs w:val="24"/>
          <w:lang w:val="tr-TR" w:eastAsia="tr-TR"/>
        </w:rPr>
        <w:t xml:space="preserve">, dikkat çekici bulgular </w:t>
      </w:r>
      <w:r w:rsidR="00CA73FC">
        <w:rPr>
          <w:rFonts w:ascii="Times New Roman" w:eastAsia="Times New Roman" w:hAnsi="Times New Roman" w:cs="Times New Roman"/>
          <w:sz w:val="24"/>
          <w:szCs w:val="24"/>
          <w:lang w:val="tr-TR" w:eastAsia="tr-TR"/>
        </w:rPr>
        <w:t>yer almaktadır</w:t>
      </w:r>
      <w:r w:rsidRPr="00DB097E">
        <w:rPr>
          <w:rFonts w:ascii="Times New Roman" w:eastAsia="Times New Roman" w:hAnsi="Times New Roman" w:cs="Times New Roman"/>
          <w:sz w:val="24"/>
          <w:szCs w:val="24"/>
          <w:lang w:val="tr-TR" w:eastAsia="tr-TR"/>
        </w:rPr>
        <w:t>. Genel memnuniyet oranının %60,16 olarak tespit edilmesi, üniversitenin orta düzeyde bir memnuniyet sağladığını göstermektedir.</w:t>
      </w:r>
      <w:r>
        <w:rPr>
          <w:rFonts w:ascii="Times New Roman" w:eastAsia="Times New Roman" w:hAnsi="Times New Roman" w:cs="Times New Roman"/>
          <w:sz w:val="24"/>
          <w:szCs w:val="24"/>
          <w:lang w:val="tr-TR" w:eastAsia="tr-TR"/>
        </w:rPr>
        <w:t xml:space="preserve"> </w:t>
      </w:r>
      <w:r w:rsidRPr="00DB097E">
        <w:rPr>
          <w:rFonts w:ascii="Times New Roman" w:eastAsia="Times New Roman" w:hAnsi="Times New Roman" w:cs="Times New Roman"/>
          <w:sz w:val="24"/>
          <w:szCs w:val="24"/>
          <w:lang w:val="tr-TR" w:eastAsia="tr-TR"/>
        </w:rPr>
        <w:t>Ancak analizler, temizlik kategorisinde ciddi sorunlar yaşandığını açıkça ortaya koymaktadır. Bu alan, tüm kategoriler arasında en düşük memnuniyet skoruna sahip olup, acil iyileştirme müdahalelerini gerektiren kritik bir durum sergilemektedir.</w:t>
      </w:r>
      <w:r>
        <w:rPr>
          <w:rFonts w:ascii="Times New Roman" w:eastAsia="Times New Roman" w:hAnsi="Times New Roman" w:cs="Times New Roman"/>
          <w:sz w:val="24"/>
          <w:szCs w:val="24"/>
          <w:lang w:val="tr-TR" w:eastAsia="tr-TR"/>
        </w:rPr>
        <w:t xml:space="preserve"> </w:t>
      </w:r>
      <w:r w:rsidRPr="00DB097E">
        <w:rPr>
          <w:rFonts w:ascii="Times New Roman" w:eastAsia="Times New Roman" w:hAnsi="Times New Roman" w:cs="Times New Roman"/>
          <w:sz w:val="24"/>
          <w:szCs w:val="24"/>
          <w:lang w:val="tr-TR" w:eastAsia="tr-TR"/>
        </w:rPr>
        <w:t>Cinsiyet bazlı incelemeler, erkek ve kadın öğrenciler arasında önemli algı farklılıkları bulunduğunu göstermektedir. Özellikle temizlik konusunda erkek öğrencilerin memnuniyet düzeyi %55 iken, kadın öğrencilerde bu oran %43,6'ya düşmektedir. Bu belirgin fark istatistiksel olarak da anlamlı bulunmuştur (p = 0,001).</w:t>
      </w:r>
      <w:r>
        <w:rPr>
          <w:rFonts w:ascii="Times New Roman" w:eastAsia="Times New Roman" w:hAnsi="Times New Roman" w:cs="Times New Roman"/>
          <w:sz w:val="24"/>
          <w:szCs w:val="24"/>
          <w:lang w:val="tr-TR" w:eastAsia="tr-TR"/>
        </w:rPr>
        <w:t xml:space="preserve"> </w:t>
      </w:r>
      <w:r w:rsidRPr="00DB097E">
        <w:rPr>
          <w:rFonts w:ascii="Times New Roman" w:eastAsia="Times New Roman" w:hAnsi="Times New Roman" w:cs="Times New Roman"/>
          <w:sz w:val="24"/>
          <w:szCs w:val="24"/>
          <w:lang w:val="tr-TR" w:eastAsia="tr-TR"/>
        </w:rPr>
        <w:t>Öğrencilerin açık uçlu sorulara verdikleri yanıtlardan gerçekleştirilen kelime frekans analizi, durumun ciddiyetini daha net şekilde gözler önüne sermektedir. "Hijyen yetersizliği" ile ilgili olumsuz ifadelerin 12 kez tekrarlanması, öğrencilerin temizlik standartlarından duyduğu rahatsızlığın boyutunu somut olarak ortaya koymaktadır.</w:t>
      </w:r>
      <w:r>
        <w:rPr>
          <w:rFonts w:ascii="Times New Roman" w:eastAsia="Times New Roman" w:hAnsi="Times New Roman" w:cs="Times New Roman"/>
          <w:sz w:val="24"/>
          <w:szCs w:val="24"/>
          <w:lang w:val="tr-TR" w:eastAsia="tr-TR"/>
        </w:rPr>
        <w:t xml:space="preserve"> </w:t>
      </w:r>
      <w:r w:rsidRPr="00DB097E">
        <w:rPr>
          <w:rFonts w:ascii="Times New Roman" w:eastAsia="Times New Roman" w:hAnsi="Times New Roman" w:cs="Times New Roman"/>
          <w:sz w:val="24"/>
          <w:szCs w:val="24"/>
          <w:lang w:val="tr-TR" w:eastAsia="tr-TR"/>
        </w:rPr>
        <w:t xml:space="preserve">Eğitim birimlerine (enstitü, fakülte, meslek yüksekokulu ve yüksekokullar) göre yapılan karşılaştırmalı değerlendirmeler ise memnuniyet düzeylerinin kurum genelinde homojen olmadığını göstermektedir. ANOVA ve </w:t>
      </w:r>
      <w:proofErr w:type="spellStart"/>
      <w:r w:rsidRPr="00DB097E">
        <w:rPr>
          <w:rFonts w:ascii="Times New Roman" w:eastAsia="Times New Roman" w:hAnsi="Times New Roman" w:cs="Times New Roman"/>
          <w:sz w:val="24"/>
          <w:szCs w:val="24"/>
          <w:lang w:val="tr-TR" w:eastAsia="tr-TR"/>
        </w:rPr>
        <w:t>Tukey</w:t>
      </w:r>
      <w:proofErr w:type="spellEnd"/>
      <w:r w:rsidRPr="00DB097E">
        <w:rPr>
          <w:rFonts w:ascii="Times New Roman" w:eastAsia="Times New Roman" w:hAnsi="Times New Roman" w:cs="Times New Roman"/>
          <w:sz w:val="24"/>
          <w:szCs w:val="24"/>
          <w:lang w:val="tr-TR" w:eastAsia="tr-TR"/>
        </w:rPr>
        <w:t xml:space="preserve"> HSD testlerinden elde edilen bulgular, temizlik kategorisinin diğer tüm kategorilere kıyasla istatistiksel olarak anlamlı düzeyde düşük performans sergilediğini doğrulamaktadır. Bu durum, genel memnuniyet </w:t>
      </w:r>
      <w:r w:rsidR="00744192">
        <w:rPr>
          <w:rFonts w:ascii="Times New Roman" w:eastAsia="Times New Roman" w:hAnsi="Times New Roman" w:cs="Times New Roman"/>
          <w:sz w:val="24"/>
          <w:szCs w:val="24"/>
          <w:lang w:val="tr-TR" w:eastAsia="tr-TR"/>
        </w:rPr>
        <w:t>skorunu</w:t>
      </w:r>
      <w:r w:rsidRPr="00DB097E">
        <w:rPr>
          <w:rFonts w:ascii="Times New Roman" w:eastAsia="Times New Roman" w:hAnsi="Times New Roman" w:cs="Times New Roman"/>
          <w:sz w:val="24"/>
          <w:szCs w:val="24"/>
          <w:lang w:val="tr-TR" w:eastAsia="tr-TR"/>
        </w:rPr>
        <w:t xml:space="preserve"> olumsuz yönde etkileyen temel faktörlerden biri </w:t>
      </w:r>
      <w:r w:rsidR="00744192">
        <w:rPr>
          <w:rFonts w:ascii="Times New Roman" w:eastAsia="Times New Roman" w:hAnsi="Times New Roman" w:cs="Times New Roman"/>
          <w:sz w:val="24"/>
          <w:szCs w:val="24"/>
          <w:lang w:val="tr-TR" w:eastAsia="tr-TR"/>
        </w:rPr>
        <w:t>olarak görülmektedir</w:t>
      </w:r>
    </w:p>
    <w:p w14:paraId="49D9C8F5" w14:textId="77777777" w:rsidR="00BC67A6" w:rsidRDefault="00442B4D">
      <w:pPr>
        <w:pStyle w:val="Balk1"/>
      </w:pPr>
      <w:r>
        <w:lastRenderedPageBreak/>
        <w:t>5. SONUÇ</w:t>
      </w:r>
    </w:p>
    <w:p w14:paraId="7B2E9C5C" w14:textId="77777777" w:rsidR="000A532E" w:rsidRDefault="000A532E" w:rsidP="000A532E">
      <w:pPr>
        <w:pStyle w:val="Balk1"/>
        <w:jc w:val="both"/>
        <w:rPr>
          <w:rFonts w:ascii="Times New Roman" w:eastAsia="Times New Roman" w:hAnsi="Times New Roman" w:cs="Times New Roman"/>
          <w:b w:val="0"/>
          <w:bCs w:val="0"/>
          <w:color w:val="auto"/>
          <w:sz w:val="24"/>
          <w:szCs w:val="24"/>
          <w:lang w:val="tr-TR" w:eastAsia="tr-TR"/>
        </w:rPr>
      </w:pPr>
      <w:r w:rsidRPr="000A532E">
        <w:rPr>
          <w:rFonts w:ascii="Times New Roman" w:eastAsia="Times New Roman" w:hAnsi="Times New Roman" w:cs="Times New Roman"/>
          <w:b w:val="0"/>
          <w:bCs w:val="0"/>
          <w:color w:val="auto"/>
          <w:sz w:val="24"/>
          <w:szCs w:val="24"/>
          <w:lang w:val="tr-TR" w:eastAsia="tr-TR"/>
        </w:rPr>
        <w:t>Bu raporda Aksaray Üniversitesi öğrencilerinin memnuniyet düzeyleri detaylı şekilde incelenmiş ve çeşitli öneriler sunulmuştur. Temizlik konusu, genel memnuniyeti en fazla olumsuz etkileyen alan olarak öne çıkmakta; bu durum, bu alanda acil iyileştirmeler yapılması gerektiğini açıkça göstermektedir. Özellikle açık uçlu cevaplarda "hijyen yetersizliği" ifadesinin 12 kez vurgulanmış olması, öğrencilerin bu konudaki rahatsızlıklarını net ve güçlü bir şekilde dile getirdiklerini ortaya koymaktadır. Eğitim birimlerine (enstitü, fakülte, MYO, YO) göre yapılan analizler ise memnuniyet düzeylerinin birimler arasında farklılık gösterdiğini ortaya koymakta; bu da üniversite yönetiminin her birime özel iyileştirme stratejileri geliştirmesi gerektiğine işaret etmektedir.</w:t>
      </w:r>
    </w:p>
    <w:p w14:paraId="5749D422" w14:textId="77777777" w:rsidR="00C523C3" w:rsidRDefault="00C523C3"/>
    <w:p w14:paraId="53BDE7EB" w14:textId="4C6F52A1" w:rsidR="00C523C3" w:rsidRPr="002B367F" w:rsidRDefault="002B367F" w:rsidP="002B367F">
      <w:pPr>
        <w:jc w:val="right"/>
        <w:rPr>
          <w:rFonts w:ascii="Times New Roman" w:hAnsi="Times New Roman" w:cs="Times New Roman"/>
        </w:rPr>
      </w:pPr>
      <w:proofErr w:type="spellStart"/>
      <w:r w:rsidRPr="002B367F">
        <w:rPr>
          <w:rFonts w:ascii="Times New Roman" w:hAnsi="Times New Roman" w:cs="Times New Roman"/>
        </w:rPr>
        <w:t>Öğr</w:t>
      </w:r>
      <w:proofErr w:type="spellEnd"/>
      <w:r w:rsidRPr="002B367F">
        <w:rPr>
          <w:rFonts w:ascii="Times New Roman" w:hAnsi="Times New Roman" w:cs="Times New Roman"/>
        </w:rPr>
        <w:t xml:space="preserve">. </w:t>
      </w:r>
      <w:proofErr w:type="spellStart"/>
      <w:r w:rsidRPr="002B367F">
        <w:rPr>
          <w:rFonts w:ascii="Times New Roman" w:hAnsi="Times New Roman" w:cs="Times New Roman"/>
        </w:rPr>
        <w:t>Gör</w:t>
      </w:r>
      <w:proofErr w:type="spellEnd"/>
      <w:r w:rsidRPr="002B367F">
        <w:rPr>
          <w:rFonts w:ascii="Times New Roman" w:hAnsi="Times New Roman" w:cs="Times New Roman"/>
        </w:rPr>
        <w:t xml:space="preserve">. Dr. Muhammed </w:t>
      </w:r>
      <w:proofErr w:type="spellStart"/>
      <w:r w:rsidRPr="002B367F">
        <w:rPr>
          <w:rFonts w:ascii="Times New Roman" w:hAnsi="Times New Roman" w:cs="Times New Roman"/>
        </w:rPr>
        <w:t>Ra</w:t>
      </w:r>
      <w:r>
        <w:rPr>
          <w:rFonts w:ascii="Times New Roman" w:hAnsi="Times New Roman" w:cs="Times New Roman"/>
        </w:rPr>
        <w:t>ş</w:t>
      </w:r>
      <w:r w:rsidRPr="002B367F">
        <w:rPr>
          <w:rFonts w:ascii="Times New Roman" w:hAnsi="Times New Roman" w:cs="Times New Roman"/>
        </w:rPr>
        <w:t>id</w:t>
      </w:r>
      <w:proofErr w:type="spellEnd"/>
      <w:r w:rsidRPr="002B367F">
        <w:rPr>
          <w:rFonts w:ascii="Times New Roman" w:hAnsi="Times New Roman" w:cs="Times New Roman"/>
        </w:rPr>
        <w:t xml:space="preserve"> BAKIR</w:t>
      </w:r>
    </w:p>
    <w:sectPr w:rsidR="00C523C3" w:rsidRPr="002B367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805849912">
    <w:abstractNumId w:val="8"/>
  </w:num>
  <w:num w:numId="2" w16cid:durableId="845172035">
    <w:abstractNumId w:val="6"/>
  </w:num>
  <w:num w:numId="3" w16cid:durableId="1716153128">
    <w:abstractNumId w:val="5"/>
  </w:num>
  <w:num w:numId="4" w16cid:durableId="1688482136">
    <w:abstractNumId w:val="4"/>
  </w:num>
  <w:num w:numId="5" w16cid:durableId="1748653618">
    <w:abstractNumId w:val="7"/>
  </w:num>
  <w:num w:numId="6" w16cid:durableId="1466774691">
    <w:abstractNumId w:val="3"/>
  </w:num>
  <w:num w:numId="7" w16cid:durableId="1618096472">
    <w:abstractNumId w:val="2"/>
  </w:num>
  <w:num w:numId="8" w16cid:durableId="1860006588">
    <w:abstractNumId w:val="1"/>
  </w:num>
  <w:num w:numId="9" w16cid:durableId="1165704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92C"/>
    <w:rsid w:val="000A532E"/>
    <w:rsid w:val="00122D96"/>
    <w:rsid w:val="0015074B"/>
    <w:rsid w:val="001773B5"/>
    <w:rsid w:val="001A7A41"/>
    <w:rsid w:val="00240E86"/>
    <w:rsid w:val="0029639D"/>
    <w:rsid w:val="002B367F"/>
    <w:rsid w:val="002C2FAB"/>
    <w:rsid w:val="00321AAE"/>
    <w:rsid w:val="00321D06"/>
    <w:rsid w:val="00326F90"/>
    <w:rsid w:val="00442B4D"/>
    <w:rsid w:val="004737D6"/>
    <w:rsid w:val="00517C30"/>
    <w:rsid w:val="00517E66"/>
    <w:rsid w:val="00530A27"/>
    <w:rsid w:val="00570F99"/>
    <w:rsid w:val="00581CFB"/>
    <w:rsid w:val="00617251"/>
    <w:rsid w:val="00684453"/>
    <w:rsid w:val="006A3812"/>
    <w:rsid w:val="006A4D4E"/>
    <w:rsid w:val="006F2E04"/>
    <w:rsid w:val="00744192"/>
    <w:rsid w:val="007C28E6"/>
    <w:rsid w:val="008218CE"/>
    <w:rsid w:val="00870C87"/>
    <w:rsid w:val="008D3FE3"/>
    <w:rsid w:val="00984F29"/>
    <w:rsid w:val="00A84996"/>
    <w:rsid w:val="00AA1D8D"/>
    <w:rsid w:val="00AD2C92"/>
    <w:rsid w:val="00AE52C9"/>
    <w:rsid w:val="00B100DD"/>
    <w:rsid w:val="00B47730"/>
    <w:rsid w:val="00BB640D"/>
    <w:rsid w:val="00BC67A6"/>
    <w:rsid w:val="00C078AA"/>
    <w:rsid w:val="00C523C3"/>
    <w:rsid w:val="00CA73FC"/>
    <w:rsid w:val="00CB0664"/>
    <w:rsid w:val="00D92F97"/>
    <w:rsid w:val="00DB097E"/>
    <w:rsid w:val="00E57AD1"/>
    <w:rsid w:val="00E80224"/>
    <w:rsid w:val="00F12110"/>
    <w:rsid w:val="00F43B7B"/>
    <w:rsid w:val="00FA63DF"/>
    <w:rsid w:val="00FC04E0"/>
    <w:rsid w:val="00FC693F"/>
    <w:rsid w:val="00FF3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45E36"/>
  <w14:defaultImageDpi w14:val="300"/>
  <w15:docId w15:val="{83802BF5-89A1-47F1-AC40-FFAF5241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70C87"/>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5208">
      <w:bodyDiv w:val="1"/>
      <w:marLeft w:val="0"/>
      <w:marRight w:val="0"/>
      <w:marTop w:val="0"/>
      <w:marBottom w:val="0"/>
      <w:divBdr>
        <w:top w:val="none" w:sz="0" w:space="0" w:color="auto"/>
        <w:left w:val="none" w:sz="0" w:space="0" w:color="auto"/>
        <w:bottom w:val="none" w:sz="0" w:space="0" w:color="auto"/>
        <w:right w:val="none" w:sz="0" w:space="0" w:color="auto"/>
      </w:divBdr>
    </w:div>
    <w:div w:id="1396277147">
      <w:bodyDiv w:val="1"/>
      <w:marLeft w:val="0"/>
      <w:marRight w:val="0"/>
      <w:marTop w:val="0"/>
      <w:marBottom w:val="0"/>
      <w:divBdr>
        <w:top w:val="none" w:sz="0" w:space="0" w:color="auto"/>
        <w:left w:val="none" w:sz="0" w:space="0" w:color="auto"/>
        <w:bottom w:val="none" w:sz="0" w:space="0" w:color="auto"/>
        <w:right w:val="none" w:sz="0" w:space="0" w:color="auto"/>
      </w:divBdr>
    </w:div>
    <w:div w:id="18405355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16</Pages>
  <Words>2211</Words>
  <Characters>12605</Characters>
  <Application>Microsoft Office Word</Application>
  <DocSecurity>0</DocSecurity>
  <Lines>105</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ByMRB .</cp:lastModifiedBy>
  <cp:revision>11</cp:revision>
  <dcterms:created xsi:type="dcterms:W3CDTF">2025-05-22T21:55:00Z</dcterms:created>
  <dcterms:modified xsi:type="dcterms:W3CDTF">2025-06-17T06:49:00Z</dcterms:modified>
  <cp:category/>
</cp:coreProperties>
</file>