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8101F" w14:textId="7FC3B526" w:rsidR="00A2249A" w:rsidRDefault="0092745D" w:rsidP="0062196B">
      <w:pPr>
        <w:pStyle w:val="Balk1"/>
        <w:jc w:val="center"/>
      </w:pPr>
      <w:r>
        <w:t xml:space="preserve">Aksaray Üniversitesi 2024-2025 Eğitim Öğretim Yılı Bahar Dönemi Akademik </w:t>
      </w:r>
      <w:proofErr w:type="spellStart"/>
      <w:r>
        <w:t>Personel</w:t>
      </w:r>
      <w:proofErr w:type="spellEnd"/>
      <w:r>
        <w:t xml:space="preserve"> </w:t>
      </w:r>
      <w:proofErr w:type="spellStart"/>
      <w:r>
        <w:t>Memnuniyet</w:t>
      </w:r>
      <w:proofErr w:type="spellEnd"/>
      <w:r>
        <w:t xml:space="preserve"> </w:t>
      </w:r>
      <w:proofErr w:type="spellStart"/>
      <w:r>
        <w:t>Anketi</w:t>
      </w:r>
      <w:proofErr w:type="spellEnd"/>
      <w:r w:rsidR="0062196B">
        <w:t xml:space="preserve"> </w:t>
      </w:r>
      <w:proofErr w:type="spellStart"/>
      <w:r w:rsidR="0062196B">
        <w:t>Raporu</w:t>
      </w:r>
      <w:proofErr w:type="spellEnd"/>
    </w:p>
    <w:p w14:paraId="5B375FA9" w14:textId="77777777" w:rsidR="00563219" w:rsidRDefault="00563219" w:rsidP="00563219">
      <w:pPr>
        <w:jc w:val="both"/>
      </w:pPr>
      <w:r>
        <w:t>Aksaray Üniversitesi 2024-2025 Eğitim Öğretim Yılı Bahar Dönemi için yapılan Akademik personel memnuniyet anketine, 37’si kadın, 75’i erkek olmak üzere toplam 112 akademisyenimiz iştirak etmiştir. Anketin güvenirlik katsayısı (Cronbach Alpha) 0.965 olarak hesaplanmıştır.</w:t>
      </w:r>
    </w:p>
    <w:p w14:paraId="621909DC" w14:textId="77777777" w:rsidR="00A2249A" w:rsidRDefault="0092745D">
      <w:pPr>
        <w:pStyle w:val="Balk2"/>
      </w:pPr>
      <w:r>
        <w:t>1. Katılımcı Demografik Bilgileri</w:t>
      </w:r>
    </w:p>
    <w:p w14:paraId="759C22E5" w14:textId="77777777" w:rsidR="00A2249A" w:rsidRDefault="0092745D">
      <w:pPr>
        <w:pStyle w:val="Balk3"/>
      </w:pPr>
      <w:r>
        <w:t>1.1. Cinsiyet Dağılımı</w:t>
      </w:r>
    </w:p>
    <w:tbl>
      <w:tblPr>
        <w:tblStyle w:val="TabloKlavuzu"/>
        <w:tblW w:w="0" w:type="auto"/>
        <w:jc w:val="center"/>
        <w:tblLook w:val="04A0" w:firstRow="1" w:lastRow="0" w:firstColumn="1" w:lastColumn="0" w:noHBand="0" w:noVBand="1"/>
      </w:tblPr>
      <w:tblGrid>
        <w:gridCol w:w="2877"/>
        <w:gridCol w:w="2877"/>
        <w:gridCol w:w="2876"/>
      </w:tblGrid>
      <w:tr w:rsidR="00A2249A" w14:paraId="2593B9C1" w14:textId="77777777">
        <w:trPr>
          <w:jc w:val="center"/>
        </w:trPr>
        <w:tc>
          <w:tcPr>
            <w:tcW w:w="2880" w:type="dxa"/>
          </w:tcPr>
          <w:p w14:paraId="01F3B391" w14:textId="77777777" w:rsidR="00A2249A" w:rsidRDefault="0092745D">
            <w:r>
              <w:t>Cinsiyet</w:t>
            </w:r>
          </w:p>
        </w:tc>
        <w:tc>
          <w:tcPr>
            <w:tcW w:w="2880" w:type="dxa"/>
          </w:tcPr>
          <w:p w14:paraId="7D3C6543" w14:textId="77777777" w:rsidR="00A2249A" w:rsidRDefault="0092745D">
            <w:r>
              <w:t>Katılımcı Sayısı</w:t>
            </w:r>
          </w:p>
        </w:tc>
        <w:tc>
          <w:tcPr>
            <w:tcW w:w="2880" w:type="dxa"/>
          </w:tcPr>
          <w:p w14:paraId="1105C643" w14:textId="77777777" w:rsidR="00A2249A" w:rsidRDefault="0092745D">
            <w:r>
              <w:t>Yüzde (%)</w:t>
            </w:r>
          </w:p>
        </w:tc>
      </w:tr>
      <w:tr w:rsidR="00A2249A" w14:paraId="038125F7" w14:textId="77777777">
        <w:trPr>
          <w:jc w:val="center"/>
        </w:trPr>
        <w:tc>
          <w:tcPr>
            <w:tcW w:w="2880" w:type="dxa"/>
          </w:tcPr>
          <w:p w14:paraId="2F49EA8B" w14:textId="77777777" w:rsidR="00A2249A" w:rsidRDefault="0092745D">
            <w:r>
              <w:t>Kadın</w:t>
            </w:r>
          </w:p>
        </w:tc>
        <w:tc>
          <w:tcPr>
            <w:tcW w:w="2880" w:type="dxa"/>
          </w:tcPr>
          <w:p w14:paraId="41B7B0A3" w14:textId="77777777" w:rsidR="00A2249A" w:rsidRDefault="0092745D">
            <w:r>
              <w:t>37</w:t>
            </w:r>
          </w:p>
        </w:tc>
        <w:tc>
          <w:tcPr>
            <w:tcW w:w="2880" w:type="dxa"/>
          </w:tcPr>
          <w:p w14:paraId="3F002466" w14:textId="77777777" w:rsidR="00A2249A" w:rsidRDefault="0092745D">
            <w:r>
              <w:t>33.0</w:t>
            </w:r>
          </w:p>
        </w:tc>
      </w:tr>
      <w:tr w:rsidR="00A2249A" w14:paraId="670A2143" w14:textId="77777777">
        <w:trPr>
          <w:jc w:val="center"/>
        </w:trPr>
        <w:tc>
          <w:tcPr>
            <w:tcW w:w="2880" w:type="dxa"/>
          </w:tcPr>
          <w:p w14:paraId="0C9A1E18" w14:textId="77777777" w:rsidR="00A2249A" w:rsidRDefault="0092745D">
            <w:r>
              <w:t>Erkek</w:t>
            </w:r>
          </w:p>
        </w:tc>
        <w:tc>
          <w:tcPr>
            <w:tcW w:w="2880" w:type="dxa"/>
          </w:tcPr>
          <w:p w14:paraId="0F813C63" w14:textId="77777777" w:rsidR="00A2249A" w:rsidRDefault="0092745D">
            <w:r>
              <w:t>75</w:t>
            </w:r>
          </w:p>
        </w:tc>
        <w:tc>
          <w:tcPr>
            <w:tcW w:w="2880" w:type="dxa"/>
          </w:tcPr>
          <w:p w14:paraId="6BF6683F" w14:textId="77777777" w:rsidR="00A2249A" w:rsidRDefault="0092745D">
            <w:r>
              <w:t>67.0</w:t>
            </w:r>
          </w:p>
        </w:tc>
      </w:tr>
    </w:tbl>
    <w:p w14:paraId="0AAAE23B" w14:textId="77777777" w:rsidR="00A2249A" w:rsidRDefault="0092745D">
      <w:pPr>
        <w:pStyle w:val="Balk3"/>
      </w:pPr>
      <w:r>
        <w:t>1.2. Yaş Dağılımı</w:t>
      </w:r>
    </w:p>
    <w:tbl>
      <w:tblPr>
        <w:tblStyle w:val="TabloKlavuzu"/>
        <w:tblW w:w="0" w:type="auto"/>
        <w:jc w:val="center"/>
        <w:tblLook w:val="04A0" w:firstRow="1" w:lastRow="0" w:firstColumn="1" w:lastColumn="0" w:noHBand="0" w:noVBand="1"/>
      </w:tblPr>
      <w:tblGrid>
        <w:gridCol w:w="2877"/>
        <w:gridCol w:w="2877"/>
        <w:gridCol w:w="2876"/>
      </w:tblGrid>
      <w:tr w:rsidR="00A2249A" w14:paraId="7FFB6E6A" w14:textId="77777777">
        <w:trPr>
          <w:jc w:val="center"/>
        </w:trPr>
        <w:tc>
          <w:tcPr>
            <w:tcW w:w="2880" w:type="dxa"/>
          </w:tcPr>
          <w:p w14:paraId="58B5B192" w14:textId="77777777" w:rsidR="00A2249A" w:rsidRDefault="0092745D">
            <w:r>
              <w:t>Yaş Aralığı</w:t>
            </w:r>
          </w:p>
        </w:tc>
        <w:tc>
          <w:tcPr>
            <w:tcW w:w="2880" w:type="dxa"/>
          </w:tcPr>
          <w:p w14:paraId="4D6A1A76" w14:textId="77777777" w:rsidR="00A2249A" w:rsidRDefault="0092745D">
            <w:r>
              <w:t>Katılımcı Sayısı</w:t>
            </w:r>
          </w:p>
        </w:tc>
        <w:tc>
          <w:tcPr>
            <w:tcW w:w="2880" w:type="dxa"/>
          </w:tcPr>
          <w:p w14:paraId="7A85F456" w14:textId="77777777" w:rsidR="00A2249A" w:rsidRDefault="0092745D">
            <w:r>
              <w:t>Yüzde (%)</w:t>
            </w:r>
          </w:p>
        </w:tc>
      </w:tr>
      <w:tr w:rsidR="00A2249A" w14:paraId="73295D8F" w14:textId="77777777">
        <w:trPr>
          <w:jc w:val="center"/>
        </w:trPr>
        <w:tc>
          <w:tcPr>
            <w:tcW w:w="2880" w:type="dxa"/>
          </w:tcPr>
          <w:p w14:paraId="6BC7DD5A" w14:textId="77777777" w:rsidR="00A2249A" w:rsidRDefault="0092745D">
            <w:r>
              <w:t>20-36</w:t>
            </w:r>
          </w:p>
        </w:tc>
        <w:tc>
          <w:tcPr>
            <w:tcW w:w="2880" w:type="dxa"/>
          </w:tcPr>
          <w:p w14:paraId="6D83C7D8" w14:textId="77777777" w:rsidR="00A2249A" w:rsidRDefault="0092745D">
            <w:r>
              <w:t>17</w:t>
            </w:r>
          </w:p>
        </w:tc>
        <w:tc>
          <w:tcPr>
            <w:tcW w:w="2880" w:type="dxa"/>
          </w:tcPr>
          <w:p w14:paraId="739696F0" w14:textId="77777777" w:rsidR="00A2249A" w:rsidRDefault="0092745D">
            <w:r>
              <w:t>15.2</w:t>
            </w:r>
          </w:p>
        </w:tc>
      </w:tr>
      <w:tr w:rsidR="00A2249A" w14:paraId="47AF9417" w14:textId="77777777">
        <w:trPr>
          <w:jc w:val="center"/>
        </w:trPr>
        <w:tc>
          <w:tcPr>
            <w:tcW w:w="2880" w:type="dxa"/>
          </w:tcPr>
          <w:p w14:paraId="14F73834" w14:textId="77777777" w:rsidR="00A2249A" w:rsidRDefault="0092745D">
            <w:r>
              <w:t>37-53</w:t>
            </w:r>
          </w:p>
        </w:tc>
        <w:tc>
          <w:tcPr>
            <w:tcW w:w="2880" w:type="dxa"/>
          </w:tcPr>
          <w:p w14:paraId="6B33E31A" w14:textId="77777777" w:rsidR="00A2249A" w:rsidRDefault="0092745D">
            <w:r>
              <w:t>73</w:t>
            </w:r>
          </w:p>
        </w:tc>
        <w:tc>
          <w:tcPr>
            <w:tcW w:w="2880" w:type="dxa"/>
          </w:tcPr>
          <w:p w14:paraId="409C4FD6" w14:textId="77777777" w:rsidR="00A2249A" w:rsidRDefault="0092745D">
            <w:r>
              <w:t>65.2</w:t>
            </w:r>
          </w:p>
        </w:tc>
      </w:tr>
      <w:tr w:rsidR="00A2249A" w14:paraId="44ACF1AF" w14:textId="77777777">
        <w:trPr>
          <w:jc w:val="center"/>
        </w:trPr>
        <w:tc>
          <w:tcPr>
            <w:tcW w:w="2880" w:type="dxa"/>
          </w:tcPr>
          <w:p w14:paraId="35D11DE8" w14:textId="77777777" w:rsidR="00A2249A" w:rsidRDefault="0092745D">
            <w:r>
              <w:t>54-70</w:t>
            </w:r>
          </w:p>
        </w:tc>
        <w:tc>
          <w:tcPr>
            <w:tcW w:w="2880" w:type="dxa"/>
          </w:tcPr>
          <w:p w14:paraId="3275282C" w14:textId="77777777" w:rsidR="00A2249A" w:rsidRDefault="0092745D">
            <w:r>
              <w:t>18</w:t>
            </w:r>
          </w:p>
        </w:tc>
        <w:tc>
          <w:tcPr>
            <w:tcW w:w="2880" w:type="dxa"/>
          </w:tcPr>
          <w:p w14:paraId="5392E01F" w14:textId="77777777" w:rsidR="00A2249A" w:rsidRDefault="0092745D">
            <w:r>
              <w:t>16.1</w:t>
            </w:r>
          </w:p>
        </w:tc>
      </w:tr>
      <w:tr w:rsidR="00A2249A" w14:paraId="0B4A8C70" w14:textId="77777777">
        <w:trPr>
          <w:jc w:val="center"/>
        </w:trPr>
        <w:tc>
          <w:tcPr>
            <w:tcW w:w="2880" w:type="dxa"/>
          </w:tcPr>
          <w:p w14:paraId="39C09A0C" w14:textId="77777777" w:rsidR="00A2249A" w:rsidRDefault="0092745D">
            <w:r>
              <w:t>Belirtmek İstemeyenler</w:t>
            </w:r>
          </w:p>
        </w:tc>
        <w:tc>
          <w:tcPr>
            <w:tcW w:w="2880" w:type="dxa"/>
          </w:tcPr>
          <w:p w14:paraId="2CE27F2D" w14:textId="77777777" w:rsidR="00A2249A" w:rsidRDefault="0092745D">
            <w:r>
              <w:t>4</w:t>
            </w:r>
          </w:p>
        </w:tc>
        <w:tc>
          <w:tcPr>
            <w:tcW w:w="2880" w:type="dxa"/>
          </w:tcPr>
          <w:p w14:paraId="08359966" w14:textId="77777777" w:rsidR="00A2249A" w:rsidRDefault="0092745D">
            <w:r>
              <w:t>3.6</w:t>
            </w:r>
          </w:p>
        </w:tc>
      </w:tr>
    </w:tbl>
    <w:p w14:paraId="45FA68DF" w14:textId="77777777" w:rsidR="00A2249A" w:rsidRDefault="0092745D">
      <w:pPr>
        <w:pStyle w:val="Balk2"/>
      </w:pPr>
      <w:r>
        <w:t>2. Memnuniyet Analizi Sonuçları</w:t>
      </w:r>
    </w:p>
    <w:p w14:paraId="32961817" w14:textId="77777777" w:rsidR="00A2249A" w:rsidRDefault="0092745D">
      <w:pPr>
        <w:pStyle w:val="Balk3"/>
      </w:pPr>
      <w:r>
        <w:t>2.1. Genel Memnuniyet Sonuçları</w:t>
      </w:r>
    </w:p>
    <w:tbl>
      <w:tblPr>
        <w:tblStyle w:val="TabloKlavuzu"/>
        <w:tblW w:w="0" w:type="auto"/>
        <w:jc w:val="center"/>
        <w:tblLook w:val="04A0" w:firstRow="1" w:lastRow="0" w:firstColumn="1" w:lastColumn="0" w:noHBand="0" w:noVBand="1"/>
      </w:tblPr>
      <w:tblGrid>
        <w:gridCol w:w="2877"/>
        <w:gridCol w:w="2876"/>
        <w:gridCol w:w="2877"/>
      </w:tblGrid>
      <w:tr w:rsidR="00A2249A" w14:paraId="267EB407" w14:textId="77777777">
        <w:trPr>
          <w:jc w:val="center"/>
        </w:trPr>
        <w:tc>
          <w:tcPr>
            <w:tcW w:w="2880" w:type="dxa"/>
          </w:tcPr>
          <w:p w14:paraId="43270578" w14:textId="77777777" w:rsidR="00A2249A" w:rsidRDefault="0092745D">
            <w:r>
              <w:t>Anket Bölümü</w:t>
            </w:r>
          </w:p>
        </w:tc>
        <w:tc>
          <w:tcPr>
            <w:tcW w:w="2880" w:type="dxa"/>
          </w:tcPr>
          <w:p w14:paraId="4B09A1A3" w14:textId="77777777" w:rsidR="00A2249A" w:rsidRDefault="0092745D">
            <w:r>
              <w:t>Ortalama Puan (1-5)</w:t>
            </w:r>
          </w:p>
        </w:tc>
        <w:tc>
          <w:tcPr>
            <w:tcW w:w="2880" w:type="dxa"/>
          </w:tcPr>
          <w:p w14:paraId="4B8ACA46" w14:textId="77777777" w:rsidR="00A2249A" w:rsidRDefault="0092745D">
            <w:r>
              <w:t>Memnuniyet Yüzdesi (%)</w:t>
            </w:r>
          </w:p>
        </w:tc>
      </w:tr>
      <w:tr w:rsidR="00A2249A" w14:paraId="7D796F32" w14:textId="77777777">
        <w:trPr>
          <w:jc w:val="center"/>
        </w:trPr>
        <w:tc>
          <w:tcPr>
            <w:tcW w:w="2880" w:type="dxa"/>
          </w:tcPr>
          <w:p w14:paraId="65CD26CA" w14:textId="77777777" w:rsidR="00A2249A" w:rsidRDefault="0092745D">
            <w:r>
              <w:t>Birim Yönetimi (BY)</w:t>
            </w:r>
          </w:p>
        </w:tc>
        <w:tc>
          <w:tcPr>
            <w:tcW w:w="2880" w:type="dxa"/>
          </w:tcPr>
          <w:p w14:paraId="0A5600B5" w14:textId="77777777" w:rsidR="00A2249A" w:rsidRDefault="0092745D">
            <w:r>
              <w:t>3.68</w:t>
            </w:r>
          </w:p>
        </w:tc>
        <w:tc>
          <w:tcPr>
            <w:tcW w:w="2880" w:type="dxa"/>
          </w:tcPr>
          <w:p w14:paraId="2065D3C2" w14:textId="77777777" w:rsidR="00A2249A" w:rsidRDefault="0092745D">
            <w:r>
              <w:t>67.0</w:t>
            </w:r>
          </w:p>
        </w:tc>
      </w:tr>
      <w:tr w:rsidR="00A2249A" w14:paraId="2AA5AB1F" w14:textId="77777777">
        <w:trPr>
          <w:jc w:val="center"/>
        </w:trPr>
        <w:tc>
          <w:tcPr>
            <w:tcW w:w="2880" w:type="dxa"/>
          </w:tcPr>
          <w:p w14:paraId="36ABDA6F" w14:textId="77777777" w:rsidR="00A2249A" w:rsidRDefault="0092745D">
            <w:r>
              <w:t>Üst Yönetim (ÜY)</w:t>
            </w:r>
          </w:p>
        </w:tc>
        <w:tc>
          <w:tcPr>
            <w:tcW w:w="2880" w:type="dxa"/>
          </w:tcPr>
          <w:p w14:paraId="79E7A52B" w14:textId="77777777" w:rsidR="00A2249A" w:rsidRDefault="0092745D">
            <w:r>
              <w:t>3.51</w:t>
            </w:r>
          </w:p>
        </w:tc>
        <w:tc>
          <w:tcPr>
            <w:tcW w:w="2880" w:type="dxa"/>
          </w:tcPr>
          <w:p w14:paraId="46B86273" w14:textId="77777777" w:rsidR="00A2249A" w:rsidRDefault="0092745D">
            <w:r>
              <w:t>62.7</w:t>
            </w:r>
          </w:p>
        </w:tc>
      </w:tr>
      <w:tr w:rsidR="00A2249A" w14:paraId="204EC68D" w14:textId="77777777">
        <w:trPr>
          <w:jc w:val="center"/>
        </w:trPr>
        <w:tc>
          <w:tcPr>
            <w:tcW w:w="2880" w:type="dxa"/>
          </w:tcPr>
          <w:p w14:paraId="30A299D5" w14:textId="77777777" w:rsidR="00A2249A" w:rsidRDefault="0092745D">
            <w:r>
              <w:t>Eğitim Öğretim Hizmetleri (EÖH)</w:t>
            </w:r>
          </w:p>
        </w:tc>
        <w:tc>
          <w:tcPr>
            <w:tcW w:w="2880" w:type="dxa"/>
          </w:tcPr>
          <w:p w14:paraId="68F4447D" w14:textId="77777777" w:rsidR="00A2249A" w:rsidRDefault="0092745D">
            <w:r>
              <w:t>3.39</w:t>
            </w:r>
          </w:p>
        </w:tc>
        <w:tc>
          <w:tcPr>
            <w:tcW w:w="2880" w:type="dxa"/>
          </w:tcPr>
          <w:p w14:paraId="7DF44D84" w14:textId="77777777" w:rsidR="00A2249A" w:rsidRDefault="0092745D">
            <w:r>
              <w:t>59.8</w:t>
            </w:r>
          </w:p>
        </w:tc>
      </w:tr>
      <w:tr w:rsidR="00A2249A" w14:paraId="09DFFB21" w14:textId="77777777">
        <w:trPr>
          <w:jc w:val="center"/>
        </w:trPr>
        <w:tc>
          <w:tcPr>
            <w:tcW w:w="2880" w:type="dxa"/>
          </w:tcPr>
          <w:p w14:paraId="0923E3F8" w14:textId="77777777" w:rsidR="00A2249A" w:rsidRDefault="0092745D">
            <w:r>
              <w:t>Araştırma Geliştirme (ARGE)</w:t>
            </w:r>
          </w:p>
        </w:tc>
        <w:tc>
          <w:tcPr>
            <w:tcW w:w="2880" w:type="dxa"/>
          </w:tcPr>
          <w:p w14:paraId="40ED6547" w14:textId="77777777" w:rsidR="00A2249A" w:rsidRDefault="0092745D">
            <w:r>
              <w:t>2.95</w:t>
            </w:r>
          </w:p>
        </w:tc>
        <w:tc>
          <w:tcPr>
            <w:tcW w:w="2880" w:type="dxa"/>
          </w:tcPr>
          <w:p w14:paraId="6E5339DE" w14:textId="77777777" w:rsidR="00A2249A" w:rsidRDefault="0092745D">
            <w:r>
              <w:t>48.7</w:t>
            </w:r>
          </w:p>
        </w:tc>
      </w:tr>
      <w:tr w:rsidR="00A2249A" w14:paraId="56AA0CC3" w14:textId="77777777">
        <w:trPr>
          <w:jc w:val="center"/>
        </w:trPr>
        <w:tc>
          <w:tcPr>
            <w:tcW w:w="2880" w:type="dxa"/>
          </w:tcPr>
          <w:p w14:paraId="70B1CFAA" w14:textId="77777777" w:rsidR="00A2249A" w:rsidRDefault="0092745D">
            <w:r>
              <w:t>İdari Hizmetler (İDH)</w:t>
            </w:r>
          </w:p>
        </w:tc>
        <w:tc>
          <w:tcPr>
            <w:tcW w:w="2880" w:type="dxa"/>
          </w:tcPr>
          <w:p w14:paraId="7078B32D" w14:textId="77777777" w:rsidR="00A2249A" w:rsidRDefault="0092745D">
            <w:r>
              <w:t>3.40</w:t>
            </w:r>
          </w:p>
        </w:tc>
        <w:tc>
          <w:tcPr>
            <w:tcW w:w="2880" w:type="dxa"/>
          </w:tcPr>
          <w:p w14:paraId="617EC074" w14:textId="77777777" w:rsidR="00A2249A" w:rsidRDefault="0092745D">
            <w:r>
              <w:t>60.1</w:t>
            </w:r>
          </w:p>
        </w:tc>
      </w:tr>
      <w:tr w:rsidR="00A2249A" w14:paraId="17197646" w14:textId="77777777">
        <w:trPr>
          <w:jc w:val="center"/>
        </w:trPr>
        <w:tc>
          <w:tcPr>
            <w:tcW w:w="2880" w:type="dxa"/>
          </w:tcPr>
          <w:p w14:paraId="54B880E3" w14:textId="77777777" w:rsidR="00A2249A" w:rsidRDefault="0092745D">
            <w:r>
              <w:t>Toplumsal Katkı (TK)</w:t>
            </w:r>
          </w:p>
        </w:tc>
        <w:tc>
          <w:tcPr>
            <w:tcW w:w="2880" w:type="dxa"/>
          </w:tcPr>
          <w:p w14:paraId="45355B75" w14:textId="77777777" w:rsidR="00A2249A" w:rsidRDefault="0092745D">
            <w:r>
              <w:t>3.00</w:t>
            </w:r>
          </w:p>
        </w:tc>
        <w:tc>
          <w:tcPr>
            <w:tcW w:w="2880" w:type="dxa"/>
          </w:tcPr>
          <w:p w14:paraId="2B026CEC" w14:textId="77777777" w:rsidR="00A2249A" w:rsidRDefault="0092745D">
            <w:r>
              <w:t>50.0</w:t>
            </w:r>
          </w:p>
        </w:tc>
      </w:tr>
      <w:tr w:rsidR="00A2249A" w14:paraId="2C1A17FF" w14:textId="77777777" w:rsidTr="00D339EF">
        <w:trPr>
          <w:jc w:val="center"/>
        </w:trPr>
        <w:tc>
          <w:tcPr>
            <w:tcW w:w="2880" w:type="dxa"/>
          </w:tcPr>
          <w:p w14:paraId="46DB1B6B" w14:textId="77777777" w:rsidR="00A2249A" w:rsidRDefault="0092745D">
            <w:r>
              <w:t>GENEL MEMNUNİYET</w:t>
            </w:r>
          </w:p>
        </w:tc>
        <w:tc>
          <w:tcPr>
            <w:tcW w:w="2880" w:type="dxa"/>
            <w:shd w:val="clear" w:color="auto" w:fill="auto"/>
          </w:tcPr>
          <w:p w14:paraId="5EB7B65B" w14:textId="77777777" w:rsidR="00A2249A" w:rsidRDefault="0092745D">
            <w:r>
              <w:t>3.34</w:t>
            </w:r>
          </w:p>
        </w:tc>
        <w:tc>
          <w:tcPr>
            <w:tcW w:w="2880" w:type="dxa"/>
            <w:shd w:val="clear" w:color="auto" w:fill="auto"/>
          </w:tcPr>
          <w:p w14:paraId="48DB9CC5" w14:textId="77777777" w:rsidR="00A2249A" w:rsidRDefault="0092745D">
            <w:r>
              <w:t>58.4</w:t>
            </w:r>
          </w:p>
        </w:tc>
      </w:tr>
    </w:tbl>
    <w:p w14:paraId="001750BB" w14:textId="77777777" w:rsidR="00A2249A" w:rsidRDefault="0092745D">
      <w:pPr>
        <w:pStyle w:val="Balk3"/>
      </w:pPr>
      <w:r>
        <w:t>2.2. Çapraz Doğrulama Karşılaştırmaları</w:t>
      </w:r>
    </w:p>
    <w:tbl>
      <w:tblPr>
        <w:tblStyle w:val="TabloKlavuzu"/>
        <w:tblW w:w="0" w:type="auto"/>
        <w:jc w:val="center"/>
        <w:tblLook w:val="04A0" w:firstRow="1" w:lastRow="0" w:firstColumn="1" w:lastColumn="0" w:noHBand="0" w:noVBand="1"/>
      </w:tblPr>
      <w:tblGrid>
        <w:gridCol w:w="1726"/>
        <w:gridCol w:w="1726"/>
        <w:gridCol w:w="1726"/>
        <w:gridCol w:w="1726"/>
        <w:gridCol w:w="1726"/>
      </w:tblGrid>
      <w:tr w:rsidR="00A2249A" w14:paraId="59F10248" w14:textId="77777777">
        <w:trPr>
          <w:jc w:val="center"/>
        </w:trPr>
        <w:tc>
          <w:tcPr>
            <w:tcW w:w="1728" w:type="dxa"/>
          </w:tcPr>
          <w:p w14:paraId="1980C72A" w14:textId="77777777" w:rsidR="00A2249A" w:rsidRDefault="0092745D">
            <w:r>
              <w:t>Bölüm</w:t>
            </w:r>
          </w:p>
        </w:tc>
        <w:tc>
          <w:tcPr>
            <w:tcW w:w="1728" w:type="dxa"/>
          </w:tcPr>
          <w:p w14:paraId="7C6556B2" w14:textId="77777777" w:rsidR="00A2249A" w:rsidRDefault="0092745D">
            <w:r>
              <w:t>Bölüm Ort. (1-5)</w:t>
            </w:r>
          </w:p>
        </w:tc>
        <w:tc>
          <w:tcPr>
            <w:tcW w:w="1728" w:type="dxa"/>
          </w:tcPr>
          <w:p w14:paraId="56BBDA40" w14:textId="77777777" w:rsidR="00A2249A" w:rsidRDefault="0092745D">
            <w:r>
              <w:t>Bölüm Mem. (%)</w:t>
            </w:r>
          </w:p>
        </w:tc>
        <w:tc>
          <w:tcPr>
            <w:tcW w:w="1728" w:type="dxa"/>
          </w:tcPr>
          <w:p w14:paraId="7FB0AD20" w14:textId="77777777" w:rsidR="00A2249A" w:rsidRDefault="0092745D">
            <w:r>
              <w:t>Çapraz Ort. (0-10)</w:t>
            </w:r>
          </w:p>
        </w:tc>
        <w:tc>
          <w:tcPr>
            <w:tcW w:w="1728" w:type="dxa"/>
          </w:tcPr>
          <w:p w14:paraId="37EEA9B3" w14:textId="77777777" w:rsidR="00A2249A" w:rsidRDefault="0092745D">
            <w:r>
              <w:t>Çapraz Mem. (%)</w:t>
            </w:r>
          </w:p>
        </w:tc>
      </w:tr>
      <w:tr w:rsidR="00A2249A" w14:paraId="025C06CD" w14:textId="77777777">
        <w:trPr>
          <w:jc w:val="center"/>
        </w:trPr>
        <w:tc>
          <w:tcPr>
            <w:tcW w:w="1728" w:type="dxa"/>
          </w:tcPr>
          <w:p w14:paraId="0DF15E39" w14:textId="77777777" w:rsidR="00A2249A" w:rsidRDefault="0092745D">
            <w:r>
              <w:t>Birim Yönetimi (BY)</w:t>
            </w:r>
          </w:p>
        </w:tc>
        <w:tc>
          <w:tcPr>
            <w:tcW w:w="1728" w:type="dxa"/>
          </w:tcPr>
          <w:p w14:paraId="7FB870EB" w14:textId="77777777" w:rsidR="00A2249A" w:rsidRDefault="0092745D">
            <w:r>
              <w:t>3.68</w:t>
            </w:r>
          </w:p>
        </w:tc>
        <w:tc>
          <w:tcPr>
            <w:tcW w:w="1728" w:type="dxa"/>
          </w:tcPr>
          <w:p w14:paraId="61D0DAC2" w14:textId="77777777" w:rsidR="00A2249A" w:rsidRDefault="0092745D">
            <w:r>
              <w:t>67.0</w:t>
            </w:r>
          </w:p>
        </w:tc>
        <w:tc>
          <w:tcPr>
            <w:tcW w:w="1728" w:type="dxa"/>
          </w:tcPr>
          <w:p w14:paraId="24653A31" w14:textId="77777777" w:rsidR="00A2249A" w:rsidRDefault="0092745D">
            <w:r>
              <w:t>7.04</w:t>
            </w:r>
          </w:p>
        </w:tc>
        <w:tc>
          <w:tcPr>
            <w:tcW w:w="1728" w:type="dxa"/>
          </w:tcPr>
          <w:p w14:paraId="5A762AFD" w14:textId="77777777" w:rsidR="00A2249A" w:rsidRDefault="0092745D">
            <w:r>
              <w:t>70.4</w:t>
            </w:r>
          </w:p>
        </w:tc>
      </w:tr>
      <w:tr w:rsidR="00A2249A" w14:paraId="57E24868" w14:textId="77777777">
        <w:trPr>
          <w:jc w:val="center"/>
        </w:trPr>
        <w:tc>
          <w:tcPr>
            <w:tcW w:w="1728" w:type="dxa"/>
          </w:tcPr>
          <w:p w14:paraId="1F7DA69D" w14:textId="77777777" w:rsidR="00A2249A" w:rsidRDefault="0092745D">
            <w:r>
              <w:t>Üst Yönetim (ÜY)</w:t>
            </w:r>
          </w:p>
        </w:tc>
        <w:tc>
          <w:tcPr>
            <w:tcW w:w="1728" w:type="dxa"/>
          </w:tcPr>
          <w:p w14:paraId="326D9B19" w14:textId="77777777" w:rsidR="00A2249A" w:rsidRDefault="0092745D">
            <w:r>
              <w:t>3.51</w:t>
            </w:r>
          </w:p>
        </w:tc>
        <w:tc>
          <w:tcPr>
            <w:tcW w:w="1728" w:type="dxa"/>
          </w:tcPr>
          <w:p w14:paraId="31E3D231" w14:textId="77777777" w:rsidR="00A2249A" w:rsidRDefault="0092745D">
            <w:r>
              <w:t>62.7</w:t>
            </w:r>
          </w:p>
        </w:tc>
        <w:tc>
          <w:tcPr>
            <w:tcW w:w="1728" w:type="dxa"/>
          </w:tcPr>
          <w:p w14:paraId="0C037FEA" w14:textId="77777777" w:rsidR="00A2249A" w:rsidRDefault="0092745D">
            <w:r>
              <w:t>6.02</w:t>
            </w:r>
          </w:p>
        </w:tc>
        <w:tc>
          <w:tcPr>
            <w:tcW w:w="1728" w:type="dxa"/>
          </w:tcPr>
          <w:p w14:paraId="7D4EECE0" w14:textId="77777777" w:rsidR="00A2249A" w:rsidRDefault="0092745D">
            <w:r>
              <w:t>60.2</w:t>
            </w:r>
          </w:p>
        </w:tc>
      </w:tr>
      <w:tr w:rsidR="00A2249A" w14:paraId="305400BF" w14:textId="77777777">
        <w:trPr>
          <w:jc w:val="center"/>
        </w:trPr>
        <w:tc>
          <w:tcPr>
            <w:tcW w:w="1728" w:type="dxa"/>
          </w:tcPr>
          <w:p w14:paraId="1F00A183" w14:textId="77777777" w:rsidR="00A2249A" w:rsidRDefault="0092745D">
            <w:r>
              <w:t>Genel Memnuniyet</w:t>
            </w:r>
          </w:p>
        </w:tc>
        <w:tc>
          <w:tcPr>
            <w:tcW w:w="1728" w:type="dxa"/>
          </w:tcPr>
          <w:p w14:paraId="7640EF5C" w14:textId="77777777" w:rsidR="00A2249A" w:rsidRDefault="0092745D">
            <w:r>
              <w:t>3.34</w:t>
            </w:r>
          </w:p>
        </w:tc>
        <w:tc>
          <w:tcPr>
            <w:tcW w:w="1728" w:type="dxa"/>
          </w:tcPr>
          <w:p w14:paraId="342B9548" w14:textId="77777777" w:rsidR="00A2249A" w:rsidRDefault="0092745D">
            <w:r>
              <w:t>58.4</w:t>
            </w:r>
          </w:p>
        </w:tc>
        <w:tc>
          <w:tcPr>
            <w:tcW w:w="1728" w:type="dxa"/>
          </w:tcPr>
          <w:p w14:paraId="070AC48D" w14:textId="77777777" w:rsidR="00A2249A" w:rsidRDefault="0092745D">
            <w:r>
              <w:t>6.84</w:t>
            </w:r>
          </w:p>
        </w:tc>
        <w:tc>
          <w:tcPr>
            <w:tcW w:w="1728" w:type="dxa"/>
          </w:tcPr>
          <w:p w14:paraId="4322FD16" w14:textId="77777777" w:rsidR="00A2249A" w:rsidRDefault="0092745D">
            <w:r>
              <w:t>68.4</w:t>
            </w:r>
          </w:p>
        </w:tc>
      </w:tr>
    </w:tbl>
    <w:p w14:paraId="0C483314" w14:textId="17BE399D" w:rsidR="00A2249A" w:rsidRDefault="0092745D" w:rsidP="003B6765">
      <w:pPr>
        <w:pStyle w:val="Balk2"/>
      </w:pPr>
      <w:r>
        <w:lastRenderedPageBreak/>
        <w:t>3. Birimler Bazında Memnuniyet Analizi</w:t>
      </w:r>
    </w:p>
    <w:p w14:paraId="48DC340C" w14:textId="77777777" w:rsidR="00A2249A" w:rsidRDefault="0092745D" w:rsidP="00CF5627">
      <w:pPr>
        <w:jc w:val="both"/>
      </w:pPr>
      <w:r>
        <w:t>Bu bölümde, Aksaray Üniversitesi'ndeki farklı birimlerin memnuniyet skorları karşılaştırılmıştır. Yalnızca katılımcı sayısı 3 ve üzeri olan birimler için sonuçlar ayrıntılı olarak gösterilmiştir.</w:t>
      </w:r>
    </w:p>
    <w:p w14:paraId="42C58986" w14:textId="77777777" w:rsidR="00A2249A" w:rsidRDefault="0092745D">
      <w:pPr>
        <w:pStyle w:val="Balk3"/>
      </w:pPr>
      <w:r>
        <w:t>3.1. Birimler Arası Genel Memnuniyet Karşılaştırması</w:t>
      </w:r>
    </w:p>
    <w:tbl>
      <w:tblPr>
        <w:tblStyle w:val="TabloKlavuzu"/>
        <w:tblW w:w="0" w:type="auto"/>
        <w:jc w:val="center"/>
        <w:tblLook w:val="04A0" w:firstRow="1" w:lastRow="0" w:firstColumn="1" w:lastColumn="0" w:noHBand="0" w:noVBand="1"/>
      </w:tblPr>
      <w:tblGrid>
        <w:gridCol w:w="2876"/>
        <w:gridCol w:w="2877"/>
        <w:gridCol w:w="2877"/>
      </w:tblGrid>
      <w:tr w:rsidR="00A2249A" w14:paraId="0A6D1504" w14:textId="77777777">
        <w:trPr>
          <w:jc w:val="center"/>
        </w:trPr>
        <w:tc>
          <w:tcPr>
            <w:tcW w:w="2880" w:type="dxa"/>
          </w:tcPr>
          <w:p w14:paraId="2F39B95D" w14:textId="77777777" w:rsidR="00A2249A" w:rsidRDefault="0092745D">
            <w:r>
              <w:t>Sıra</w:t>
            </w:r>
          </w:p>
        </w:tc>
        <w:tc>
          <w:tcPr>
            <w:tcW w:w="2880" w:type="dxa"/>
          </w:tcPr>
          <w:p w14:paraId="5488FCE6" w14:textId="77777777" w:rsidR="00A2249A" w:rsidRDefault="0092745D">
            <w:r>
              <w:t>Birim Adı</w:t>
            </w:r>
          </w:p>
        </w:tc>
        <w:tc>
          <w:tcPr>
            <w:tcW w:w="2880" w:type="dxa"/>
          </w:tcPr>
          <w:p w14:paraId="265AF4C6" w14:textId="77777777" w:rsidR="00A2249A" w:rsidRDefault="0092745D">
            <w:r>
              <w:t>Genel Memnuniyet (%)</w:t>
            </w:r>
          </w:p>
        </w:tc>
      </w:tr>
      <w:tr w:rsidR="00A2249A" w14:paraId="7658A251" w14:textId="77777777">
        <w:trPr>
          <w:jc w:val="center"/>
        </w:trPr>
        <w:tc>
          <w:tcPr>
            <w:tcW w:w="2880" w:type="dxa"/>
          </w:tcPr>
          <w:p w14:paraId="15CC0010" w14:textId="77777777" w:rsidR="00A2249A" w:rsidRDefault="0092745D">
            <w:r>
              <w:t>1</w:t>
            </w:r>
          </w:p>
        </w:tc>
        <w:tc>
          <w:tcPr>
            <w:tcW w:w="2880" w:type="dxa"/>
          </w:tcPr>
          <w:p w14:paraId="4E2B35D6" w14:textId="77777777" w:rsidR="00A2249A" w:rsidRDefault="0092745D">
            <w:r>
              <w:t>Spor Bilimleri Fakültesi</w:t>
            </w:r>
          </w:p>
        </w:tc>
        <w:tc>
          <w:tcPr>
            <w:tcW w:w="2880" w:type="dxa"/>
          </w:tcPr>
          <w:p w14:paraId="6ABD2C47" w14:textId="77777777" w:rsidR="00A2249A" w:rsidRDefault="0092745D">
            <w:r>
              <w:t>80.2</w:t>
            </w:r>
          </w:p>
        </w:tc>
      </w:tr>
      <w:tr w:rsidR="00A2249A" w14:paraId="0A2F0537" w14:textId="77777777">
        <w:trPr>
          <w:jc w:val="center"/>
        </w:trPr>
        <w:tc>
          <w:tcPr>
            <w:tcW w:w="2880" w:type="dxa"/>
          </w:tcPr>
          <w:p w14:paraId="4157E74D" w14:textId="77777777" w:rsidR="00A2249A" w:rsidRDefault="0092745D">
            <w:r>
              <w:t>2</w:t>
            </w:r>
          </w:p>
        </w:tc>
        <w:tc>
          <w:tcPr>
            <w:tcW w:w="2880" w:type="dxa"/>
          </w:tcPr>
          <w:p w14:paraId="645141C6" w14:textId="77777777" w:rsidR="00A2249A" w:rsidRDefault="0092745D">
            <w:r>
              <w:t>Ortaköy MYO</w:t>
            </w:r>
          </w:p>
        </w:tc>
        <w:tc>
          <w:tcPr>
            <w:tcW w:w="2880" w:type="dxa"/>
          </w:tcPr>
          <w:p w14:paraId="1C5529BD" w14:textId="77777777" w:rsidR="00A2249A" w:rsidRDefault="0092745D">
            <w:r>
              <w:t>77.0</w:t>
            </w:r>
          </w:p>
        </w:tc>
      </w:tr>
      <w:tr w:rsidR="00A2249A" w14:paraId="11C21FB0" w14:textId="77777777">
        <w:trPr>
          <w:jc w:val="center"/>
        </w:trPr>
        <w:tc>
          <w:tcPr>
            <w:tcW w:w="2880" w:type="dxa"/>
          </w:tcPr>
          <w:p w14:paraId="48E7C262" w14:textId="77777777" w:rsidR="00A2249A" w:rsidRDefault="0092745D">
            <w:r>
              <w:t>3</w:t>
            </w:r>
          </w:p>
        </w:tc>
        <w:tc>
          <w:tcPr>
            <w:tcW w:w="2880" w:type="dxa"/>
          </w:tcPr>
          <w:p w14:paraId="7E18F44D" w14:textId="77777777" w:rsidR="00A2249A" w:rsidRDefault="0092745D">
            <w:r>
              <w:t>Sağlık Hizmetleri MYO</w:t>
            </w:r>
          </w:p>
        </w:tc>
        <w:tc>
          <w:tcPr>
            <w:tcW w:w="2880" w:type="dxa"/>
          </w:tcPr>
          <w:p w14:paraId="1E6131D9" w14:textId="77777777" w:rsidR="00A2249A" w:rsidRDefault="0092745D">
            <w:r>
              <w:t>72.0</w:t>
            </w:r>
          </w:p>
        </w:tc>
      </w:tr>
      <w:tr w:rsidR="00A2249A" w14:paraId="06658F16" w14:textId="77777777">
        <w:trPr>
          <w:jc w:val="center"/>
        </w:trPr>
        <w:tc>
          <w:tcPr>
            <w:tcW w:w="2880" w:type="dxa"/>
          </w:tcPr>
          <w:p w14:paraId="5F464BD9" w14:textId="77777777" w:rsidR="00A2249A" w:rsidRDefault="0092745D">
            <w:r>
              <w:t>4</w:t>
            </w:r>
          </w:p>
        </w:tc>
        <w:tc>
          <w:tcPr>
            <w:tcW w:w="2880" w:type="dxa"/>
          </w:tcPr>
          <w:p w14:paraId="26D8A46B" w14:textId="77777777" w:rsidR="00A2249A" w:rsidRDefault="0092745D">
            <w:r>
              <w:t>Diş Hekimliği Fakültesi</w:t>
            </w:r>
          </w:p>
        </w:tc>
        <w:tc>
          <w:tcPr>
            <w:tcW w:w="2880" w:type="dxa"/>
          </w:tcPr>
          <w:p w14:paraId="60285584" w14:textId="77777777" w:rsidR="00A2249A" w:rsidRDefault="0092745D">
            <w:r>
              <w:t>63.0</w:t>
            </w:r>
          </w:p>
        </w:tc>
      </w:tr>
      <w:tr w:rsidR="00A2249A" w14:paraId="36BDC77C" w14:textId="77777777">
        <w:trPr>
          <w:jc w:val="center"/>
        </w:trPr>
        <w:tc>
          <w:tcPr>
            <w:tcW w:w="2880" w:type="dxa"/>
          </w:tcPr>
          <w:p w14:paraId="012EE236" w14:textId="77777777" w:rsidR="00A2249A" w:rsidRDefault="0092745D">
            <w:r>
              <w:t>5</w:t>
            </w:r>
          </w:p>
        </w:tc>
        <w:tc>
          <w:tcPr>
            <w:tcW w:w="2880" w:type="dxa"/>
          </w:tcPr>
          <w:p w14:paraId="7EA8F353" w14:textId="77777777" w:rsidR="00A2249A" w:rsidRDefault="0092745D">
            <w:r>
              <w:t>Teknik Bilimler MYO</w:t>
            </w:r>
          </w:p>
        </w:tc>
        <w:tc>
          <w:tcPr>
            <w:tcW w:w="2880" w:type="dxa"/>
          </w:tcPr>
          <w:p w14:paraId="328BC2D2" w14:textId="77777777" w:rsidR="00A2249A" w:rsidRDefault="0092745D">
            <w:r>
              <w:t>60.9</w:t>
            </w:r>
          </w:p>
        </w:tc>
      </w:tr>
      <w:tr w:rsidR="00A2249A" w14:paraId="401513C3" w14:textId="77777777">
        <w:trPr>
          <w:jc w:val="center"/>
        </w:trPr>
        <w:tc>
          <w:tcPr>
            <w:tcW w:w="2880" w:type="dxa"/>
          </w:tcPr>
          <w:p w14:paraId="299AA7AE" w14:textId="77777777" w:rsidR="00A2249A" w:rsidRDefault="0092745D">
            <w:r>
              <w:t>6</w:t>
            </w:r>
          </w:p>
        </w:tc>
        <w:tc>
          <w:tcPr>
            <w:tcW w:w="2880" w:type="dxa"/>
          </w:tcPr>
          <w:p w14:paraId="2D1F8A90" w14:textId="77777777" w:rsidR="00A2249A" w:rsidRDefault="0092745D">
            <w:r>
              <w:t>Mühendislik Fakültesi</w:t>
            </w:r>
          </w:p>
        </w:tc>
        <w:tc>
          <w:tcPr>
            <w:tcW w:w="2880" w:type="dxa"/>
          </w:tcPr>
          <w:p w14:paraId="2E1393AD" w14:textId="77777777" w:rsidR="00A2249A" w:rsidRDefault="0092745D">
            <w:r>
              <w:t>59.7</w:t>
            </w:r>
          </w:p>
        </w:tc>
      </w:tr>
      <w:tr w:rsidR="00A2249A" w14:paraId="0F9D55B7" w14:textId="77777777">
        <w:trPr>
          <w:jc w:val="center"/>
        </w:trPr>
        <w:tc>
          <w:tcPr>
            <w:tcW w:w="2880" w:type="dxa"/>
          </w:tcPr>
          <w:p w14:paraId="03A3F75C" w14:textId="77777777" w:rsidR="00A2249A" w:rsidRDefault="0092745D">
            <w:r>
              <w:t>7</w:t>
            </w:r>
          </w:p>
        </w:tc>
        <w:tc>
          <w:tcPr>
            <w:tcW w:w="2880" w:type="dxa"/>
          </w:tcPr>
          <w:p w14:paraId="44553DE4" w14:textId="77777777" w:rsidR="00A2249A" w:rsidRDefault="0092745D">
            <w:r>
              <w:t>Fen Edebiyat Fakültesi</w:t>
            </w:r>
          </w:p>
        </w:tc>
        <w:tc>
          <w:tcPr>
            <w:tcW w:w="2880" w:type="dxa"/>
          </w:tcPr>
          <w:p w14:paraId="153439E2" w14:textId="77777777" w:rsidR="00A2249A" w:rsidRDefault="0092745D">
            <w:r>
              <w:t>58.2</w:t>
            </w:r>
          </w:p>
        </w:tc>
      </w:tr>
      <w:tr w:rsidR="00A2249A" w14:paraId="5E8A6A10" w14:textId="77777777">
        <w:trPr>
          <w:jc w:val="center"/>
        </w:trPr>
        <w:tc>
          <w:tcPr>
            <w:tcW w:w="2880" w:type="dxa"/>
          </w:tcPr>
          <w:p w14:paraId="21EE1351" w14:textId="77777777" w:rsidR="00A2249A" w:rsidRDefault="0092745D">
            <w:r>
              <w:t>8</w:t>
            </w:r>
          </w:p>
        </w:tc>
        <w:tc>
          <w:tcPr>
            <w:tcW w:w="2880" w:type="dxa"/>
          </w:tcPr>
          <w:p w14:paraId="4567C8FE" w14:textId="77777777" w:rsidR="00A2249A" w:rsidRDefault="0092745D">
            <w:r>
              <w:t>Tıp Fakültesi</w:t>
            </w:r>
          </w:p>
        </w:tc>
        <w:tc>
          <w:tcPr>
            <w:tcW w:w="2880" w:type="dxa"/>
          </w:tcPr>
          <w:p w14:paraId="39968573" w14:textId="77777777" w:rsidR="00A2249A" w:rsidRDefault="0092745D">
            <w:r>
              <w:t>56.7</w:t>
            </w:r>
          </w:p>
        </w:tc>
      </w:tr>
      <w:tr w:rsidR="00A2249A" w14:paraId="22453A89" w14:textId="77777777">
        <w:trPr>
          <w:jc w:val="center"/>
        </w:trPr>
        <w:tc>
          <w:tcPr>
            <w:tcW w:w="2880" w:type="dxa"/>
          </w:tcPr>
          <w:p w14:paraId="7F13C71E" w14:textId="77777777" w:rsidR="00A2249A" w:rsidRDefault="0092745D">
            <w:r>
              <w:t>9</w:t>
            </w:r>
          </w:p>
        </w:tc>
        <w:tc>
          <w:tcPr>
            <w:tcW w:w="2880" w:type="dxa"/>
          </w:tcPr>
          <w:p w14:paraId="34CACBE6" w14:textId="77777777" w:rsidR="00A2249A" w:rsidRDefault="0092745D">
            <w:r>
              <w:t>Sağlık Bilimleri Fakültesi</w:t>
            </w:r>
          </w:p>
        </w:tc>
        <w:tc>
          <w:tcPr>
            <w:tcW w:w="2880" w:type="dxa"/>
          </w:tcPr>
          <w:p w14:paraId="62FD1616" w14:textId="77777777" w:rsidR="00A2249A" w:rsidRDefault="0092745D">
            <w:r>
              <w:t>55.3</w:t>
            </w:r>
          </w:p>
        </w:tc>
      </w:tr>
      <w:tr w:rsidR="00A2249A" w14:paraId="21B02B66" w14:textId="77777777">
        <w:trPr>
          <w:jc w:val="center"/>
        </w:trPr>
        <w:tc>
          <w:tcPr>
            <w:tcW w:w="2880" w:type="dxa"/>
          </w:tcPr>
          <w:p w14:paraId="54E36CDD" w14:textId="77777777" w:rsidR="00A2249A" w:rsidRDefault="0092745D">
            <w:r>
              <w:t>10</w:t>
            </w:r>
          </w:p>
        </w:tc>
        <w:tc>
          <w:tcPr>
            <w:tcW w:w="2880" w:type="dxa"/>
          </w:tcPr>
          <w:p w14:paraId="33D444FC" w14:textId="77777777" w:rsidR="00A2249A" w:rsidRDefault="0092745D">
            <w:r>
              <w:t>Eğitim Fakültesi</w:t>
            </w:r>
          </w:p>
        </w:tc>
        <w:tc>
          <w:tcPr>
            <w:tcW w:w="2880" w:type="dxa"/>
          </w:tcPr>
          <w:p w14:paraId="71674432" w14:textId="77777777" w:rsidR="00A2249A" w:rsidRDefault="0092745D">
            <w:r>
              <w:t>52.5</w:t>
            </w:r>
          </w:p>
        </w:tc>
      </w:tr>
      <w:tr w:rsidR="00A2249A" w14:paraId="6E616245" w14:textId="77777777">
        <w:trPr>
          <w:jc w:val="center"/>
        </w:trPr>
        <w:tc>
          <w:tcPr>
            <w:tcW w:w="2880" w:type="dxa"/>
          </w:tcPr>
          <w:p w14:paraId="7E7DBDFE" w14:textId="77777777" w:rsidR="00A2249A" w:rsidRDefault="0092745D">
            <w:r>
              <w:t>11</w:t>
            </w:r>
          </w:p>
        </w:tc>
        <w:tc>
          <w:tcPr>
            <w:tcW w:w="2880" w:type="dxa"/>
          </w:tcPr>
          <w:p w14:paraId="38EEC697" w14:textId="77777777" w:rsidR="00A2249A" w:rsidRDefault="0092745D">
            <w:r>
              <w:t>Mimarlık ve Tasarım Fakültesi</w:t>
            </w:r>
          </w:p>
        </w:tc>
        <w:tc>
          <w:tcPr>
            <w:tcW w:w="2880" w:type="dxa"/>
          </w:tcPr>
          <w:p w14:paraId="3B455883" w14:textId="77777777" w:rsidR="00A2249A" w:rsidRDefault="0092745D">
            <w:r>
              <w:t>49.1</w:t>
            </w:r>
          </w:p>
        </w:tc>
      </w:tr>
      <w:tr w:rsidR="00A2249A" w14:paraId="687A8FE4" w14:textId="77777777">
        <w:trPr>
          <w:jc w:val="center"/>
        </w:trPr>
        <w:tc>
          <w:tcPr>
            <w:tcW w:w="2880" w:type="dxa"/>
          </w:tcPr>
          <w:p w14:paraId="2903D240" w14:textId="77777777" w:rsidR="00A2249A" w:rsidRDefault="0092745D">
            <w:r>
              <w:t>12</w:t>
            </w:r>
          </w:p>
        </w:tc>
        <w:tc>
          <w:tcPr>
            <w:tcW w:w="2880" w:type="dxa"/>
          </w:tcPr>
          <w:p w14:paraId="12A5AB5B" w14:textId="77777777" w:rsidR="00A2249A" w:rsidRDefault="0092745D">
            <w:r>
              <w:t>İletişim Fakültesi</w:t>
            </w:r>
          </w:p>
        </w:tc>
        <w:tc>
          <w:tcPr>
            <w:tcW w:w="2880" w:type="dxa"/>
          </w:tcPr>
          <w:p w14:paraId="78AB8E2F" w14:textId="77777777" w:rsidR="00A2249A" w:rsidRDefault="0092745D">
            <w:r>
              <w:t>48.3</w:t>
            </w:r>
          </w:p>
        </w:tc>
      </w:tr>
      <w:tr w:rsidR="00A2249A" w14:paraId="393EAD42" w14:textId="77777777">
        <w:trPr>
          <w:jc w:val="center"/>
        </w:trPr>
        <w:tc>
          <w:tcPr>
            <w:tcW w:w="2880" w:type="dxa"/>
          </w:tcPr>
          <w:p w14:paraId="40EF108B" w14:textId="77777777" w:rsidR="00A2249A" w:rsidRDefault="0092745D">
            <w:r>
              <w:t>13</w:t>
            </w:r>
          </w:p>
        </w:tc>
        <w:tc>
          <w:tcPr>
            <w:tcW w:w="2880" w:type="dxa"/>
          </w:tcPr>
          <w:p w14:paraId="2E5A81DC" w14:textId="77777777" w:rsidR="00A2249A" w:rsidRDefault="0092745D">
            <w:r>
              <w:t>Veteriner Fakültesi</w:t>
            </w:r>
          </w:p>
        </w:tc>
        <w:tc>
          <w:tcPr>
            <w:tcW w:w="2880" w:type="dxa"/>
          </w:tcPr>
          <w:p w14:paraId="613494D6" w14:textId="77777777" w:rsidR="00A2249A" w:rsidRDefault="0092745D">
            <w:r>
              <w:t>46.9</w:t>
            </w:r>
          </w:p>
        </w:tc>
      </w:tr>
      <w:tr w:rsidR="00A2249A" w14:paraId="7CCC85E6" w14:textId="77777777">
        <w:trPr>
          <w:jc w:val="center"/>
        </w:trPr>
        <w:tc>
          <w:tcPr>
            <w:tcW w:w="2880" w:type="dxa"/>
          </w:tcPr>
          <w:p w14:paraId="34899CD0" w14:textId="77777777" w:rsidR="00A2249A" w:rsidRDefault="0092745D">
            <w:r>
              <w:t>14</w:t>
            </w:r>
          </w:p>
        </w:tc>
        <w:tc>
          <w:tcPr>
            <w:tcW w:w="2880" w:type="dxa"/>
          </w:tcPr>
          <w:p w14:paraId="1E519741" w14:textId="77777777" w:rsidR="00A2249A" w:rsidRDefault="0092745D">
            <w:r>
              <w:t>İktisadi ve İdari Bilimler Fakültesi</w:t>
            </w:r>
          </w:p>
        </w:tc>
        <w:tc>
          <w:tcPr>
            <w:tcW w:w="2880" w:type="dxa"/>
          </w:tcPr>
          <w:p w14:paraId="3B245B3A" w14:textId="77777777" w:rsidR="00A2249A" w:rsidRDefault="0092745D">
            <w:r>
              <w:t>46.5</w:t>
            </w:r>
          </w:p>
        </w:tc>
      </w:tr>
    </w:tbl>
    <w:p w14:paraId="4D39D3D9" w14:textId="77777777" w:rsidR="00A2249A" w:rsidRDefault="0092745D">
      <w:pPr>
        <w:pStyle w:val="Balk3"/>
      </w:pPr>
      <w:r>
        <w:t>3.2. Birimler Bazında Alt Faktör Memnuniyet Skorları</w:t>
      </w:r>
    </w:p>
    <w:tbl>
      <w:tblPr>
        <w:tblStyle w:val="TabloKlavuzu"/>
        <w:tblW w:w="0" w:type="auto"/>
        <w:jc w:val="center"/>
        <w:tblLook w:val="04A0" w:firstRow="1" w:lastRow="0" w:firstColumn="1" w:lastColumn="0" w:noHBand="0" w:noVBand="1"/>
      </w:tblPr>
      <w:tblGrid>
        <w:gridCol w:w="1384"/>
        <w:gridCol w:w="1061"/>
        <w:gridCol w:w="874"/>
        <w:gridCol w:w="874"/>
        <w:gridCol w:w="877"/>
        <w:gridCol w:w="906"/>
        <w:gridCol w:w="874"/>
        <w:gridCol w:w="874"/>
        <w:gridCol w:w="906"/>
      </w:tblGrid>
      <w:tr w:rsidR="00A2249A" w14:paraId="69439DE0" w14:textId="77777777">
        <w:trPr>
          <w:jc w:val="center"/>
        </w:trPr>
        <w:tc>
          <w:tcPr>
            <w:tcW w:w="960" w:type="dxa"/>
          </w:tcPr>
          <w:p w14:paraId="3E80F915" w14:textId="77777777" w:rsidR="00A2249A" w:rsidRDefault="0092745D">
            <w:r>
              <w:t>Birim Adı</w:t>
            </w:r>
          </w:p>
        </w:tc>
        <w:tc>
          <w:tcPr>
            <w:tcW w:w="960" w:type="dxa"/>
          </w:tcPr>
          <w:p w14:paraId="74E07EE1" w14:textId="77777777" w:rsidR="00A2249A" w:rsidRDefault="0092745D">
            <w:r>
              <w:t>Katılımcı</w:t>
            </w:r>
          </w:p>
        </w:tc>
        <w:tc>
          <w:tcPr>
            <w:tcW w:w="960" w:type="dxa"/>
          </w:tcPr>
          <w:p w14:paraId="63707F4A" w14:textId="77777777" w:rsidR="00A2249A" w:rsidRDefault="0092745D">
            <w:r>
              <w:t>BY (%)</w:t>
            </w:r>
          </w:p>
        </w:tc>
        <w:tc>
          <w:tcPr>
            <w:tcW w:w="960" w:type="dxa"/>
          </w:tcPr>
          <w:p w14:paraId="6DD015F8" w14:textId="77777777" w:rsidR="00A2249A" w:rsidRDefault="0092745D">
            <w:r>
              <w:t>ÜY (%)</w:t>
            </w:r>
          </w:p>
        </w:tc>
        <w:tc>
          <w:tcPr>
            <w:tcW w:w="960" w:type="dxa"/>
          </w:tcPr>
          <w:p w14:paraId="62E7ADFF" w14:textId="77777777" w:rsidR="00A2249A" w:rsidRDefault="0092745D">
            <w:r>
              <w:t>EÖH (%)</w:t>
            </w:r>
          </w:p>
        </w:tc>
        <w:tc>
          <w:tcPr>
            <w:tcW w:w="960" w:type="dxa"/>
          </w:tcPr>
          <w:p w14:paraId="6D0B06D8" w14:textId="77777777" w:rsidR="00A2249A" w:rsidRDefault="0092745D">
            <w:r>
              <w:t>ARGE (%)</w:t>
            </w:r>
          </w:p>
        </w:tc>
        <w:tc>
          <w:tcPr>
            <w:tcW w:w="960" w:type="dxa"/>
          </w:tcPr>
          <w:p w14:paraId="5B128C4C" w14:textId="77777777" w:rsidR="00A2249A" w:rsidRDefault="0092745D">
            <w:r>
              <w:t>İDH (%)</w:t>
            </w:r>
          </w:p>
        </w:tc>
        <w:tc>
          <w:tcPr>
            <w:tcW w:w="960" w:type="dxa"/>
          </w:tcPr>
          <w:p w14:paraId="719D14F3" w14:textId="77777777" w:rsidR="00A2249A" w:rsidRDefault="0092745D">
            <w:r>
              <w:t>TK (%)</w:t>
            </w:r>
          </w:p>
        </w:tc>
        <w:tc>
          <w:tcPr>
            <w:tcW w:w="960" w:type="dxa"/>
          </w:tcPr>
          <w:p w14:paraId="3239AA36" w14:textId="77777777" w:rsidR="00A2249A" w:rsidRDefault="0092745D">
            <w:r>
              <w:t>Genel (%)</w:t>
            </w:r>
          </w:p>
        </w:tc>
      </w:tr>
      <w:tr w:rsidR="00A2249A" w14:paraId="0F07C11E" w14:textId="77777777">
        <w:trPr>
          <w:jc w:val="center"/>
        </w:trPr>
        <w:tc>
          <w:tcPr>
            <w:tcW w:w="960" w:type="dxa"/>
          </w:tcPr>
          <w:p w14:paraId="620C866B" w14:textId="77777777" w:rsidR="00A2249A" w:rsidRDefault="0092745D">
            <w:r>
              <w:t>Spor Bilimleri Fakültesi</w:t>
            </w:r>
          </w:p>
        </w:tc>
        <w:tc>
          <w:tcPr>
            <w:tcW w:w="960" w:type="dxa"/>
          </w:tcPr>
          <w:p w14:paraId="158DB43B" w14:textId="77777777" w:rsidR="00A2249A" w:rsidRDefault="0092745D">
            <w:r>
              <w:t>3</w:t>
            </w:r>
          </w:p>
        </w:tc>
        <w:tc>
          <w:tcPr>
            <w:tcW w:w="960" w:type="dxa"/>
          </w:tcPr>
          <w:p w14:paraId="7847EA7C" w14:textId="77777777" w:rsidR="00A2249A" w:rsidRDefault="0092745D">
            <w:r>
              <w:t>80.6</w:t>
            </w:r>
          </w:p>
        </w:tc>
        <w:tc>
          <w:tcPr>
            <w:tcW w:w="960" w:type="dxa"/>
          </w:tcPr>
          <w:p w14:paraId="79FB99F2" w14:textId="77777777" w:rsidR="00A2249A" w:rsidRDefault="0092745D">
            <w:r>
              <w:t>84.5</w:t>
            </w:r>
          </w:p>
        </w:tc>
        <w:tc>
          <w:tcPr>
            <w:tcW w:w="960" w:type="dxa"/>
          </w:tcPr>
          <w:p w14:paraId="444DBF57" w14:textId="77777777" w:rsidR="00A2249A" w:rsidRDefault="0092745D">
            <w:r>
              <w:t>80.0</w:t>
            </w:r>
          </w:p>
        </w:tc>
        <w:tc>
          <w:tcPr>
            <w:tcW w:w="960" w:type="dxa"/>
          </w:tcPr>
          <w:p w14:paraId="75B25221" w14:textId="77777777" w:rsidR="00A2249A" w:rsidRDefault="0092745D">
            <w:r>
              <w:t>60.4</w:t>
            </w:r>
          </w:p>
        </w:tc>
        <w:tc>
          <w:tcPr>
            <w:tcW w:w="960" w:type="dxa"/>
          </w:tcPr>
          <w:p w14:paraId="5505C0E9" w14:textId="77777777" w:rsidR="00A2249A" w:rsidRDefault="0092745D">
            <w:r>
              <w:t>91.1</w:t>
            </w:r>
          </w:p>
        </w:tc>
        <w:tc>
          <w:tcPr>
            <w:tcW w:w="960" w:type="dxa"/>
          </w:tcPr>
          <w:p w14:paraId="58C68D79" w14:textId="77777777" w:rsidR="00A2249A" w:rsidRDefault="0092745D">
            <w:r>
              <w:t>75.0</w:t>
            </w:r>
          </w:p>
        </w:tc>
        <w:tc>
          <w:tcPr>
            <w:tcW w:w="960" w:type="dxa"/>
          </w:tcPr>
          <w:p w14:paraId="542E4B33" w14:textId="77777777" w:rsidR="00A2249A" w:rsidRDefault="0092745D">
            <w:r>
              <w:t>80.2</w:t>
            </w:r>
          </w:p>
        </w:tc>
      </w:tr>
      <w:tr w:rsidR="00A2249A" w14:paraId="02AAA659" w14:textId="77777777">
        <w:trPr>
          <w:jc w:val="center"/>
        </w:trPr>
        <w:tc>
          <w:tcPr>
            <w:tcW w:w="960" w:type="dxa"/>
          </w:tcPr>
          <w:p w14:paraId="37884A5B" w14:textId="77777777" w:rsidR="00A2249A" w:rsidRDefault="0092745D">
            <w:r>
              <w:t>Ortaköy MYO</w:t>
            </w:r>
          </w:p>
        </w:tc>
        <w:tc>
          <w:tcPr>
            <w:tcW w:w="960" w:type="dxa"/>
          </w:tcPr>
          <w:p w14:paraId="02995037" w14:textId="77777777" w:rsidR="00A2249A" w:rsidRDefault="0092745D">
            <w:r>
              <w:t>4</w:t>
            </w:r>
          </w:p>
        </w:tc>
        <w:tc>
          <w:tcPr>
            <w:tcW w:w="960" w:type="dxa"/>
          </w:tcPr>
          <w:p w14:paraId="4EA70893" w14:textId="77777777" w:rsidR="00A2249A" w:rsidRDefault="0092745D">
            <w:r>
              <w:t>81.2</w:t>
            </w:r>
          </w:p>
        </w:tc>
        <w:tc>
          <w:tcPr>
            <w:tcW w:w="960" w:type="dxa"/>
          </w:tcPr>
          <w:p w14:paraId="7900CAE4" w14:textId="77777777" w:rsidR="00A2249A" w:rsidRDefault="0092745D">
            <w:r>
              <w:t>90.2</w:t>
            </w:r>
          </w:p>
        </w:tc>
        <w:tc>
          <w:tcPr>
            <w:tcW w:w="960" w:type="dxa"/>
          </w:tcPr>
          <w:p w14:paraId="2E74755B" w14:textId="77777777" w:rsidR="00A2249A" w:rsidRDefault="0092745D">
            <w:r>
              <w:t>73.1</w:t>
            </w:r>
          </w:p>
        </w:tc>
        <w:tc>
          <w:tcPr>
            <w:tcW w:w="960" w:type="dxa"/>
          </w:tcPr>
          <w:p w14:paraId="44C6E685" w14:textId="77777777" w:rsidR="00A2249A" w:rsidRDefault="0092745D">
            <w:r>
              <w:t>71.1</w:t>
            </w:r>
          </w:p>
        </w:tc>
        <w:tc>
          <w:tcPr>
            <w:tcW w:w="960" w:type="dxa"/>
          </w:tcPr>
          <w:p w14:paraId="1D865A94" w14:textId="77777777" w:rsidR="00A2249A" w:rsidRDefault="0092745D">
            <w:r>
              <w:t>75.4</w:t>
            </w:r>
          </w:p>
        </w:tc>
        <w:tc>
          <w:tcPr>
            <w:tcW w:w="960" w:type="dxa"/>
          </w:tcPr>
          <w:p w14:paraId="464DA693" w14:textId="77777777" w:rsidR="00A2249A" w:rsidRDefault="0092745D">
            <w:r>
              <w:t>75.0</w:t>
            </w:r>
          </w:p>
        </w:tc>
        <w:tc>
          <w:tcPr>
            <w:tcW w:w="960" w:type="dxa"/>
          </w:tcPr>
          <w:p w14:paraId="2BFC21D5" w14:textId="77777777" w:rsidR="00A2249A" w:rsidRDefault="0092745D">
            <w:r>
              <w:t>77.0</w:t>
            </w:r>
          </w:p>
        </w:tc>
      </w:tr>
      <w:tr w:rsidR="00A2249A" w14:paraId="717724E9" w14:textId="77777777">
        <w:trPr>
          <w:jc w:val="center"/>
        </w:trPr>
        <w:tc>
          <w:tcPr>
            <w:tcW w:w="960" w:type="dxa"/>
          </w:tcPr>
          <w:p w14:paraId="67BC601F" w14:textId="77777777" w:rsidR="00A2249A" w:rsidRDefault="0092745D">
            <w:r>
              <w:t>Sağlık Hizmetleri MYO</w:t>
            </w:r>
          </w:p>
        </w:tc>
        <w:tc>
          <w:tcPr>
            <w:tcW w:w="960" w:type="dxa"/>
          </w:tcPr>
          <w:p w14:paraId="40C08385" w14:textId="77777777" w:rsidR="00A2249A" w:rsidRDefault="0092745D">
            <w:r>
              <w:t>8</w:t>
            </w:r>
          </w:p>
        </w:tc>
        <w:tc>
          <w:tcPr>
            <w:tcW w:w="960" w:type="dxa"/>
          </w:tcPr>
          <w:p w14:paraId="34825245" w14:textId="77777777" w:rsidR="00A2249A" w:rsidRDefault="0092745D">
            <w:r>
              <w:t>89.1</w:t>
            </w:r>
          </w:p>
        </w:tc>
        <w:tc>
          <w:tcPr>
            <w:tcW w:w="960" w:type="dxa"/>
          </w:tcPr>
          <w:p w14:paraId="069AE973" w14:textId="77777777" w:rsidR="00A2249A" w:rsidRDefault="0092745D">
            <w:r>
              <w:t>77.2</w:t>
            </w:r>
          </w:p>
        </w:tc>
        <w:tc>
          <w:tcPr>
            <w:tcW w:w="960" w:type="dxa"/>
          </w:tcPr>
          <w:p w14:paraId="7FFAA615" w14:textId="77777777" w:rsidR="00A2249A" w:rsidRDefault="0092745D">
            <w:r>
              <w:t>71.6</w:t>
            </w:r>
          </w:p>
        </w:tc>
        <w:tc>
          <w:tcPr>
            <w:tcW w:w="960" w:type="dxa"/>
          </w:tcPr>
          <w:p w14:paraId="4DC27481" w14:textId="77777777" w:rsidR="00A2249A" w:rsidRDefault="0092745D">
            <w:r>
              <w:t>59.8</w:t>
            </w:r>
          </w:p>
        </w:tc>
        <w:tc>
          <w:tcPr>
            <w:tcW w:w="960" w:type="dxa"/>
          </w:tcPr>
          <w:p w14:paraId="37FC62E3" w14:textId="77777777" w:rsidR="00A2249A" w:rsidRDefault="0092745D">
            <w:r>
              <w:t>69.0</w:t>
            </w:r>
          </w:p>
        </w:tc>
        <w:tc>
          <w:tcPr>
            <w:tcW w:w="960" w:type="dxa"/>
          </w:tcPr>
          <w:p w14:paraId="686A7920" w14:textId="77777777" w:rsidR="00A2249A" w:rsidRDefault="0092745D">
            <w:r>
              <w:t>73.1</w:t>
            </w:r>
          </w:p>
        </w:tc>
        <w:tc>
          <w:tcPr>
            <w:tcW w:w="960" w:type="dxa"/>
          </w:tcPr>
          <w:p w14:paraId="57B5B896" w14:textId="77777777" w:rsidR="00A2249A" w:rsidRDefault="0092745D">
            <w:r>
              <w:t>72.0</w:t>
            </w:r>
          </w:p>
        </w:tc>
      </w:tr>
      <w:tr w:rsidR="00A2249A" w14:paraId="7C19861C" w14:textId="77777777">
        <w:trPr>
          <w:jc w:val="center"/>
        </w:trPr>
        <w:tc>
          <w:tcPr>
            <w:tcW w:w="960" w:type="dxa"/>
          </w:tcPr>
          <w:p w14:paraId="02CFF75C" w14:textId="77777777" w:rsidR="00A2249A" w:rsidRDefault="0092745D">
            <w:r>
              <w:t>Diş Hekimliği Fakültesi</w:t>
            </w:r>
          </w:p>
        </w:tc>
        <w:tc>
          <w:tcPr>
            <w:tcW w:w="960" w:type="dxa"/>
          </w:tcPr>
          <w:p w14:paraId="7F512982" w14:textId="77777777" w:rsidR="00A2249A" w:rsidRDefault="0092745D">
            <w:r>
              <w:t>3</w:t>
            </w:r>
          </w:p>
        </w:tc>
        <w:tc>
          <w:tcPr>
            <w:tcW w:w="960" w:type="dxa"/>
          </w:tcPr>
          <w:p w14:paraId="67B25D0F" w14:textId="77777777" w:rsidR="00A2249A" w:rsidRDefault="0092745D">
            <w:r>
              <w:t>52.8</w:t>
            </w:r>
          </w:p>
        </w:tc>
        <w:tc>
          <w:tcPr>
            <w:tcW w:w="960" w:type="dxa"/>
          </w:tcPr>
          <w:p w14:paraId="40A8EA88" w14:textId="77777777" w:rsidR="00A2249A" w:rsidRDefault="0092745D">
            <w:r>
              <w:t>82.1</w:t>
            </w:r>
          </w:p>
        </w:tc>
        <w:tc>
          <w:tcPr>
            <w:tcW w:w="960" w:type="dxa"/>
          </w:tcPr>
          <w:p w14:paraId="2B3A3455" w14:textId="77777777" w:rsidR="00A2249A" w:rsidRDefault="0092745D">
            <w:r>
              <w:t>73.3</w:t>
            </w:r>
          </w:p>
        </w:tc>
        <w:tc>
          <w:tcPr>
            <w:tcW w:w="960" w:type="dxa"/>
          </w:tcPr>
          <w:p w14:paraId="72F65AF2" w14:textId="77777777" w:rsidR="00A2249A" w:rsidRDefault="0092745D">
            <w:r>
              <w:t>50.0</w:t>
            </w:r>
          </w:p>
        </w:tc>
        <w:tc>
          <w:tcPr>
            <w:tcW w:w="960" w:type="dxa"/>
          </w:tcPr>
          <w:p w14:paraId="700BED59" w14:textId="77777777" w:rsidR="00A2249A" w:rsidRDefault="0092745D">
            <w:r>
              <w:t>56.5</w:t>
            </w:r>
          </w:p>
        </w:tc>
        <w:tc>
          <w:tcPr>
            <w:tcW w:w="960" w:type="dxa"/>
          </w:tcPr>
          <w:p w14:paraId="149D5DDB" w14:textId="77777777" w:rsidR="00A2249A" w:rsidRDefault="0092745D">
            <w:r>
              <w:t>66.7</w:t>
            </w:r>
          </w:p>
        </w:tc>
        <w:tc>
          <w:tcPr>
            <w:tcW w:w="960" w:type="dxa"/>
          </w:tcPr>
          <w:p w14:paraId="74264B09" w14:textId="77777777" w:rsidR="00A2249A" w:rsidRDefault="0092745D">
            <w:r>
              <w:t>63.0</w:t>
            </w:r>
          </w:p>
        </w:tc>
      </w:tr>
      <w:tr w:rsidR="00A2249A" w14:paraId="435963DF" w14:textId="77777777">
        <w:trPr>
          <w:jc w:val="center"/>
        </w:trPr>
        <w:tc>
          <w:tcPr>
            <w:tcW w:w="960" w:type="dxa"/>
          </w:tcPr>
          <w:p w14:paraId="7A3AEB76" w14:textId="77777777" w:rsidR="00A2249A" w:rsidRDefault="0092745D">
            <w:r>
              <w:t>Teknik Bilimler MYO</w:t>
            </w:r>
          </w:p>
        </w:tc>
        <w:tc>
          <w:tcPr>
            <w:tcW w:w="960" w:type="dxa"/>
          </w:tcPr>
          <w:p w14:paraId="4168017B" w14:textId="77777777" w:rsidR="00A2249A" w:rsidRDefault="0092745D">
            <w:r>
              <w:t>4</w:t>
            </w:r>
          </w:p>
        </w:tc>
        <w:tc>
          <w:tcPr>
            <w:tcW w:w="960" w:type="dxa"/>
          </w:tcPr>
          <w:p w14:paraId="4E0DB003" w14:textId="77777777" w:rsidR="00A2249A" w:rsidRDefault="0092745D">
            <w:r>
              <w:t>76.0</w:t>
            </w:r>
          </w:p>
        </w:tc>
        <w:tc>
          <w:tcPr>
            <w:tcW w:w="960" w:type="dxa"/>
          </w:tcPr>
          <w:p w14:paraId="7E26453E" w14:textId="77777777" w:rsidR="00A2249A" w:rsidRDefault="0092745D">
            <w:r>
              <w:t>72.3</w:t>
            </w:r>
          </w:p>
        </w:tc>
        <w:tc>
          <w:tcPr>
            <w:tcW w:w="960" w:type="dxa"/>
          </w:tcPr>
          <w:p w14:paraId="1D3B59C8" w14:textId="77777777" w:rsidR="00A2249A" w:rsidRDefault="0092745D">
            <w:r>
              <w:t>59.4</w:t>
            </w:r>
          </w:p>
        </w:tc>
        <w:tc>
          <w:tcPr>
            <w:tcW w:w="960" w:type="dxa"/>
          </w:tcPr>
          <w:p w14:paraId="08F003AF" w14:textId="77777777" w:rsidR="00A2249A" w:rsidRDefault="0092745D">
            <w:r>
              <w:t>46.9</w:t>
            </w:r>
          </w:p>
        </w:tc>
        <w:tc>
          <w:tcPr>
            <w:tcW w:w="960" w:type="dxa"/>
          </w:tcPr>
          <w:p w14:paraId="7ACA02A0" w14:textId="77777777" w:rsidR="00A2249A" w:rsidRDefault="0092745D">
            <w:r>
              <w:t>58.5</w:t>
            </w:r>
          </w:p>
        </w:tc>
        <w:tc>
          <w:tcPr>
            <w:tcW w:w="960" w:type="dxa"/>
          </w:tcPr>
          <w:p w14:paraId="32D39ADA" w14:textId="77777777" w:rsidR="00A2249A" w:rsidRDefault="0092745D">
            <w:r>
              <w:t>58.8</w:t>
            </w:r>
          </w:p>
        </w:tc>
        <w:tc>
          <w:tcPr>
            <w:tcW w:w="960" w:type="dxa"/>
          </w:tcPr>
          <w:p w14:paraId="7AE8783B" w14:textId="77777777" w:rsidR="00A2249A" w:rsidRDefault="0092745D">
            <w:r>
              <w:t>60.9</w:t>
            </w:r>
          </w:p>
        </w:tc>
      </w:tr>
      <w:tr w:rsidR="00A2249A" w14:paraId="6C4BD0C0" w14:textId="77777777">
        <w:trPr>
          <w:jc w:val="center"/>
        </w:trPr>
        <w:tc>
          <w:tcPr>
            <w:tcW w:w="960" w:type="dxa"/>
          </w:tcPr>
          <w:p w14:paraId="57594657" w14:textId="77777777" w:rsidR="00A2249A" w:rsidRDefault="0092745D">
            <w:r>
              <w:t>Mühendislik Fakültesi</w:t>
            </w:r>
          </w:p>
        </w:tc>
        <w:tc>
          <w:tcPr>
            <w:tcW w:w="960" w:type="dxa"/>
          </w:tcPr>
          <w:p w14:paraId="16EC59C4" w14:textId="77777777" w:rsidR="00A2249A" w:rsidRDefault="0092745D">
            <w:r>
              <w:t>17</w:t>
            </w:r>
          </w:p>
        </w:tc>
        <w:tc>
          <w:tcPr>
            <w:tcW w:w="960" w:type="dxa"/>
          </w:tcPr>
          <w:p w14:paraId="043C65BC" w14:textId="77777777" w:rsidR="00A2249A" w:rsidRDefault="0092745D">
            <w:r>
              <w:t>73.5</w:t>
            </w:r>
          </w:p>
        </w:tc>
        <w:tc>
          <w:tcPr>
            <w:tcW w:w="960" w:type="dxa"/>
          </w:tcPr>
          <w:p w14:paraId="1C17933F" w14:textId="77777777" w:rsidR="00A2249A" w:rsidRDefault="0092745D">
            <w:r>
              <w:t>59.9</w:t>
            </w:r>
          </w:p>
        </w:tc>
        <w:tc>
          <w:tcPr>
            <w:tcW w:w="960" w:type="dxa"/>
          </w:tcPr>
          <w:p w14:paraId="4F78A955" w14:textId="77777777" w:rsidR="00A2249A" w:rsidRDefault="0092745D">
            <w:r>
              <w:t>60.4</w:t>
            </w:r>
          </w:p>
        </w:tc>
        <w:tc>
          <w:tcPr>
            <w:tcW w:w="960" w:type="dxa"/>
          </w:tcPr>
          <w:p w14:paraId="63050CBA" w14:textId="77777777" w:rsidR="00A2249A" w:rsidRDefault="0092745D">
            <w:r>
              <w:t>50.0</w:t>
            </w:r>
          </w:p>
        </w:tc>
        <w:tc>
          <w:tcPr>
            <w:tcW w:w="960" w:type="dxa"/>
          </w:tcPr>
          <w:p w14:paraId="53C61628" w14:textId="77777777" w:rsidR="00A2249A" w:rsidRDefault="0092745D">
            <w:r>
              <w:t>62.2</w:t>
            </w:r>
          </w:p>
        </w:tc>
        <w:tc>
          <w:tcPr>
            <w:tcW w:w="960" w:type="dxa"/>
          </w:tcPr>
          <w:p w14:paraId="714CED85" w14:textId="77777777" w:rsidR="00A2249A" w:rsidRDefault="0092745D">
            <w:r>
              <w:t>50.3</w:t>
            </w:r>
          </w:p>
        </w:tc>
        <w:tc>
          <w:tcPr>
            <w:tcW w:w="960" w:type="dxa"/>
          </w:tcPr>
          <w:p w14:paraId="2F410439" w14:textId="77777777" w:rsidR="00A2249A" w:rsidRDefault="0092745D">
            <w:r>
              <w:t>59.7</w:t>
            </w:r>
          </w:p>
        </w:tc>
      </w:tr>
      <w:tr w:rsidR="00A2249A" w14:paraId="0DD67700" w14:textId="77777777">
        <w:trPr>
          <w:jc w:val="center"/>
        </w:trPr>
        <w:tc>
          <w:tcPr>
            <w:tcW w:w="960" w:type="dxa"/>
          </w:tcPr>
          <w:p w14:paraId="339451FB" w14:textId="77777777" w:rsidR="00A2249A" w:rsidRDefault="0092745D">
            <w:r>
              <w:t>Fen Edebiyat Fakültesi</w:t>
            </w:r>
          </w:p>
        </w:tc>
        <w:tc>
          <w:tcPr>
            <w:tcW w:w="960" w:type="dxa"/>
          </w:tcPr>
          <w:p w14:paraId="5C19EA51" w14:textId="77777777" w:rsidR="00A2249A" w:rsidRDefault="0092745D">
            <w:r>
              <w:t>24</w:t>
            </w:r>
          </w:p>
        </w:tc>
        <w:tc>
          <w:tcPr>
            <w:tcW w:w="960" w:type="dxa"/>
          </w:tcPr>
          <w:p w14:paraId="693F00FC" w14:textId="77777777" w:rsidR="00A2249A" w:rsidRDefault="0092745D">
            <w:r>
              <w:t>65.5</w:t>
            </w:r>
          </w:p>
        </w:tc>
        <w:tc>
          <w:tcPr>
            <w:tcW w:w="960" w:type="dxa"/>
          </w:tcPr>
          <w:p w14:paraId="3115C267" w14:textId="77777777" w:rsidR="00A2249A" w:rsidRDefault="0092745D">
            <w:r>
              <w:t>58.5</w:t>
            </w:r>
          </w:p>
        </w:tc>
        <w:tc>
          <w:tcPr>
            <w:tcW w:w="960" w:type="dxa"/>
          </w:tcPr>
          <w:p w14:paraId="2ACFB0C0" w14:textId="77777777" w:rsidR="00A2249A" w:rsidRDefault="0092745D">
            <w:r>
              <w:t>62.5</w:t>
            </w:r>
          </w:p>
        </w:tc>
        <w:tc>
          <w:tcPr>
            <w:tcW w:w="960" w:type="dxa"/>
          </w:tcPr>
          <w:p w14:paraId="7CBC8C97" w14:textId="77777777" w:rsidR="00A2249A" w:rsidRDefault="0092745D">
            <w:r>
              <w:t>49.7</w:t>
            </w:r>
          </w:p>
        </w:tc>
        <w:tc>
          <w:tcPr>
            <w:tcW w:w="960" w:type="dxa"/>
          </w:tcPr>
          <w:p w14:paraId="686A6AB3" w14:textId="77777777" w:rsidR="00A2249A" w:rsidRDefault="0092745D">
            <w:r>
              <w:t>60.9</w:t>
            </w:r>
          </w:p>
        </w:tc>
        <w:tc>
          <w:tcPr>
            <w:tcW w:w="960" w:type="dxa"/>
          </w:tcPr>
          <w:p w14:paraId="558C39F4" w14:textId="77777777" w:rsidR="00A2249A" w:rsidRDefault="0092745D">
            <w:r>
              <w:t>46.7</w:t>
            </w:r>
          </w:p>
        </w:tc>
        <w:tc>
          <w:tcPr>
            <w:tcW w:w="960" w:type="dxa"/>
          </w:tcPr>
          <w:p w14:paraId="7F98392D" w14:textId="77777777" w:rsidR="00A2249A" w:rsidRDefault="0092745D">
            <w:r>
              <w:t>58.2</w:t>
            </w:r>
          </w:p>
        </w:tc>
      </w:tr>
      <w:tr w:rsidR="00A2249A" w14:paraId="2F1B113E" w14:textId="77777777">
        <w:trPr>
          <w:jc w:val="center"/>
        </w:trPr>
        <w:tc>
          <w:tcPr>
            <w:tcW w:w="960" w:type="dxa"/>
          </w:tcPr>
          <w:p w14:paraId="779FF404" w14:textId="77777777" w:rsidR="00A2249A" w:rsidRDefault="0092745D">
            <w:r>
              <w:t>Tıp Fakültesi</w:t>
            </w:r>
          </w:p>
        </w:tc>
        <w:tc>
          <w:tcPr>
            <w:tcW w:w="960" w:type="dxa"/>
          </w:tcPr>
          <w:p w14:paraId="4E61466C" w14:textId="77777777" w:rsidR="00A2249A" w:rsidRDefault="0092745D">
            <w:r>
              <w:t>5</w:t>
            </w:r>
          </w:p>
        </w:tc>
        <w:tc>
          <w:tcPr>
            <w:tcW w:w="960" w:type="dxa"/>
          </w:tcPr>
          <w:p w14:paraId="04D77893" w14:textId="77777777" w:rsidR="00A2249A" w:rsidRDefault="0092745D">
            <w:r>
              <w:t>72.5</w:t>
            </w:r>
          </w:p>
        </w:tc>
        <w:tc>
          <w:tcPr>
            <w:tcW w:w="960" w:type="dxa"/>
          </w:tcPr>
          <w:p w14:paraId="593962FD" w14:textId="77777777" w:rsidR="00A2249A" w:rsidRDefault="0092745D">
            <w:r>
              <w:t>56.4</w:t>
            </w:r>
          </w:p>
        </w:tc>
        <w:tc>
          <w:tcPr>
            <w:tcW w:w="960" w:type="dxa"/>
          </w:tcPr>
          <w:p w14:paraId="0997579C" w14:textId="77777777" w:rsidR="00A2249A" w:rsidRDefault="0092745D">
            <w:r>
              <w:t>64.0</w:t>
            </w:r>
          </w:p>
        </w:tc>
        <w:tc>
          <w:tcPr>
            <w:tcW w:w="960" w:type="dxa"/>
          </w:tcPr>
          <w:p w14:paraId="0E08AB08" w14:textId="77777777" w:rsidR="00A2249A" w:rsidRDefault="0092745D">
            <w:r>
              <w:t>36.9</w:t>
            </w:r>
          </w:p>
        </w:tc>
        <w:tc>
          <w:tcPr>
            <w:tcW w:w="960" w:type="dxa"/>
          </w:tcPr>
          <w:p w14:paraId="7D95FD96" w14:textId="77777777" w:rsidR="00A2249A" w:rsidRDefault="0092745D">
            <w:r>
              <w:t>66.1</w:t>
            </w:r>
          </w:p>
        </w:tc>
        <w:tc>
          <w:tcPr>
            <w:tcW w:w="960" w:type="dxa"/>
          </w:tcPr>
          <w:p w14:paraId="7E2E5FB8" w14:textId="77777777" w:rsidR="00A2249A" w:rsidRDefault="0092745D">
            <w:r>
              <w:t>29.0</w:t>
            </w:r>
          </w:p>
        </w:tc>
        <w:tc>
          <w:tcPr>
            <w:tcW w:w="960" w:type="dxa"/>
          </w:tcPr>
          <w:p w14:paraId="541B1C57" w14:textId="77777777" w:rsidR="00A2249A" w:rsidRDefault="0092745D">
            <w:r>
              <w:t>56.7</w:t>
            </w:r>
          </w:p>
        </w:tc>
      </w:tr>
      <w:tr w:rsidR="00A2249A" w14:paraId="4227DD7B" w14:textId="77777777">
        <w:trPr>
          <w:jc w:val="center"/>
        </w:trPr>
        <w:tc>
          <w:tcPr>
            <w:tcW w:w="960" w:type="dxa"/>
          </w:tcPr>
          <w:p w14:paraId="3C7156FC" w14:textId="77777777" w:rsidR="00A2249A" w:rsidRDefault="0092745D">
            <w:r>
              <w:lastRenderedPageBreak/>
              <w:t>Sağlık Bilimleri Fakültesi</w:t>
            </w:r>
          </w:p>
        </w:tc>
        <w:tc>
          <w:tcPr>
            <w:tcW w:w="960" w:type="dxa"/>
          </w:tcPr>
          <w:p w14:paraId="6322C4C1" w14:textId="77777777" w:rsidR="00A2249A" w:rsidRDefault="0092745D">
            <w:r>
              <w:t>3</w:t>
            </w:r>
          </w:p>
        </w:tc>
        <w:tc>
          <w:tcPr>
            <w:tcW w:w="960" w:type="dxa"/>
          </w:tcPr>
          <w:p w14:paraId="47E31DB1" w14:textId="77777777" w:rsidR="00A2249A" w:rsidRDefault="0092745D">
            <w:r>
              <w:t>54.2</w:t>
            </w:r>
          </w:p>
        </w:tc>
        <w:tc>
          <w:tcPr>
            <w:tcW w:w="960" w:type="dxa"/>
          </w:tcPr>
          <w:p w14:paraId="6EF6F99F" w14:textId="77777777" w:rsidR="00A2249A" w:rsidRDefault="0092745D">
            <w:r>
              <w:t>56.0</w:t>
            </w:r>
          </w:p>
        </w:tc>
        <w:tc>
          <w:tcPr>
            <w:tcW w:w="960" w:type="dxa"/>
          </w:tcPr>
          <w:p w14:paraId="13D33F4D" w14:textId="77777777" w:rsidR="00A2249A" w:rsidRDefault="0092745D">
            <w:r>
              <w:t>45.8</w:t>
            </w:r>
          </w:p>
        </w:tc>
        <w:tc>
          <w:tcPr>
            <w:tcW w:w="960" w:type="dxa"/>
          </w:tcPr>
          <w:p w14:paraId="2A302E3D" w14:textId="77777777" w:rsidR="00A2249A" w:rsidRDefault="0092745D">
            <w:r>
              <w:t>50.0</w:t>
            </w:r>
          </w:p>
        </w:tc>
        <w:tc>
          <w:tcPr>
            <w:tcW w:w="960" w:type="dxa"/>
          </w:tcPr>
          <w:p w14:paraId="156A95A8" w14:textId="77777777" w:rsidR="00A2249A" w:rsidRDefault="0092745D">
            <w:r>
              <w:t>70.2</w:t>
            </w:r>
          </w:p>
        </w:tc>
        <w:tc>
          <w:tcPr>
            <w:tcW w:w="960" w:type="dxa"/>
          </w:tcPr>
          <w:p w14:paraId="34FC0A0D" w14:textId="77777777" w:rsidR="00A2249A" w:rsidRDefault="0092745D">
            <w:r>
              <w:t>41.7</w:t>
            </w:r>
          </w:p>
        </w:tc>
        <w:tc>
          <w:tcPr>
            <w:tcW w:w="960" w:type="dxa"/>
          </w:tcPr>
          <w:p w14:paraId="441A5B28" w14:textId="77777777" w:rsidR="00A2249A" w:rsidRDefault="0092745D">
            <w:r>
              <w:t>55.3</w:t>
            </w:r>
          </w:p>
        </w:tc>
      </w:tr>
      <w:tr w:rsidR="00A2249A" w14:paraId="64213315" w14:textId="77777777">
        <w:trPr>
          <w:jc w:val="center"/>
        </w:trPr>
        <w:tc>
          <w:tcPr>
            <w:tcW w:w="960" w:type="dxa"/>
          </w:tcPr>
          <w:p w14:paraId="0E688A42" w14:textId="77777777" w:rsidR="00A2249A" w:rsidRDefault="0092745D">
            <w:r>
              <w:t>Eğitim Fakültesi</w:t>
            </w:r>
          </w:p>
        </w:tc>
        <w:tc>
          <w:tcPr>
            <w:tcW w:w="960" w:type="dxa"/>
          </w:tcPr>
          <w:p w14:paraId="5B8CBFE5" w14:textId="77777777" w:rsidR="00A2249A" w:rsidRDefault="0092745D">
            <w:r>
              <w:t>11</w:t>
            </w:r>
          </w:p>
        </w:tc>
        <w:tc>
          <w:tcPr>
            <w:tcW w:w="960" w:type="dxa"/>
          </w:tcPr>
          <w:p w14:paraId="41AA9DB1" w14:textId="77777777" w:rsidR="00A2249A" w:rsidRDefault="0092745D">
            <w:r>
              <w:t>68.2</w:t>
            </w:r>
          </w:p>
        </w:tc>
        <w:tc>
          <w:tcPr>
            <w:tcW w:w="960" w:type="dxa"/>
          </w:tcPr>
          <w:p w14:paraId="49705F8C" w14:textId="77777777" w:rsidR="00A2249A" w:rsidRDefault="0092745D">
            <w:r>
              <w:t>52.9</w:t>
            </w:r>
          </w:p>
        </w:tc>
        <w:tc>
          <w:tcPr>
            <w:tcW w:w="960" w:type="dxa"/>
          </w:tcPr>
          <w:p w14:paraId="770E6C4D" w14:textId="77777777" w:rsidR="00A2249A" w:rsidRDefault="0092745D">
            <w:r>
              <w:t>54.5</w:t>
            </w:r>
          </w:p>
        </w:tc>
        <w:tc>
          <w:tcPr>
            <w:tcW w:w="960" w:type="dxa"/>
          </w:tcPr>
          <w:p w14:paraId="7F5DBC22" w14:textId="77777777" w:rsidR="00A2249A" w:rsidRDefault="0092745D">
            <w:r>
              <w:t>42.6</w:t>
            </w:r>
          </w:p>
        </w:tc>
        <w:tc>
          <w:tcPr>
            <w:tcW w:w="960" w:type="dxa"/>
          </w:tcPr>
          <w:p w14:paraId="4A074F6C" w14:textId="77777777" w:rsidR="00A2249A" w:rsidRDefault="0092745D">
            <w:r>
              <w:t>52.1</w:t>
            </w:r>
          </w:p>
        </w:tc>
        <w:tc>
          <w:tcPr>
            <w:tcW w:w="960" w:type="dxa"/>
          </w:tcPr>
          <w:p w14:paraId="157ED1CE" w14:textId="77777777" w:rsidR="00A2249A" w:rsidRDefault="0092745D">
            <w:r>
              <w:t>45.5</w:t>
            </w:r>
          </w:p>
        </w:tc>
        <w:tc>
          <w:tcPr>
            <w:tcW w:w="960" w:type="dxa"/>
          </w:tcPr>
          <w:p w14:paraId="3D439112" w14:textId="77777777" w:rsidR="00A2249A" w:rsidRDefault="0092745D">
            <w:r>
              <w:t>52.5</w:t>
            </w:r>
          </w:p>
        </w:tc>
      </w:tr>
      <w:tr w:rsidR="00A2249A" w14:paraId="0A531ADD" w14:textId="77777777">
        <w:trPr>
          <w:jc w:val="center"/>
        </w:trPr>
        <w:tc>
          <w:tcPr>
            <w:tcW w:w="960" w:type="dxa"/>
          </w:tcPr>
          <w:p w14:paraId="68B19AC5" w14:textId="77777777" w:rsidR="00A2249A" w:rsidRDefault="0092745D">
            <w:r>
              <w:t>Mimarlık ve Tasarım Fakültesi</w:t>
            </w:r>
          </w:p>
        </w:tc>
        <w:tc>
          <w:tcPr>
            <w:tcW w:w="960" w:type="dxa"/>
          </w:tcPr>
          <w:p w14:paraId="008B7839" w14:textId="77777777" w:rsidR="00A2249A" w:rsidRDefault="0092745D">
            <w:r>
              <w:t>4</w:t>
            </w:r>
          </w:p>
        </w:tc>
        <w:tc>
          <w:tcPr>
            <w:tcW w:w="960" w:type="dxa"/>
          </w:tcPr>
          <w:p w14:paraId="018FD177" w14:textId="77777777" w:rsidR="00A2249A" w:rsidRDefault="0092745D">
            <w:r>
              <w:t>29.2</w:t>
            </w:r>
          </w:p>
        </w:tc>
        <w:tc>
          <w:tcPr>
            <w:tcW w:w="960" w:type="dxa"/>
          </w:tcPr>
          <w:p w14:paraId="056382E6" w14:textId="77777777" w:rsidR="00A2249A" w:rsidRDefault="0092745D">
            <w:r>
              <w:t>55.4</w:t>
            </w:r>
          </w:p>
        </w:tc>
        <w:tc>
          <w:tcPr>
            <w:tcW w:w="960" w:type="dxa"/>
          </w:tcPr>
          <w:p w14:paraId="55A1672A" w14:textId="77777777" w:rsidR="00A2249A" w:rsidRDefault="0092745D">
            <w:r>
              <w:t>36.9</w:t>
            </w:r>
          </w:p>
        </w:tc>
        <w:tc>
          <w:tcPr>
            <w:tcW w:w="960" w:type="dxa"/>
          </w:tcPr>
          <w:p w14:paraId="2BFF8AE6" w14:textId="77777777" w:rsidR="00A2249A" w:rsidRDefault="0092745D">
            <w:r>
              <w:t>49.2</w:t>
            </w:r>
          </w:p>
        </w:tc>
        <w:tc>
          <w:tcPr>
            <w:tcW w:w="960" w:type="dxa"/>
          </w:tcPr>
          <w:p w14:paraId="058075B8" w14:textId="77777777" w:rsidR="00A2249A" w:rsidRDefault="0092745D">
            <w:r>
              <w:t>61.2</w:t>
            </w:r>
          </w:p>
        </w:tc>
        <w:tc>
          <w:tcPr>
            <w:tcW w:w="960" w:type="dxa"/>
          </w:tcPr>
          <w:p w14:paraId="2C30D75B" w14:textId="77777777" w:rsidR="00A2249A" w:rsidRDefault="0092745D">
            <w:r>
              <w:t>55.0</w:t>
            </w:r>
          </w:p>
        </w:tc>
        <w:tc>
          <w:tcPr>
            <w:tcW w:w="960" w:type="dxa"/>
          </w:tcPr>
          <w:p w14:paraId="68C28AC8" w14:textId="77777777" w:rsidR="00A2249A" w:rsidRDefault="0092745D">
            <w:r>
              <w:t>49.1</w:t>
            </w:r>
          </w:p>
        </w:tc>
      </w:tr>
      <w:tr w:rsidR="00A2249A" w14:paraId="31D83A11" w14:textId="77777777">
        <w:trPr>
          <w:jc w:val="center"/>
        </w:trPr>
        <w:tc>
          <w:tcPr>
            <w:tcW w:w="960" w:type="dxa"/>
          </w:tcPr>
          <w:p w14:paraId="313A3B98" w14:textId="77777777" w:rsidR="00A2249A" w:rsidRDefault="0092745D">
            <w:r>
              <w:t>İletişim Fakültesi</w:t>
            </w:r>
          </w:p>
        </w:tc>
        <w:tc>
          <w:tcPr>
            <w:tcW w:w="960" w:type="dxa"/>
          </w:tcPr>
          <w:p w14:paraId="220D0F9C" w14:textId="77777777" w:rsidR="00A2249A" w:rsidRDefault="0092745D">
            <w:r>
              <w:t>4</w:t>
            </w:r>
          </w:p>
        </w:tc>
        <w:tc>
          <w:tcPr>
            <w:tcW w:w="960" w:type="dxa"/>
          </w:tcPr>
          <w:p w14:paraId="6A1CA1E5" w14:textId="77777777" w:rsidR="00A2249A" w:rsidRDefault="0092745D">
            <w:r>
              <w:t>46.9</w:t>
            </w:r>
          </w:p>
        </w:tc>
        <w:tc>
          <w:tcPr>
            <w:tcW w:w="960" w:type="dxa"/>
          </w:tcPr>
          <w:p w14:paraId="677BC04E" w14:textId="77777777" w:rsidR="00A2249A" w:rsidRDefault="0092745D">
            <w:r>
              <w:t>57.1</w:t>
            </w:r>
          </w:p>
        </w:tc>
        <w:tc>
          <w:tcPr>
            <w:tcW w:w="960" w:type="dxa"/>
          </w:tcPr>
          <w:p w14:paraId="118D62AE" w14:textId="77777777" w:rsidR="00A2249A" w:rsidRDefault="0092745D">
            <w:r>
              <w:t>53.1</w:t>
            </w:r>
          </w:p>
        </w:tc>
        <w:tc>
          <w:tcPr>
            <w:tcW w:w="960" w:type="dxa"/>
          </w:tcPr>
          <w:p w14:paraId="780F67BA" w14:textId="77777777" w:rsidR="00A2249A" w:rsidRDefault="0092745D">
            <w:r>
              <w:t>42.2</w:t>
            </w:r>
          </w:p>
        </w:tc>
        <w:tc>
          <w:tcPr>
            <w:tcW w:w="960" w:type="dxa"/>
          </w:tcPr>
          <w:p w14:paraId="020B4575" w14:textId="77777777" w:rsidR="00A2249A" w:rsidRDefault="0092745D">
            <w:r>
              <w:t>50.0</w:t>
            </w:r>
          </w:p>
        </w:tc>
        <w:tc>
          <w:tcPr>
            <w:tcW w:w="960" w:type="dxa"/>
          </w:tcPr>
          <w:p w14:paraId="057448CA" w14:textId="77777777" w:rsidR="00A2249A" w:rsidRDefault="0092745D">
            <w:r>
              <w:t>32.5</w:t>
            </w:r>
          </w:p>
        </w:tc>
        <w:tc>
          <w:tcPr>
            <w:tcW w:w="960" w:type="dxa"/>
          </w:tcPr>
          <w:p w14:paraId="59191219" w14:textId="77777777" w:rsidR="00A2249A" w:rsidRDefault="0092745D">
            <w:r>
              <w:t>48.3</w:t>
            </w:r>
          </w:p>
        </w:tc>
      </w:tr>
      <w:tr w:rsidR="00A2249A" w14:paraId="3CC9D922" w14:textId="77777777">
        <w:trPr>
          <w:jc w:val="center"/>
        </w:trPr>
        <w:tc>
          <w:tcPr>
            <w:tcW w:w="960" w:type="dxa"/>
          </w:tcPr>
          <w:p w14:paraId="4F38656F" w14:textId="77777777" w:rsidR="00A2249A" w:rsidRDefault="0092745D">
            <w:r>
              <w:t>Veteriner Fakültesi</w:t>
            </w:r>
          </w:p>
        </w:tc>
        <w:tc>
          <w:tcPr>
            <w:tcW w:w="960" w:type="dxa"/>
          </w:tcPr>
          <w:p w14:paraId="41982333" w14:textId="77777777" w:rsidR="00A2249A" w:rsidRDefault="0092745D">
            <w:r>
              <w:t>3</w:t>
            </w:r>
          </w:p>
        </w:tc>
        <w:tc>
          <w:tcPr>
            <w:tcW w:w="960" w:type="dxa"/>
          </w:tcPr>
          <w:p w14:paraId="048B2722" w14:textId="77777777" w:rsidR="00A2249A" w:rsidRDefault="0092745D">
            <w:r>
              <w:t>47.2</w:t>
            </w:r>
          </w:p>
        </w:tc>
        <w:tc>
          <w:tcPr>
            <w:tcW w:w="960" w:type="dxa"/>
          </w:tcPr>
          <w:p w14:paraId="69690164" w14:textId="77777777" w:rsidR="00A2249A" w:rsidRDefault="0092745D">
            <w:r>
              <w:t>63.1</w:t>
            </w:r>
          </w:p>
        </w:tc>
        <w:tc>
          <w:tcPr>
            <w:tcW w:w="960" w:type="dxa"/>
          </w:tcPr>
          <w:p w14:paraId="7C674273" w14:textId="77777777" w:rsidR="00A2249A" w:rsidRDefault="0092745D">
            <w:r>
              <w:t>50.4</w:t>
            </w:r>
          </w:p>
        </w:tc>
        <w:tc>
          <w:tcPr>
            <w:tcW w:w="960" w:type="dxa"/>
          </w:tcPr>
          <w:p w14:paraId="206D2FEA" w14:textId="77777777" w:rsidR="00A2249A" w:rsidRDefault="0092745D">
            <w:r>
              <w:t>28.1</w:t>
            </w:r>
          </w:p>
        </w:tc>
        <w:tc>
          <w:tcPr>
            <w:tcW w:w="960" w:type="dxa"/>
          </w:tcPr>
          <w:p w14:paraId="17D3DA7C" w14:textId="77777777" w:rsidR="00A2249A" w:rsidRDefault="0092745D">
            <w:r>
              <w:t>48.8</w:t>
            </w:r>
          </w:p>
        </w:tc>
        <w:tc>
          <w:tcPr>
            <w:tcW w:w="960" w:type="dxa"/>
          </w:tcPr>
          <w:p w14:paraId="35717C8C" w14:textId="77777777" w:rsidR="00A2249A" w:rsidRDefault="0092745D">
            <w:r>
              <w:t>41.7</w:t>
            </w:r>
          </w:p>
        </w:tc>
        <w:tc>
          <w:tcPr>
            <w:tcW w:w="960" w:type="dxa"/>
          </w:tcPr>
          <w:p w14:paraId="5DC3D4DC" w14:textId="77777777" w:rsidR="00A2249A" w:rsidRDefault="0092745D">
            <w:r>
              <w:t>46.9</w:t>
            </w:r>
          </w:p>
        </w:tc>
      </w:tr>
      <w:tr w:rsidR="00A2249A" w14:paraId="0AA9C438" w14:textId="77777777">
        <w:trPr>
          <w:jc w:val="center"/>
        </w:trPr>
        <w:tc>
          <w:tcPr>
            <w:tcW w:w="960" w:type="dxa"/>
          </w:tcPr>
          <w:p w14:paraId="269BC5B2" w14:textId="77777777" w:rsidR="00A2249A" w:rsidRDefault="0092745D">
            <w:r>
              <w:t>İktisadi ve İdari Bilimler Fakültesi</w:t>
            </w:r>
          </w:p>
        </w:tc>
        <w:tc>
          <w:tcPr>
            <w:tcW w:w="960" w:type="dxa"/>
          </w:tcPr>
          <w:p w14:paraId="40FBF70F" w14:textId="77777777" w:rsidR="00A2249A" w:rsidRDefault="0092745D">
            <w:r>
              <w:t>11</w:t>
            </w:r>
          </w:p>
        </w:tc>
        <w:tc>
          <w:tcPr>
            <w:tcW w:w="960" w:type="dxa"/>
          </w:tcPr>
          <w:p w14:paraId="1D41D989" w14:textId="77777777" w:rsidR="00A2249A" w:rsidRDefault="0092745D">
            <w:r>
              <w:t>69.3</w:t>
            </w:r>
          </w:p>
        </w:tc>
        <w:tc>
          <w:tcPr>
            <w:tcW w:w="960" w:type="dxa"/>
          </w:tcPr>
          <w:p w14:paraId="02432382" w14:textId="77777777" w:rsidR="00A2249A" w:rsidRDefault="0092745D">
            <w:r>
              <w:t>58.4</w:t>
            </w:r>
          </w:p>
        </w:tc>
        <w:tc>
          <w:tcPr>
            <w:tcW w:w="960" w:type="dxa"/>
          </w:tcPr>
          <w:p w14:paraId="64B5D152" w14:textId="77777777" w:rsidR="00A2249A" w:rsidRDefault="0092745D">
            <w:r>
              <w:t>47.5</w:t>
            </w:r>
          </w:p>
        </w:tc>
        <w:tc>
          <w:tcPr>
            <w:tcW w:w="960" w:type="dxa"/>
          </w:tcPr>
          <w:p w14:paraId="2E2C1F3E" w14:textId="77777777" w:rsidR="00A2249A" w:rsidRDefault="0092745D">
            <w:r>
              <w:t>35.2</w:t>
            </w:r>
          </w:p>
        </w:tc>
        <w:tc>
          <w:tcPr>
            <w:tcW w:w="960" w:type="dxa"/>
          </w:tcPr>
          <w:p w14:paraId="6DB75FF1" w14:textId="77777777" w:rsidR="00A2249A" w:rsidRDefault="0092745D">
            <w:r>
              <w:t>42.2</w:t>
            </w:r>
          </w:p>
        </w:tc>
        <w:tc>
          <w:tcPr>
            <w:tcW w:w="960" w:type="dxa"/>
          </w:tcPr>
          <w:p w14:paraId="2EE89943" w14:textId="77777777" w:rsidR="00A2249A" w:rsidRDefault="0092745D">
            <w:r>
              <w:t>30.0</w:t>
            </w:r>
          </w:p>
        </w:tc>
        <w:tc>
          <w:tcPr>
            <w:tcW w:w="960" w:type="dxa"/>
          </w:tcPr>
          <w:p w14:paraId="2C4C6ACB" w14:textId="77777777" w:rsidR="00A2249A" w:rsidRDefault="0092745D">
            <w:r>
              <w:t>46.5</w:t>
            </w:r>
          </w:p>
        </w:tc>
      </w:tr>
    </w:tbl>
    <w:p w14:paraId="2DD93CFC" w14:textId="77B50A1B" w:rsidR="00A2249A" w:rsidRDefault="0092745D">
      <w:pPr>
        <w:spacing w:before="120" w:after="240"/>
        <w:ind w:left="240"/>
      </w:pPr>
      <w:r>
        <w:rPr>
          <w:b/>
          <w:i/>
        </w:rPr>
        <w:t>Not: Tabloda kullanılan kısaltmalar:</w:t>
      </w:r>
      <w:r>
        <w:rPr>
          <w:b/>
          <w:i/>
        </w:rPr>
        <w:br/>
      </w:r>
      <w:r>
        <w:t>BY: Birim Yönetimi</w:t>
      </w:r>
      <w:r>
        <w:br/>
        <w:t>ÜY: Üst Yönetim</w:t>
      </w:r>
      <w:r>
        <w:br/>
        <w:t>EÖH: Eğitim Öğretim Hizmetleri</w:t>
      </w:r>
      <w:r>
        <w:br/>
        <w:t>ARGE: Araştırma Geliştirme</w:t>
      </w:r>
      <w:r>
        <w:br/>
        <w:t>İDH: İdari Hizmetler</w:t>
      </w:r>
      <w:r>
        <w:br/>
        <w:t>TK: Toplumsal Katkı</w:t>
      </w:r>
    </w:p>
    <w:p w14:paraId="50632803" w14:textId="77777777" w:rsidR="003B6765" w:rsidRDefault="003B6765">
      <w:pPr>
        <w:spacing w:before="120" w:after="240"/>
        <w:ind w:left="240"/>
      </w:pPr>
    </w:p>
    <w:p w14:paraId="7EFB7E1E" w14:textId="7BA1CACC" w:rsidR="003B6765" w:rsidRDefault="003B6765" w:rsidP="003B6765">
      <w:pPr>
        <w:pStyle w:val="Balk3"/>
      </w:pPr>
      <w:r>
        <w:t xml:space="preserve">3.3. </w:t>
      </w:r>
      <w:proofErr w:type="spellStart"/>
      <w:r>
        <w:t>Kategorilere</w:t>
      </w:r>
      <w:proofErr w:type="spellEnd"/>
      <w:r>
        <w:t xml:space="preserve"> Göre </w:t>
      </w:r>
      <w:proofErr w:type="spellStart"/>
      <w:r>
        <w:t>Memnuniyet</w:t>
      </w:r>
      <w:proofErr w:type="spellEnd"/>
      <w:r>
        <w:t xml:space="preserve"> </w:t>
      </w:r>
      <w:proofErr w:type="spellStart"/>
      <w:r>
        <w:t>Dağılım</w:t>
      </w:r>
      <w:proofErr w:type="spellEnd"/>
      <w:r>
        <w:t xml:space="preserve"> </w:t>
      </w:r>
      <w:proofErr w:type="spellStart"/>
      <w:r>
        <w:t>Yüzdeleri</w:t>
      </w:r>
      <w:proofErr w:type="spellEnd"/>
    </w:p>
    <w:p w14:paraId="6838256B" w14:textId="1AA7E63A" w:rsidR="003B6765" w:rsidRPr="003B6765" w:rsidRDefault="003B6765" w:rsidP="003B6765">
      <w:r>
        <w:rPr>
          <w:noProof/>
        </w:rPr>
        <w:drawing>
          <wp:inline distT="0" distB="0" distL="0" distR="0" wp14:anchorId="26DDB835" wp14:editId="10D5F843">
            <wp:extent cx="5486400" cy="3100705"/>
            <wp:effectExtent l="0" t="0" r="0" b="4445"/>
            <wp:docPr id="385156513" name="Resim 1" descr="dikdörtgen, ekran görüntüsü, kare, diyagra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156513" name="Resim 1" descr="dikdörtgen, ekran görüntüsü, kare, diyagram içeren bir resim&#10;&#10;Yapay zeka tarafından oluşturulmuş içerik yanlış olabili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3100705"/>
                    </a:xfrm>
                    <a:prstGeom prst="rect">
                      <a:avLst/>
                    </a:prstGeom>
                    <a:noFill/>
                    <a:ln>
                      <a:noFill/>
                    </a:ln>
                  </pic:spPr>
                </pic:pic>
              </a:graphicData>
            </a:graphic>
          </wp:inline>
        </w:drawing>
      </w:r>
    </w:p>
    <w:p w14:paraId="14954A48" w14:textId="77777777" w:rsidR="003B6765" w:rsidRDefault="003B6765">
      <w:pPr>
        <w:spacing w:before="120" w:after="240"/>
        <w:ind w:left="240"/>
      </w:pPr>
    </w:p>
    <w:p w14:paraId="05219CC9" w14:textId="00D1700E" w:rsidR="00512EE4" w:rsidRDefault="00512EE4" w:rsidP="00512EE4">
      <w:pPr>
        <w:pStyle w:val="Balk3"/>
      </w:pPr>
      <w:r>
        <w:lastRenderedPageBreak/>
        <w:t xml:space="preserve">3.3. </w:t>
      </w:r>
      <w:proofErr w:type="spellStart"/>
      <w:r>
        <w:t>Birimlere</w:t>
      </w:r>
      <w:proofErr w:type="spellEnd"/>
      <w:r>
        <w:t xml:space="preserve"> </w:t>
      </w:r>
      <w:proofErr w:type="spellStart"/>
      <w:r>
        <w:t>Göre</w:t>
      </w:r>
      <w:proofErr w:type="spellEnd"/>
      <w:r>
        <w:t xml:space="preserve"> </w:t>
      </w:r>
      <w:proofErr w:type="spellStart"/>
      <w:r>
        <w:t>Memnuniyet</w:t>
      </w:r>
      <w:proofErr w:type="spellEnd"/>
      <w:r>
        <w:t xml:space="preserve"> </w:t>
      </w:r>
      <w:proofErr w:type="spellStart"/>
      <w:r>
        <w:t>Skoru</w:t>
      </w:r>
      <w:proofErr w:type="spellEnd"/>
      <w:r>
        <w:t xml:space="preserve"> </w:t>
      </w:r>
      <w:proofErr w:type="spellStart"/>
      <w:r>
        <w:t>Karşılaştırmaları</w:t>
      </w:r>
      <w:proofErr w:type="spellEnd"/>
    </w:p>
    <w:p w14:paraId="4D245019" w14:textId="77777777" w:rsidR="00512EE4" w:rsidRDefault="00512EE4">
      <w:pPr>
        <w:spacing w:before="120" w:after="240"/>
        <w:ind w:left="240"/>
      </w:pPr>
    </w:p>
    <w:p w14:paraId="514DC284" w14:textId="6EA212A3" w:rsidR="00512EE4" w:rsidRDefault="00512EE4">
      <w:pPr>
        <w:pStyle w:val="Balk2"/>
      </w:pPr>
      <w:r>
        <w:rPr>
          <w:noProof/>
        </w:rPr>
        <w:drawing>
          <wp:inline distT="0" distB="0" distL="0" distR="0" wp14:anchorId="0B058B4B" wp14:editId="0DFF30AC">
            <wp:extent cx="5486400" cy="3895725"/>
            <wp:effectExtent l="0" t="0" r="0" b="9525"/>
            <wp:docPr id="591547895" name="Resim 2" descr="metin, ekran görüntüsü, renklilik,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47895" name="Resim 2" descr="metin, ekran görüntüsü, renklilik, çizgi içeren bir resim&#10;&#10;Yapay zeka tarafından oluşturulmuş içerik yanlış olabili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895725"/>
                    </a:xfrm>
                    <a:prstGeom prst="rect">
                      <a:avLst/>
                    </a:prstGeom>
                    <a:noFill/>
                    <a:ln>
                      <a:noFill/>
                    </a:ln>
                  </pic:spPr>
                </pic:pic>
              </a:graphicData>
            </a:graphic>
          </wp:inline>
        </w:drawing>
      </w:r>
    </w:p>
    <w:p w14:paraId="02056292" w14:textId="1B4F6E78" w:rsidR="00A2249A" w:rsidRDefault="0092745D">
      <w:pPr>
        <w:pStyle w:val="Balk2"/>
      </w:pPr>
      <w:r>
        <w:t>4. Açık Uçlu Yanıtların Analizi</w:t>
      </w:r>
    </w:p>
    <w:p w14:paraId="23A33868" w14:textId="70C5F627" w:rsidR="00A2249A" w:rsidRDefault="0092745D">
      <w:r>
        <w:t xml:space="preserve">Bu bölümde, anketteki 'Diğer: Belirtmek istediğiniz diğer hususları lütfen kısaca yazınız' sorusuna verilen yanıtların analizi sunulmaktadır. Toplam </w:t>
      </w:r>
      <w:r w:rsidR="00545EE2">
        <w:t>35</w:t>
      </w:r>
      <w:r>
        <w:t xml:space="preserve"> katılımcı bu soruya yanıt vermiştir.</w:t>
      </w:r>
    </w:p>
    <w:p w14:paraId="47B7BE8E" w14:textId="77777777" w:rsidR="00A2249A" w:rsidRDefault="0092745D">
      <w:pPr>
        <w:pStyle w:val="Balk3"/>
      </w:pPr>
      <w:r>
        <w:t>4.1. Açık Uçlu Yanıtların Kelime Bulutu</w:t>
      </w:r>
    </w:p>
    <w:p w14:paraId="6F163715" w14:textId="77777777" w:rsidR="00A2249A" w:rsidRDefault="0092745D">
      <w:r>
        <w:t>Aşağıdaki kelime bulutu, katılımcıların açık uçlu sorulara verdiği yanıtlarda en sık kullanılan kelimeleri göstermektedir. Daha büyük gösterilen kelimeler, daha sık kullanılmıştır.</w:t>
      </w:r>
    </w:p>
    <w:p w14:paraId="424C173E" w14:textId="77777777" w:rsidR="00A2249A" w:rsidRDefault="0092745D">
      <w:r>
        <w:rPr>
          <w:noProof/>
        </w:rPr>
        <w:lastRenderedPageBreak/>
        <w:drawing>
          <wp:inline distT="0" distB="0" distL="0" distR="0" wp14:anchorId="0A460D71" wp14:editId="3C7E4EB7">
            <wp:extent cx="54864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486400" cy="2743200"/>
                    </a:xfrm>
                    <a:prstGeom prst="rect">
                      <a:avLst/>
                    </a:prstGeom>
                  </pic:spPr>
                </pic:pic>
              </a:graphicData>
            </a:graphic>
          </wp:inline>
        </w:drawing>
      </w:r>
    </w:p>
    <w:p w14:paraId="6EFD97D8" w14:textId="4EC5C298" w:rsidR="00A2249A" w:rsidRDefault="00A2249A"/>
    <w:p w14:paraId="11B7304F" w14:textId="38812DC5" w:rsidR="00A2249A" w:rsidRDefault="00A2249A">
      <w:pPr>
        <w:pStyle w:val="Balk3"/>
      </w:pPr>
    </w:p>
    <w:sectPr w:rsidR="00A2249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51072933">
    <w:abstractNumId w:val="8"/>
  </w:num>
  <w:num w:numId="2" w16cid:durableId="333338730">
    <w:abstractNumId w:val="6"/>
  </w:num>
  <w:num w:numId="3" w16cid:durableId="1011879312">
    <w:abstractNumId w:val="5"/>
  </w:num>
  <w:num w:numId="4" w16cid:durableId="851991727">
    <w:abstractNumId w:val="4"/>
  </w:num>
  <w:num w:numId="5" w16cid:durableId="1336225343">
    <w:abstractNumId w:val="7"/>
  </w:num>
  <w:num w:numId="6" w16cid:durableId="808131109">
    <w:abstractNumId w:val="3"/>
  </w:num>
  <w:num w:numId="7" w16cid:durableId="1065909249">
    <w:abstractNumId w:val="2"/>
  </w:num>
  <w:num w:numId="8" w16cid:durableId="1183933823">
    <w:abstractNumId w:val="1"/>
  </w:num>
  <w:num w:numId="9" w16cid:durableId="2116945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2D96"/>
    <w:rsid w:val="0015074B"/>
    <w:rsid w:val="0029639D"/>
    <w:rsid w:val="00326F90"/>
    <w:rsid w:val="003B6765"/>
    <w:rsid w:val="00512EE4"/>
    <w:rsid w:val="00545EE2"/>
    <w:rsid w:val="00563219"/>
    <w:rsid w:val="00570F99"/>
    <w:rsid w:val="0062196B"/>
    <w:rsid w:val="0092745D"/>
    <w:rsid w:val="00A2249A"/>
    <w:rsid w:val="00AA1D8D"/>
    <w:rsid w:val="00AD2C92"/>
    <w:rsid w:val="00B47730"/>
    <w:rsid w:val="00CB0664"/>
    <w:rsid w:val="00CF5627"/>
    <w:rsid w:val="00D339EF"/>
    <w:rsid w:val="00E303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0123FC"/>
  <w14:defaultImageDpi w14:val="300"/>
  <w15:docId w15:val="{9E9CA7B1-C538-4CB2-AB6E-98698A3E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550</Words>
  <Characters>3135</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ByMRB .</cp:lastModifiedBy>
  <cp:revision>3</cp:revision>
  <dcterms:created xsi:type="dcterms:W3CDTF">2025-05-22T21:51:00Z</dcterms:created>
  <dcterms:modified xsi:type="dcterms:W3CDTF">2025-06-27T11:15:00Z</dcterms:modified>
  <cp:category/>
</cp:coreProperties>
</file>