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20BF8" w14:textId="77777777" w:rsidR="00654517" w:rsidRPr="008B7D12" w:rsidRDefault="00000000">
      <w:pPr>
        <w:pStyle w:val="KonuBal"/>
        <w:jc w:val="center"/>
        <w:rPr>
          <w:color w:val="auto"/>
        </w:rPr>
      </w:pPr>
      <w:bookmarkStart w:id="0" w:name="_Hlk203133349"/>
      <w:bookmarkEnd w:id="0"/>
      <w:r w:rsidRPr="008B7D12">
        <w:rPr>
          <w:color w:val="auto"/>
        </w:rPr>
        <w:t>DANIŞMAN DEĞERLENDİRME ANKETİ</w:t>
      </w:r>
    </w:p>
    <w:p w14:paraId="0091E45E" w14:textId="67F7C447" w:rsidR="00654517" w:rsidRPr="008B7D12" w:rsidRDefault="00000000">
      <w:pPr>
        <w:pStyle w:val="Balk1"/>
        <w:jc w:val="center"/>
        <w:rPr>
          <w:color w:val="auto"/>
        </w:rPr>
      </w:pPr>
      <w:r w:rsidRPr="008B7D12">
        <w:rPr>
          <w:color w:val="auto"/>
        </w:rPr>
        <w:t>ANALİZ RAPORU</w:t>
      </w:r>
    </w:p>
    <w:p w14:paraId="77F29143" w14:textId="77777777" w:rsidR="00654517" w:rsidRDefault="00654517"/>
    <w:p w14:paraId="1C04F954" w14:textId="77777777" w:rsidR="00537829" w:rsidRDefault="00000000" w:rsidP="00537829">
      <w:pPr>
        <w:pStyle w:val="ListeParagraf"/>
        <w:numPr>
          <w:ilvl w:val="0"/>
          <w:numId w:val="12"/>
        </w:numPr>
        <w:jc w:val="both"/>
        <w:rPr>
          <w:sz w:val="24"/>
        </w:rPr>
      </w:pPr>
      <w:proofErr w:type="spellStart"/>
      <w:r w:rsidRPr="00537829">
        <w:rPr>
          <w:sz w:val="24"/>
        </w:rPr>
        <w:t>Rapor</w:t>
      </w:r>
      <w:proofErr w:type="spellEnd"/>
      <w:r w:rsidRPr="00537829">
        <w:rPr>
          <w:sz w:val="24"/>
        </w:rPr>
        <w:t xml:space="preserve"> Tarihi:</w:t>
      </w:r>
      <w:r w:rsidR="00537829">
        <w:rPr>
          <w:sz w:val="24"/>
        </w:rPr>
        <w:t xml:space="preserve"> </w:t>
      </w:r>
      <w:r w:rsidR="00537829" w:rsidRPr="00537829">
        <w:rPr>
          <w:sz w:val="24"/>
        </w:rPr>
        <w:t>10</w:t>
      </w:r>
      <w:r w:rsidRPr="00537829">
        <w:rPr>
          <w:sz w:val="24"/>
        </w:rPr>
        <w:t>.07.2025</w:t>
      </w:r>
    </w:p>
    <w:p w14:paraId="2636C9E5" w14:textId="63FA6B25" w:rsidR="00537829" w:rsidRPr="00537829" w:rsidRDefault="00537829" w:rsidP="00537829">
      <w:pPr>
        <w:pStyle w:val="ListeParagraf"/>
        <w:numPr>
          <w:ilvl w:val="0"/>
          <w:numId w:val="12"/>
        </w:numPr>
      </w:pPr>
      <w:proofErr w:type="spellStart"/>
      <w:r w:rsidRPr="00537829">
        <w:t>Toplam</w:t>
      </w:r>
      <w:proofErr w:type="spellEnd"/>
      <w:r w:rsidRPr="00537829">
        <w:t xml:space="preserve"> Katılımcı: 312 </w:t>
      </w:r>
      <w:proofErr w:type="spellStart"/>
      <w:r w:rsidRPr="00537829">
        <w:t>kişi</w:t>
      </w:r>
      <w:proofErr w:type="spellEnd"/>
    </w:p>
    <w:p w14:paraId="3BCB559B" w14:textId="029FEF4F" w:rsidR="00537829" w:rsidRDefault="00537829" w:rsidP="00537829">
      <w:pPr>
        <w:pStyle w:val="ListeParagraf"/>
        <w:numPr>
          <w:ilvl w:val="0"/>
          <w:numId w:val="12"/>
        </w:numPr>
      </w:pPr>
      <w:r>
        <w:t xml:space="preserve">Veri </w:t>
      </w:r>
      <w:proofErr w:type="spellStart"/>
      <w:r>
        <w:t>Toplama</w:t>
      </w:r>
      <w:proofErr w:type="spellEnd"/>
      <w:r>
        <w:t xml:space="preserve"> </w:t>
      </w:r>
      <w:proofErr w:type="spellStart"/>
      <w:r>
        <w:t>Tarihleri</w:t>
      </w:r>
      <w:proofErr w:type="spellEnd"/>
      <w:r>
        <w:t>: 05/06/2025—13/06/2025</w:t>
      </w:r>
    </w:p>
    <w:p w14:paraId="2FBBA122" w14:textId="5C7CD384" w:rsidR="00654517" w:rsidRDefault="00000000" w:rsidP="00537829">
      <w:pPr>
        <w:pStyle w:val="ListeParagraf"/>
        <w:numPr>
          <w:ilvl w:val="0"/>
          <w:numId w:val="12"/>
        </w:numPr>
      </w:pPr>
      <w:r>
        <w:t xml:space="preserve">Analiz Edilen Soru </w:t>
      </w:r>
      <w:proofErr w:type="spellStart"/>
      <w:r>
        <w:t>Sayısı</w:t>
      </w:r>
      <w:proofErr w:type="spellEnd"/>
      <w:r>
        <w:t xml:space="preserve">: 8 </w:t>
      </w:r>
      <w:proofErr w:type="spellStart"/>
      <w:r>
        <w:t>adet</w:t>
      </w:r>
      <w:proofErr w:type="spellEnd"/>
      <w:r>
        <w:br/>
      </w:r>
    </w:p>
    <w:p w14:paraId="4C216E71" w14:textId="77777777" w:rsidR="00654517" w:rsidRDefault="00000000">
      <w:r>
        <w:br w:type="page"/>
      </w:r>
    </w:p>
    <w:p w14:paraId="3996BDC4" w14:textId="77777777" w:rsidR="00654517" w:rsidRPr="008B7D12" w:rsidRDefault="00000000">
      <w:pPr>
        <w:pStyle w:val="Balk1"/>
        <w:rPr>
          <w:color w:val="auto"/>
        </w:rPr>
      </w:pPr>
      <w:r w:rsidRPr="008B7D12">
        <w:rPr>
          <w:color w:val="auto"/>
        </w:rPr>
        <w:lastRenderedPageBreak/>
        <w:t>İÇİNDEKİLER</w:t>
      </w:r>
    </w:p>
    <w:p w14:paraId="66FAE470" w14:textId="55AAF02C" w:rsidR="00654517" w:rsidRPr="008B7D12" w:rsidRDefault="00000000">
      <w:pPr>
        <w:pStyle w:val="ListeNumaras"/>
      </w:pPr>
      <w:r w:rsidRPr="008B7D12">
        <w:t xml:space="preserve"> YÖNETİCİ ÖZETİ</w:t>
      </w:r>
    </w:p>
    <w:p w14:paraId="421A8D88" w14:textId="582C98CB" w:rsidR="00654517" w:rsidRPr="008B7D12" w:rsidRDefault="00000000">
      <w:pPr>
        <w:pStyle w:val="ListeNumaras"/>
      </w:pPr>
      <w:r w:rsidRPr="008B7D12">
        <w:t>GENEL BİLGİLER</w:t>
      </w:r>
    </w:p>
    <w:p w14:paraId="0FB46304" w14:textId="39D83143" w:rsidR="00654517" w:rsidRPr="008B7D12" w:rsidRDefault="00000000">
      <w:pPr>
        <w:pStyle w:val="ListeNumaras"/>
      </w:pPr>
      <w:r w:rsidRPr="008B7D12">
        <w:t>DEMOGRAFİK ANALİZ</w:t>
      </w:r>
    </w:p>
    <w:p w14:paraId="1647444E" w14:textId="4C6877A8" w:rsidR="00654517" w:rsidRPr="008B7D12" w:rsidRDefault="00000000">
      <w:pPr>
        <w:pStyle w:val="ListeNumaras"/>
      </w:pPr>
      <w:r w:rsidRPr="008B7D12">
        <w:t>ANKET SORULARI DETAY</w:t>
      </w:r>
      <w:r w:rsidR="005A6590" w:rsidRPr="008B7D12">
        <w:t>I</w:t>
      </w:r>
    </w:p>
    <w:p w14:paraId="4714327C" w14:textId="6AE40071" w:rsidR="00654517" w:rsidRPr="008B7D12" w:rsidRDefault="00000000">
      <w:pPr>
        <w:pStyle w:val="ListeNumaras"/>
      </w:pPr>
      <w:r w:rsidRPr="008B7D12">
        <w:t>KORELASYON ANALİZİ</w:t>
      </w:r>
    </w:p>
    <w:p w14:paraId="6CE1AA31" w14:textId="275CABD2" w:rsidR="00654517" w:rsidRPr="008B7D12" w:rsidRDefault="00000000">
      <w:pPr>
        <w:pStyle w:val="ListeNumaras"/>
      </w:pPr>
      <w:r w:rsidRPr="008B7D12">
        <w:t>DEMOGRAFİK FAKTÖRLERLE İLİŞKİ</w:t>
      </w:r>
    </w:p>
    <w:p w14:paraId="284B1044" w14:textId="035390A0" w:rsidR="00654517" w:rsidRPr="008B7D12" w:rsidRDefault="00000000">
      <w:pPr>
        <w:pStyle w:val="ListeNumaras"/>
      </w:pPr>
      <w:r w:rsidRPr="008B7D12">
        <w:t>MEMNUNIYET KATEGORİ ANALİZİ</w:t>
      </w:r>
    </w:p>
    <w:p w14:paraId="62BBBAEC" w14:textId="065073D9" w:rsidR="00654517" w:rsidRPr="008B7D12" w:rsidRDefault="00000000">
      <w:pPr>
        <w:pStyle w:val="ListeNumaras"/>
      </w:pPr>
      <w:r w:rsidRPr="008B7D12">
        <w:t>PROBLEM ALANLARI</w:t>
      </w:r>
    </w:p>
    <w:p w14:paraId="58EF4375" w14:textId="6DFBCA33" w:rsidR="005A6590" w:rsidRPr="008B7D12" w:rsidRDefault="005A6590">
      <w:pPr>
        <w:pStyle w:val="ListeNumaras"/>
      </w:pPr>
      <w:r w:rsidRPr="008B7D12">
        <w:t>AKADEMİK BİRİMLERE GÖRE MEMNUNİYET DÜZEYLERİ</w:t>
      </w:r>
    </w:p>
    <w:p w14:paraId="56FECEBE" w14:textId="56BC223B" w:rsidR="00654517" w:rsidRPr="008B7D12" w:rsidRDefault="005A6590">
      <w:pPr>
        <w:pStyle w:val="ListeNumaras"/>
      </w:pPr>
      <w:r w:rsidRPr="008B7D12">
        <w:t>İSTATİSTİKSEL TESTLER</w:t>
      </w:r>
    </w:p>
    <w:p w14:paraId="084E3528" w14:textId="16149CC3" w:rsidR="00654517" w:rsidRPr="008B7D12" w:rsidRDefault="00000000">
      <w:pPr>
        <w:pStyle w:val="ListeNumaras"/>
      </w:pPr>
      <w:r w:rsidRPr="008B7D12">
        <w:t>ÖĞRENCI YORUMLARI</w:t>
      </w:r>
    </w:p>
    <w:p w14:paraId="3B59E2C0" w14:textId="7B69338A" w:rsidR="00654517" w:rsidRPr="008B7D12" w:rsidRDefault="00000000">
      <w:pPr>
        <w:pStyle w:val="ListeNumaras"/>
      </w:pPr>
      <w:r w:rsidRPr="008B7D12">
        <w:t>SONUÇ VE ÖNERİLER</w:t>
      </w:r>
    </w:p>
    <w:p w14:paraId="36AB112C" w14:textId="77777777" w:rsidR="00654517" w:rsidRDefault="00000000">
      <w:r>
        <w:br w:type="page"/>
      </w:r>
    </w:p>
    <w:p w14:paraId="5BBE8EA4" w14:textId="77777777" w:rsidR="00654517" w:rsidRPr="008B7D12" w:rsidRDefault="00000000">
      <w:pPr>
        <w:pStyle w:val="Balk1"/>
        <w:rPr>
          <w:color w:val="auto"/>
        </w:rPr>
      </w:pPr>
      <w:r w:rsidRPr="008B7D12">
        <w:rPr>
          <w:color w:val="auto"/>
        </w:rPr>
        <w:lastRenderedPageBreak/>
        <w:t>1. YÖNETİCİ ÖZETİ</w:t>
      </w:r>
    </w:p>
    <w:p w14:paraId="38730943" w14:textId="63C0621F" w:rsidR="00654517" w:rsidRDefault="00000000">
      <w:r w:rsidRPr="008B7D12">
        <w:br/>
        <w:t xml:space="preserve">    Bu </w:t>
      </w:r>
      <w:proofErr w:type="spellStart"/>
      <w:r w:rsidRPr="008B7D12">
        <w:t>rapor</w:t>
      </w:r>
      <w:proofErr w:type="spellEnd"/>
      <w:r w:rsidRPr="008B7D12">
        <w:t xml:space="preserve">, 312 </w:t>
      </w:r>
      <w:proofErr w:type="spellStart"/>
      <w:r w:rsidRPr="008B7D12">
        <w:t>öğrencinin</w:t>
      </w:r>
      <w:proofErr w:type="spellEnd"/>
      <w:r w:rsidRPr="008B7D12">
        <w:t xml:space="preserve"> </w:t>
      </w:r>
      <w:proofErr w:type="spellStart"/>
      <w:r w:rsidRPr="008B7D12">
        <w:t>katılımıyla</w:t>
      </w:r>
      <w:proofErr w:type="spellEnd"/>
      <w:r w:rsidRPr="008B7D12">
        <w:t xml:space="preserve"> </w:t>
      </w:r>
      <w:proofErr w:type="spellStart"/>
      <w:r w:rsidRPr="008B7D12">
        <w:t>gerçekleştirilen</w:t>
      </w:r>
      <w:proofErr w:type="spellEnd"/>
      <w:r w:rsidRPr="008B7D12">
        <w:t xml:space="preserve"> </w:t>
      </w:r>
      <w:proofErr w:type="spellStart"/>
      <w:r w:rsidRPr="008B7D12">
        <w:t>Danışman</w:t>
      </w:r>
      <w:proofErr w:type="spellEnd"/>
      <w:r w:rsidRPr="008B7D12">
        <w:t xml:space="preserve"> </w:t>
      </w:r>
      <w:proofErr w:type="spellStart"/>
      <w:r w:rsidRPr="008B7D12">
        <w:t>Değerlendirme</w:t>
      </w:r>
      <w:proofErr w:type="spellEnd"/>
      <w:r w:rsidRPr="008B7D12">
        <w:t xml:space="preserve"> </w:t>
      </w:r>
      <w:proofErr w:type="spellStart"/>
      <w:r w:rsidRPr="008B7D12">
        <w:t>Anketi'nin</w:t>
      </w:r>
      <w:proofErr w:type="spellEnd"/>
      <w:r w:rsidRPr="008B7D12">
        <w:t xml:space="preserve"> </w:t>
      </w:r>
      <w:r w:rsidRPr="008B7D12">
        <w:br/>
        <w:t xml:space="preserve">    </w:t>
      </w:r>
      <w:proofErr w:type="spellStart"/>
      <w:r w:rsidRPr="008B7D12">
        <w:t>kapsamlı</w:t>
      </w:r>
      <w:proofErr w:type="spellEnd"/>
      <w:r w:rsidRPr="008B7D12">
        <w:t xml:space="preserve"> </w:t>
      </w:r>
      <w:proofErr w:type="spellStart"/>
      <w:r w:rsidRPr="008B7D12">
        <w:t>istatistiksel</w:t>
      </w:r>
      <w:proofErr w:type="spellEnd"/>
      <w:r w:rsidRPr="008B7D12">
        <w:t xml:space="preserve"> </w:t>
      </w:r>
      <w:proofErr w:type="spellStart"/>
      <w:r w:rsidRPr="008B7D12">
        <w:t>analizini</w:t>
      </w:r>
      <w:proofErr w:type="spellEnd"/>
      <w:r w:rsidRPr="008B7D12">
        <w:t xml:space="preserve"> </w:t>
      </w:r>
      <w:proofErr w:type="spellStart"/>
      <w:r w:rsidRPr="008B7D12">
        <w:t>sunmaktadır</w:t>
      </w:r>
      <w:proofErr w:type="spellEnd"/>
      <w:r w:rsidRPr="008B7D12">
        <w:t>.</w:t>
      </w:r>
      <w:r w:rsidRPr="008B7D12">
        <w:br/>
        <w:t xml:space="preserve">    </w:t>
      </w:r>
      <w:r w:rsidRPr="008B7D12">
        <w:br/>
        <w:t xml:space="preserve">     TEMEL BULGULAR:</w:t>
      </w:r>
      <w:r w:rsidRPr="008B7D12">
        <w:br/>
        <w:t xml:space="preserve">    • Genel </w:t>
      </w:r>
      <w:proofErr w:type="spellStart"/>
      <w:r w:rsidRPr="008B7D12">
        <w:t>memnuniyet</w:t>
      </w:r>
      <w:proofErr w:type="spellEnd"/>
      <w:r w:rsidRPr="008B7D12">
        <w:t xml:space="preserve"> </w:t>
      </w:r>
      <w:proofErr w:type="spellStart"/>
      <w:r w:rsidRPr="008B7D12">
        <w:t>skoru</w:t>
      </w:r>
      <w:proofErr w:type="spellEnd"/>
      <w:r w:rsidRPr="008B7D12">
        <w:t xml:space="preserve">: 78.3/100 (İyi </w:t>
      </w:r>
      <w:proofErr w:type="spellStart"/>
      <w:r w:rsidRPr="008B7D12">
        <w:t>seviye</w:t>
      </w:r>
      <w:proofErr w:type="spellEnd"/>
      <w:r w:rsidRPr="008B7D12">
        <w:t>)</w:t>
      </w:r>
      <w:r w:rsidRPr="008B7D12">
        <w:br/>
        <w:t xml:space="preserve">    • En </w:t>
      </w:r>
      <w:proofErr w:type="spellStart"/>
      <w:r w:rsidRPr="008B7D12">
        <w:t>yüksek</w:t>
      </w:r>
      <w:proofErr w:type="spellEnd"/>
      <w:r w:rsidRPr="008B7D12">
        <w:t xml:space="preserve"> </w:t>
      </w:r>
      <w:proofErr w:type="spellStart"/>
      <w:r w:rsidRPr="008B7D12">
        <w:t>puan</w:t>
      </w:r>
      <w:proofErr w:type="spellEnd"/>
      <w:r w:rsidRPr="008B7D12">
        <w:t xml:space="preserve">: Ders </w:t>
      </w:r>
      <w:proofErr w:type="spellStart"/>
      <w:r w:rsidRPr="008B7D12">
        <w:t>Seçimi</w:t>
      </w:r>
      <w:proofErr w:type="spellEnd"/>
      <w:r w:rsidRPr="008B7D12">
        <w:t xml:space="preserve"> </w:t>
      </w:r>
      <w:proofErr w:type="spellStart"/>
      <w:r w:rsidRPr="008B7D12">
        <w:t>Desteği</w:t>
      </w:r>
      <w:proofErr w:type="spellEnd"/>
      <w:r w:rsidRPr="008B7D12">
        <w:t xml:space="preserve"> (81.1/100)</w:t>
      </w:r>
      <w:r w:rsidRPr="008B7D12">
        <w:br/>
        <w:t xml:space="preserve">    • En </w:t>
      </w:r>
      <w:proofErr w:type="spellStart"/>
      <w:r w:rsidRPr="008B7D12">
        <w:t>düşük</w:t>
      </w:r>
      <w:proofErr w:type="spellEnd"/>
      <w:r w:rsidRPr="008B7D12">
        <w:t xml:space="preserve"> </w:t>
      </w:r>
      <w:proofErr w:type="spellStart"/>
      <w:r w:rsidRPr="008B7D12">
        <w:t>puan</w:t>
      </w:r>
      <w:proofErr w:type="spellEnd"/>
      <w:r w:rsidRPr="008B7D12">
        <w:t xml:space="preserve">: </w:t>
      </w:r>
      <w:proofErr w:type="spellStart"/>
      <w:r w:rsidRPr="008B7D12">
        <w:t>Kişisel</w:t>
      </w:r>
      <w:proofErr w:type="spellEnd"/>
      <w:r w:rsidRPr="008B7D12">
        <w:t xml:space="preserve"> </w:t>
      </w:r>
      <w:proofErr w:type="spellStart"/>
      <w:r w:rsidRPr="008B7D12">
        <w:t>Gelişim</w:t>
      </w:r>
      <w:proofErr w:type="spellEnd"/>
      <w:r w:rsidRPr="008B7D12">
        <w:t xml:space="preserve"> (75.2/100)</w:t>
      </w:r>
      <w:r w:rsidRPr="008B7D12">
        <w:br/>
        <w:t xml:space="preserve">    • </w:t>
      </w:r>
      <w:proofErr w:type="spellStart"/>
      <w:r w:rsidRPr="008B7D12">
        <w:t>Katılımcıların</w:t>
      </w:r>
      <w:proofErr w:type="spellEnd"/>
      <w:r w:rsidRPr="008B7D12">
        <w:t xml:space="preserve"> %59'u </w:t>
      </w:r>
      <w:proofErr w:type="spellStart"/>
      <w:r w:rsidRPr="008B7D12">
        <w:t>çok</w:t>
      </w:r>
      <w:proofErr w:type="spellEnd"/>
      <w:r w:rsidRPr="008B7D12">
        <w:t xml:space="preserve"> </w:t>
      </w:r>
      <w:proofErr w:type="spellStart"/>
      <w:r w:rsidRPr="008B7D12">
        <w:t>yüksek</w:t>
      </w:r>
      <w:proofErr w:type="spellEnd"/>
      <w:r w:rsidRPr="008B7D12">
        <w:t xml:space="preserve"> </w:t>
      </w:r>
      <w:proofErr w:type="spellStart"/>
      <w:r w:rsidRPr="008B7D12">
        <w:t>memnuniyet</w:t>
      </w:r>
      <w:proofErr w:type="spellEnd"/>
      <w:r w:rsidRPr="008B7D12">
        <w:t xml:space="preserve"> (80-100 </w:t>
      </w:r>
      <w:proofErr w:type="spellStart"/>
      <w:r w:rsidRPr="008B7D12">
        <w:t>puan</w:t>
      </w:r>
      <w:proofErr w:type="spellEnd"/>
      <w:r w:rsidRPr="008B7D12">
        <w:t>)</w:t>
      </w:r>
      <w:r w:rsidRPr="008B7D12">
        <w:br/>
        <w:t xml:space="preserve">    </w:t>
      </w:r>
      <w:r w:rsidRPr="008B7D12">
        <w:br/>
        <w:t xml:space="preserve">     KRİTİK BULGULAR:</w:t>
      </w:r>
      <w:r w:rsidRPr="008B7D12">
        <w:br/>
        <w:t xml:space="preserve">    • %22.4 </w:t>
      </w:r>
      <w:proofErr w:type="spellStart"/>
      <w:r w:rsidRPr="008B7D12">
        <w:t>oranında</w:t>
      </w:r>
      <w:proofErr w:type="spellEnd"/>
      <w:r w:rsidRPr="008B7D12">
        <w:t xml:space="preserve"> </w:t>
      </w:r>
      <w:proofErr w:type="spellStart"/>
      <w:r w:rsidRPr="008B7D12">
        <w:t>düşük</w:t>
      </w:r>
      <w:proofErr w:type="spellEnd"/>
      <w:r w:rsidRPr="008B7D12">
        <w:t xml:space="preserve"> </w:t>
      </w:r>
      <w:proofErr w:type="spellStart"/>
      <w:r w:rsidRPr="008B7D12">
        <w:t>memnuniyet</w:t>
      </w:r>
      <w:proofErr w:type="spellEnd"/>
      <w:r w:rsidRPr="008B7D12">
        <w:t xml:space="preserve"> (60/100'ün </w:t>
      </w:r>
      <w:proofErr w:type="spellStart"/>
      <w:r w:rsidRPr="008B7D12">
        <w:t>altı</w:t>
      </w:r>
      <w:proofErr w:type="spellEnd"/>
      <w:r w:rsidRPr="008B7D12">
        <w:t>)</w:t>
      </w:r>
      <w:r w:rsidRPr="008B7D12">
        <w:br/>
        <w:t xml:space="preserve">    • En </w:t>
      </w:r>
      <w:proofErr w:type="spellStart"/>
      <w:r w:rsidRPr="008B7D12">
        <w:t>problemli</w:t>
      </w:r>
      <w:proofErr w:type="spellEnd"/>
      <w:r w:rsidRPr="008B7D12">
        <w:t xml:space="preserve"> </w:t>
      </w:r>
      <w:proofErr w:type="spellStart"/>
      <w:r w:rsidRPr="008B7D12">
        <w:t>alan</w:t>
      </w:r>
      <w:proofErr w:type="spellEnd"/>
      <w:r w:rsidRPr="008B7D12">
        <w:t xml:space="preserve">: </w:t>
      </w:r>
      <w:proofErr w:type="spellStart"/>
      <w:r w:rsidR="005A6590" w:rsidRPr="008B7D12">
        <w:t>Kişisel</w:t>
      </w:r>
      <w:proofErr w:type="spellEnd"/>
      <w:r w:rsidR="005A6590" w:rsidRPr="008B7D12">
        <w:t xml:space="preserve"> </w:t>
      </w:r>
      <w:proofErr w:type="spellStart"/>
      <w:r w:rsidR="005A6590" w:rsidRPr="008B7D12">
        <w:t>Gelişim</w:t>
      </w:r>
      <w:proofErr w:type="spellEnd"/>
      <w:r w:rsidR="005A6590" w:rsidRPr="008B7D12">
        <w:t xml:space="preserve"> </w:t>
      </w:r>
      <w:proofErr w:type="spellStart"/>
      <w:r w:rsidR="005A6590" w:rsidRPr="008B7D12">
        <w:t>ve</w:t>
      </w:r>
      <w:r w:rsidRPr="008B7D12">
        <w:t>Akademik</w:t>
      </w:r>
      <w:proofErr w:type="spellEnd"/>
      <w:r w:rsidRPr="008B7D12">
        <w:t xml:space="preserve"> </w:t>
      </w:r>
      <w:proofErr w:type="spellStart"/>
      <w:r w:rsidRPr="008B7D12">
        <w:t>Takip</w:t>
      </w:r>
      <w:proofErr w:type="spellEnd"/>
      <w:r w:rsidRPr="008B7D12">
        <w:t xml:space="preserve"> </w:t>
      </w:r>
      <w:r w:rsidRPr="008B7D12">
        <w:br/>
        <w:t xml:space="preserve">    • GNO </w:t>
      </w:r>
      <w:proofErr w:type="spellStart"/>
      <w:r w:rsidRPr="008B7D12">
        <w:t>grupları</w:t>
      </w:r>
      <w:proofErr w:type="spellEnd"/>
      <w:r w:rsidRPr="008B7D12">
        <w:t xml:space="preserve"> </w:t>
      </w:r>
      <w:proofErr w:type="spellStart"/>
      <w:r w:rsidRPr="008B7D12">
        <w:t>arasında</w:t>
      </w:r>
      <w:proofErr w:type="spellEnd"/>
      <w:r w:rsidRPr="008B7D12">
        <w:t xml:space="preserve"> </w:t>
      </w:r>
      <w:proofErr w:type="spellStart"/>
      <w:r w:rsidRPr="008B7D12">
        <w:t>anlamlı</w:t>
      </w:r>
      <w:proofErr w:type="spellEnd"/>
      <w:r w:rsidRPr="008B7D12">
        <w:t xml:space="preserve"> fark </w:t>
      </w:r>
      <w:proofErr w:type="spellStart"/>
      <w:r w:rsidRPr="008B7D12">
        <w:t>bulunmuştur</w:t>
      </w:r>
      <w:proofErr w:type="spellEnd"/>
      <w:r w:rsidRPr="008B7D12">
        <w:br/>
        <w:t xml:space="preserve">    • </w:t>
      </w:r>
      <w:proofErr w:type="spellStart"/>
      <w:r w:rsidRPr="008B7D12">
        <w:t>Ölçeğin</w:t>
      </w:r>
      <w:proofErr w:type="spellEnd"/>
      <w:r w:rsidRPr="008B7D12">
        <w:t xml:space="preserve"> </w:t>
      </w:r>
      <w:proofErr w:type="spellStart"/>
      <w:r w:rsidRPr="008B7D12">
        <w:t>güvenilirliği</w:t>
      </w:r>
      <w:proofErr w:type="spellEnd"/>
      <w:r w:rsidRPr="008B7D12">
        <w:t xml:space="preserve"> </w:t>
      </w:r>
      <w:proofErr w:type="spellStart"/>
      <w:r w:rsidRPr="008B7D12">
        <w:t>mükemmel</w:t>
      </w:r>
      <w:proofErr w:type="spellEnd"/>
      <w:r w:rsidRPr="008B7D12">
        <w:t xml:space="preserve"> </w:t>
      </w:r>
      <w:proofErr w:type="spellStart"/>
      <w:r w:rsidRPr="008B7D12">
        <w:t>düzeyde</w:t>
      </w:r>
      <w:proofErr w:type="spellEnd"/>
      <w:r w:rsidRPr="008B7D12">
        <w:t xml:space="preserve"> (α=0.974)</w:t>
      </w:r>
      <w:r w:rsidRPr="008B7D12">
        <w:br/>
        <w:t xml:space="preserve">    </w:t>
      </w:r>
      <w:r w:rsidRPr="008B7D12">
        <w:br/>
        <w:t xml:space="preserve">     ÖNERİLER:</w:t>
      </w:r>
      <w:r w:rsidRPr="008B7D12">
        <w:br/>
        <w:t xml:space="preserve">    • </w:t>
      </w:r>
      <w:proofErr w:type="spellStart"/>
      <w:r w:rsidRPr="008B7D12">
        <w:t>Kişisel</w:t>
      </w:r>
      <w:proofErr w:type="spellEnd"/>
      <w:r w:rsidRPr="008B7D12">
        <w:t xml:space="preserve"> </w:t>
      </w:r>
      <w:proofErr w:type="spellStart"/>
      <w:r w:rsidRPr="008B7D12">
        <w:t>gelişim</w:t>
      </w:r>
      <w:proofErr w:type="spellEnd"/>
      <w:r w:rsidRPr="008B7D12">
        <w:t xml:space="preserve"> </w:t>
      </w:r>
      <w:proofErr w:type="spellStart"/>
      <w:r w:rsidRPr="008B7D12">
        <w:t>ve</w:t>
      </w:r>
      <w:proofErr w:type="spellEnd"/>
      <w:r w:rsidRPr="008B7D12">
        <w:t xml:space="preserve"> </w:t>
      </w:r>
      <w:proofErr w:type="spellStart"/>
      <w:r w:rsidRPr="008B7D12">
        <w:t>akademik</w:t>
      </w:r>
      <w:proofErr w:type="spellEnd"/>
      <w:r w:rsidRPr="008B7D12">
        <w:t xml:space="preserve"> </w:t>
      </w:r>
      <w:proofErr w:type="spellStart"/>
      <w:r w:rsidRPr="008B7D12">
        <w:t>takip</w:t>
      </w:r>
      <w:proofErr w:type="spellEnd"/>
      <w:r w:rsidRPr="008B7D12">
        <w:t xml:space="preserve"> </w:t>
      </w:r>
      <w:proofErr w:type="spellStart"/>
      <w:r w:rsidRPr="008B7D12">
        <w:t>alanlarında</w:t>
      </w:r>
      <w:proofErr w:type="spellEnd"/>
      <w:r w:rsidRPr="008B7D12">
        <w:t xml:space="preserve"> </w:t>
      </w:r>
      <w:proofErr w:type="spellStart"/>
      <w:r w:rsidRPr="008B7D12">
        <w:t>iyileştirme</w:t>
      </w:r>
      <w:proofErr w:type="spellEnd"/>
      <w:r w:rsidRPr="008B7D12">
        <w:br/>
        <w:t xml:space="preserve">    • </w:t>
      </w:r>
      <w:proofErr w:type="spellStart"/>
      <w:r w:rsidRPr="008B7D12">
        <w:t>Düşük</w:t>
      </w:r>
      <w:proofErr w:type="spellEnd"/>
      <w:r w:rsidRPr="008B7D12">
        <w:t xml:space="preserve"> </w:t>
      </w:r>
      <w:proofErr w:type="spellStart"/>
      <w:r w:rsidRPr="008B7D12">
        <w:t>GNO'lu</w:t>
      </w:r>
      <w:proofErr w:type="spellEnd"/>
      <w:r w:rsidRPr="008B7D12">
        <w:t xml:space="preserve"> </w:t>
      </w:r>
      <w:proofErr w:type="spellStart"/>
      <w:r w:rsidRPr="008B7D12">
        <w:t>öğrenci</w:t>
      </w:r>
      <w:proofErr w:type="spellEnd"/>
      <w:r w:rsidRPr="008B7D12">
        <w:t xml:space="preserve"> </w:t>
      </w:r>
      <w:proofErr w:type="spellStart"/>
      <w:r w:rsidRPr="008B7D12">
        <w:t>gruplarına</w:t>
      </w:r>
      <w:proofErr w:type="spellEnd"/>
      <w:r w:rsidRPr="008B7D12">
        <w:t xml:space="preserve"> </w:t>
      </w:r>
      <w:proofErr w:type="spellStart"/>
      <w:r w:rsidRPr="008B7D12">
        <w:t>özel</w:t>
      </w:r>
      <w:proofErr w:type="spellEnd"/>
      <w:r w:rsidRPr="008B7D12">
        <w:t xml:space="preserve"> </w:t>
      </w:r>
      <w:proofErr w:type="spellStart"/>
      <w:r w:rsidRPr="008B7D12">
        <w:t>dikkat</w:t>
      </w:r>
      <w:proofErr w:type="spellEnd"/>
      <w:r w:rsidRPr="008B7D12">
        <w:br/>
        <w:t xml:space="preserve">    • </w:t>
      </w:r>
      <w:proofErr w:type="spellStart"/>
      <w:r w:rsidRPr="008B7D12">
        <w:t>Danışman</w:t>
      </w:r>
      <w:proofErr w:type="spellEnd"/>
      <w:r w:rsidRPr="008B7D12">
        <w:t xml:space="preserve"> </w:t>
      </w:r>
      <w:proofErr w:type="spellStart"/>
      <w:r w:rsidRPr="008B7D12">
        <w:t>eğitim</w:t>
      </w:r>
      <w:proofErr w:type="spellEnd"/>
      <w:r w:rsidRPr="008B7D12">
        <w:t xml:space="preserve"> </w:t>
      </w:r>
      <w:proofErr w:type="spellStart"/>
      <w:r w:rsidRPr="008B7D12">
        <w:t>programlarının</w:t>
      </w:r>
      <w:proofErr w:type="spellEnd"/>
      <w:r w:rsidRPr="008B7D12">
        <w:t xml:space="preserve"> </w:t>
      </w:r>
      <w:proofErr w:type="spellStart"/>
      <w:r w:rsidRPr="008B7D12">
        <w:t>güçlendirilmesi</w:t>
      </w:r>
      <w:proofErr w:type="spellEnd"/>
      <w:r>
        <w:br/>
        <w:t xml:space="preserve">    </w:t>
      </w:r>
    </w:p>
    <w:p w14:paraId="30372775" w14:textId="77777777" w:rsidR="00654517" w:rsidRDefault="00000000">
      <w:r>
        <w:br w:type="page"/>
      </w:r>
    </w:p>
    <w:p w14:paraId="4EF17E5B" w14:textId="77777777" w:rsidR="00654517" w:rsidRPr="008B7D12" w:rsidRDefault="00000000">
      <w:pPr>
        <w:pStyle w:val="Balk1"/>
        <w:rPr>
          <w:color w:val="auto"/>
        </w:rPr>
      </w:pPr>
      <w:r w:rsidRPr="008B7D12">
        <w:rPr>
          <w:color w:val="auto"/>
        </w:rPr>
        <w:lastRenderedPageBreak/>
        <w:t>2. GENEL BİLGİLER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654517" w14:paraId="233B15C5" w14:textId="77777777">
        <w:tc>
          <w:tcPr>
            <w:tcW w:w="4320" w:type="dxa"/>
          </w:tcPr>
          <w:p w14:paraId="21895482" w14:textId="77777777" w:rsidR="00654517" w:rsidRDefault="00000000">
            <w:proofErr w:type="spellStart"/>
            <w:r>
              <w:t>Özellik</w:t>
            </w:r>
            <w:proofErr w:type="spellEnd"/>
          </w:p>
        </w:tc>
        <w:tc>
          <w:tcPr>
            <w:tcW w:w="4320" w:type="dxa"/>
          </w:tcPr>
          <w:p w14:paraId="2C7BC4D6" w14:textId="77777777" w:rsidR="00654517" w:rsidRDefault="00000000">
            <w:r>
              <w:t>Değer</w:t>
            </w:r>
          </w:p>
        </w:tc>
      </w:tr>
      <w:tr w:rsidR="00654517" w14:paraId="0AC336F4" w14:textId="77777777">
        <w:tc>
          <w:tcPr>
            <w:tcW w:w="4320" w:type="dxa"/>
          </w:tcPr>
          <w:p w14:paraId="2CBED9BE" w14:textId="77777777" w:rsidR="00654517" w:rsidRDefault="00000000">
            <w:proofErr w:type="spellStart"/>
            <w:r>
              <w:t>Toplam</w:t>
            </w:r>
            <w:proofErr w:type="spellEnd"/>
            <w:r>
              <w:t xml:space="preserve"> Katılımcı Sayısı</w:t>
            </w:r>
          </w:p>
        </w:tc>
        <w:tc>
          <w:tcPr>
            <w:tcW w:w="4320" w:type="dxa"/>
          </w:tcPr>
          <w:p w14:paraId="30B42A30" w14:textId="77777777" w:rsidR="00654517" w:rsidRDefault="00000000">
            <w:r>
              <w:t xml:space="preserve">312 </w:t>
            </w:r>
            <w:proofErr w:type="spellStart"/>
            <w:r>
              <w:t>kişi</w:t>
            </w:r>
            <w:proofErr w:type="spellEnd"/>
          </w:p>
        </w:tc>
      </w:tr>
      <w:tr w:rsidR="00654517" w14:paraId="4F0CD9A3" w14:textId="77777777">
        <w:tc>
          <w:tcPr>
            <w:tcW w:w="4320" w:type="dxa"/>
          </w:tcPr>
          <w:p w14:paraId="7E1FD500" w14:textId="77777777" w:rsidR="00654517" w:rsidRDefault="00000000">
            <w:proofErr w:type="spellStart"/>
            <w:r>
              <w:t>Anket</w:t>
            </w:r>
            <w:proofErr w:type="spellEnd"/>
            <w:r>
              <w:t xml:space="preserve"> Soru </w:t>
            </w:r>
            <w:proofErr w:type="spellStart"/>
            <w:r>
              <w:t>Sayısı</w:t>
            </w:r>
            <w:proofErr w:type="spellEnd"/>
          </w:p>
        </w:tc>
        <w:tc>
          <w:tcPr>
            <w:tcW w:w="4320" w:type="dxa"/>
          </w:tcPr>
          <w:p w14:paraId="263B6134" w14:textId="77777777" w:rsidR="00654517" w:rsidRDefault="00000000">
            <w:r>
              <w:t xml:space="preserve">8 </w:t>
            </w:r>
            <w:proofErr w:type="spellStart"/>
            <w:r>
              <w:t>adet</w:t>
            </w:r>
            <w:proofErr w:type="spellEnd"/>
            <w:r>
              <w:t xml:space="preserve"> (Likert 1-5)</w:t>
            </w:r>
          </w:p>
        </w:tc>
      </w:tr>
      <w:tr w:rsidR="00654517" w14:paraId="5EB6E65A" w14:textId="77777777">
        <w:tc>
          <w:tcPr>
            <w:tcW w:w="4320" w:type="dxa"/>
          </w:tcPr>
          <w:p w14:paraId="3B062293" w14:textId="77777777" w:rsidR="00654517" w:rsidRDefault="00000000">
            <w:proofErr w:type="spellStart"/>
            <w:r>
              <w:t>Farklı</w:t>
            </w:r>
            <w:proofErr w:type="spellEnd"/>
            <w:r>
              <w:t xml:space="preserve"> Bölüm Sayısı</w:t>
            </w:r>
          </w:p>
        </w:tc>
        <w:tc>
          <w:tcPr>
            <w:tcW w:w="4320" w:type="dxa"/>
          </w:tcPr>
          <w:p w14:paraId="75692B81" w14:textId="77777777" w:rsidR="00654517" w:rsidRDefault="00000000">
            <w:r>
              <w:t xml:space="preserve">189 </w:t>
            </w:r>
            <w:proofErr w:type="spellStart"/>
            <w:r>
              <w:t>adet</w:t>
            </w:r>
            <w:proofErr w:type="spellEnd"/>
          </w:p>
        </w:tc>
      </w:tr>
      <w:tr w:rsidR="00654517" w14:paraId="38E2F2D4" w14:textId="77777777">
        <w:tc>
          <w:tcPr>
            <w:tcW w:w="4320" w:type="dxa"/>
          </w:tcPr>
          <w:p w14:paraId="29AFF984" w14:textId="77777777" w:rsidR="00654517" w:rsidRDefault="00000000">
            <w:proofErr w:type="spellStart"/>
            <w:r>
              <w:t>Farklı</w:t>
            </w:r>
            <w:proofErr w:type="spellEnd"/>
            <w:r>
              <w:t xml:space="preserve"> Danışman Sayısı</w:t>
            </w:r>
          </w:p>
        </w:tc>
        <w:tc>
          <w:tcPr>
            <w:tcW w:w="4320" w:type="dxa"/>
          </w:tcPr>
          <w:p w14:paraId="5F04093B" w14:textId="77777777" w:rsidR="00654517" w:rsidRDefault="00000000">
            <w:r>
              <w:t xml:space="preserve">188 </w:t>
            </w:r>
            <w:proofErr w:type="spellStart"/>
            <w:r>
              <w:t>adet</w:t>
            </w:r>
            <w:proofErr w:type="spellEnd"/>
          </w:p>
        </w:tc>
      </w:tr>
      <w:tr w:rsidR="00654517" w14:paraId="6EFE51B6" w14:textId="77777777">
        <w:tc>
          <w:tcPr>
            <w:tcW w:w="4320" w:type="dxa"/>
          </w:tcPr>
          <w:p w14:paraId="758A730C" w14:textId="77777777" w:rsidR="00654517" w:rsidRDefault="00000000">
            <w:r>
              <w:t xml:space="preserve">Veri </w:t>
            </w:r>
            <w:proofErr w:type="spellStart"/>
            <w:r>
              <w:t>Toplama</w:t>
            </w:r>
            <w:proofErr w:type="spellEnd"/>
            <w:r>
              <w:t xml:space="preserve"> </w:t>
            </w:r>
            <w:proofErr w:type="spellStart"/>
            <w:r>
              <w:t>Yöntemi</w:t>
            </w:r>
            <w:proofErr w:type="spellEnd"/>
          </w:p>
        </w:tc>
        <w:tc>
          <w:tcPr>
            <w:tcW w:w="4320" w:type="dxa"/>
          </w:tcPr>
          <w:p w14:paraId="5B6C90DD" w14:textId="77777777" w:rsidR="00654517" w:rsidRDefault="00000000">
            <w:r>
              <w:t xml:space="preserve">Online </w:t>
            </w:r>
            <w:proofErr w:type="spellStart"/>
            <w:r>
              <w:t>Anket</w:t>
            </w:r>
            <w:proofErr w:type="spellEnd"/>
          </w:p>
        </w:tc>
      </w:tr>
      <w:tr w:rsidR="00654517" w14:paraId="420B7DEC" w14:textId="77777777">
        <w:tc>
          <w:tcPr>
            <w:tcW w:w="4320" w:type="dxa"/>
          </w:tcPr>
          <w:p w14:paraId="2D91B4BF" w14:textId="77777777" w:rsidR="00654517" w:rsidRDefault="00000000">
            <w:r>
              <w:t>Analiz Yöntemi</w:t>
            </w:r>
          </w:p>
        </w:tc>
        <w:tc>
          <w:tcPr>
            <w:tcW w:w="4320" w:type="dxa"/>
          </w:tcPr>
          <w:p w14:paraId="49CFC027" w14:textId="77777777" w:rsidR="00654517" w:rsidRDefault="00000000">
            <w:proofErr w:type="spellStart"/>
            <w:r>
              <w:t>Betimsel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Çıkarımsal</w:t>
            </w:r>
            <w:proofErr w:type="spellEnd"/>
            <w:r>
              <w:t xml:space="preserve"> </w:t>
            </w:r>
            <w:proofErr w:type="spellStart"/>
            <w:r>
              <w:t>İstatistik</w:t>
            </w:r>
            <w:proofErr w:type="spellEnd"/>
          </w:p>
        </w:tc>
      </w:tr>
      <w:tr w:rsidR="00654517" w14:paraId="2D83D5E1" w14:textId="77777777">
        <w:tc>
          <w:tcPr>
            <w:tcW w:w="4320" w:type="dxa"/>
          </w:tcPr>
          <w:p w14:paraId="4DEA93D6" w14:textId="77777777" w:rsidR="00654517" w:rsidRDefault="00000000">
            <w:proofErr w:type="spellStart"/>
            <w:r>
              <w:t>Güvenilirlik</w:t>
            </w:r>
            <w:proofErr w:type="spellEnd"/>
            <w:r>
              <w:t xml:space="preserve"> Katsayısı</w:t>
            </w:r>
          </w:p>
        </w:tc>
        <w:tc>
          <w:tcPr>
            <w:tcW w:w="4320" w:type="dxa"/>
          </w:tcPr>
          <w:p w14:paraId="3B364F0F" w14:textId="77777777" w:rsidR="00654517" w:rsidRDefault="00000000">
            <w:r>
              <w:t>α = 0.974 (</w:t>
            </w:r>
            <w:proofErr w:type="spellStart"/>
            <w:r>
              <w:t>Mükemmel</w:t>
            </w:r>
            <w:proofErr w:type="spellEnd"/>
            <w:r>
              <w:t>)</w:t>
            </w:r>
          </w:p>
        </w:tc>
      </w:tr>
    </w:tbl>
    <w:p w14:paraId="35B0F400" w14:textId="77777777" w:rsidR="00654517" w:rsidRDefault="00654517"/>
    <w:p w14:paraId="608D86FB" w14:textId="77777777" w:rsidR="00654517" w:rsidRPr="008B7D12" w:rsidRDefault="00000000">
      <w:pPr>
        <w:pStyle w:val="Balk2"/>
        <w:rPr>
          <w:color w:val="auto"/>
        </w:rPr>
      </w:pPr>
      <w:r w:rsidRPr="008B7D12">
        <w:rPr>
          <w:color w:val="auto"/>
        </w:rPr>
        <w:t xml:space="preserve">2.1 </w:t>
      </w:r>
      <w:proofErr w:type="spellStart"/>
      <w:r w:rsidRPr="008B7D12">
        <w:rPr>
          <w:color w:val="auto"/>
        </w:rPr>
        <w:t>Anket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Sorularının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Tanımları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75"/>
        <w:gridCol w:w="2877"/>
        <w:gridCol w:w="2878"/>
      </w:tblGrid>
      <w:tr w:rsidR="00654517" w14:paraId="58802F3E" w14:textId="77777777">
        <w:tc>
          <w:tcPr>
            <w:tcW w:w="2880" w:type="dxa"/>
          </w:tcPr>
          <w:p w14:paraId="30802300" w14:textId="77777777" w:rsidR="00654517" w:rsidRDefault="00000000">
            <w:proofErr w:type="spellStart"/>
            <w:r>
              <w:t>Kod</w:t>
            </w:r>
            <w:proofErr w:type="spellEnd"/>
          </w:p>
        </w:tc>
        <w:tc>
          <w:tcPr>
            <w:tcW w:w="2880" w:type="dxa"/>
          </w:tcPr>
          <w:p w14:paraId="3ECB8C58" w14:textId="77777777" w:rsidR="00654517" w:rsidRDefault="00000000">
            <w:proofErr w:type="spellStart"/>
            <w:r>
              <w:t>Kısa</w:t>
            </w:r>
            <w:proofErr w:type="spellEnd"/>
            <w:r>
              <w:t xml:space="preserve"> Açıklama</w:t>
            </w:r>
          </w:p>
        </w:tc>
        <w:tc>
          <w:tcPr>
            <w:tcW w:w="2880" w:type="dxa"/>
          </w:tcPr>
          <w:p w14:paraId="21D3E18A" w14:textId="77777777" w:rsidR="00654517" w:rsidRDefault="00000000">
            <w:r>
              <w:t xml:space="preserve">Tam Soru </w:t>
            </w:r>
            <w:proofErr w:type="spellStart"/>
            <w:r>
              <w:t>Metni</w:t>
            </w:r>
            <w:proofErr w:type="spellEnd"/>
          </w:p>
        </w:tc>
      </w:tr>
      <w:tr w:rsidR="00654517" w14:paraId="6E38D41F" w14:textId="77777777">
        <w:tc>
          <w:tcPr>
            <w:tcW w:w="2880" w:type="dxa"/>
          </w:tcPr>
          <w:p w14:paraId="48A13BA2" w14:textId="77777777" w:rsidR="00654517" w:rsidRDefault="00000000">
            <w:r>
              <w:t>q1</w:t>
            </w:r>
          </w:p>
        </w:tc>
        <w:tc>
          <w:tcPr>
            <w:tcW w:w="2880" w:type="dxa"/>
          </w:tcPr>
          <w:p w14:paraId="6C799515" w14:textId="77777777" w:rsidR="00654517" w:rsidRDefault="00000000">
            <w:proofErr w:type="spellStart"/>
            <w:r>
              <w:t>İletişim</w:t>
            </w:r>
            <w:proofErr w:type="spellEnd"/>
          </w:p>
        </w:tc>
        <w:tc>
          <w:tcPr>
            <w:tcW w:w="2880" w:type="dxa"/>
          </w:tcPr>
          <w:p w14:paraId="0F5941AA" w14:textId="77777777" w:rsidR="00654517" w:rsidRDefault="00000000">
            <w:proofErr w:type="spellStart"/>
            <w:r>
              <w:t>Danışmanım</w:t>
            </w:r>
            <w:proofErr w:type="spellEnd"/>
            <w:r>
              <w:t xml:space="preserve"> </w:t>
            </w:r>
            <w:proofErr w:type="spellStart"/>
            <w:r>
              <w:t>ile</w:t>
            </w:r>
            <w:proofErr w:type="spellEnd"/>
            <w:r>
              <w:t xml:space="preserve"> </w:t>
            </w:r>
            <w:proofErr w:type="spellStart"/>
            <w:r>
              <w:t>iletişim</w:t>
            </w:r>
            <w:proofErr w:type="spellEnd"/>
            <w:r>
              <w:t xml:space="preserve"> </w:t>
            </w:r>
            <w:proofErr w:type="spellStart"/>
            <w:r>
              <w:t>sorunu</w:t>
            </w:r>
            <w:proofErr w:type="spellEnd"/>
            <w:r>
              <w:t xml:space="preserve"> </w:t>
            </w:r>
            <w:proofErr w:type="spellStart"/>
            <w:r>
              <w:t>yaşamamaktayım</w:t>
            </w:r>
            <w:proofErr w:type="spellEnd"/>
          </w:p>
        </w:tc>
      </w:tr>
      <w:tr w:rsidR="00654517" w14:paraId="430B6E2C" w14:textId="77777777">
        <w:tc>
          <w:tcPr>
            <w:tcW w:w="2880" w:type="dxa"/>
          </w:tcPr>
          <w:p w14:paraId="152EA067" w14:textId="77777777" w:rsidR="00654517" w:rsidRDefault="00000000">
            <w:r>
              <w:t>q2</w:t>
            </w:r>
          </w:p>
        </w:tc>
        <w:tc>
          <w:tcPr>
            <w:tcW w:w="2880" w:type="dxa"/>
          </w:tcPr>
          <w:p w14:paraId="38CC3BB4" w14:textId="77777777" w:rsidR="00654517" w:rsidRDefault="00000000">
            <w:r>
              <w:t xml:space="preserve">Problem </w:t>
            </w:r>
            <w:proofErr w:type="spellStart"/>
            <w:r>
              <w:t>Çözme</w:t>
            </w:r>
            <w:proofErr w:type="spellEnd"/>
          </w:p>
        </w:tc>
        <w:tc>
          <w:tcPr>
            <w:tcW w:w="2880" w:type="dxa"/>
          </w:tcPr>
          <w:p w14:paraId="0E1B2948" w14:textId="77777777" w:rsidR="00654517" w:rsidRDefault="00000000">
            <w:proofErr w:type="spellStart"/>
            <w:r>
              <w:t>Danışmanım</w:t>
            </w:r>
            <w:proofErr w:type="spellEnd"/>
            <w:r>
              <w:t xml:space="preserve">, </w:t>
            </w:r>
            <w:proofErr w:type="spellStart"/>
            <w:r>
              <w:t>eğitim</w:t>
            </w:r>
            <w:proofErr w:type="spellEnd"/>
            <w:r>
              <w:t xml:space="preserve"> </w:t>
            </w:r>
            <w:proofErr w:type="spellStart"/>
            <w:r>
              <w:t>hayatım</w:t>
            </w:r>
            <w:proofErr w:type="spellEnd"/>
            <w:r>
              <w:t xml:space="preserve"> </w:t>
            </w:r>
            <w:proofErr w:type="spellStart"/>
            <w:r>
              <w:t>ile</w:t>
            </w:r>
            <w:proofErr w:type="spellEnd"/>
            <w:r>
              <w:t xml:space="preserve"> </w:t>
            </w:r>
            <w:proofErr w:type="spellStart"/>
            <w:r>
              <w:t>ilgili</w:t>
            </w:r>
            <w:proofErr w:type="spellEnd"/>
            <w:r>
              <w:t xml:space="preserve"> </w:t>
            </w:r>
            <w:proofErr w:type="spellStart"/>
            <w:r>
              <w:t>sorunları</w:t>
            </w:r>
            <w:proofErr w:type="spellEnd"/>
            <w:r>
              <w:t xml:space="preserve"> </w:t>
            </w:r>
            <w:proofErr w:type="spellStart"/>
            <w:r>
              <w:t>dinler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çözüm</w:t>
            </w:r>
            <w:proofErr w:type="spellEnd"/>
            <w:r>
              <w:t xml:space="preserve"> </w:t>
            </w:r>
            <w:proofErr w:type="spellStart"/>
            <w:r>
              <w:t>üretmeye</w:t>
            </w:r>
            <w:proofErr w:type="spellEnd"/>
            <w:r>
              <w:t xml:space="preserve"> </w:t>
            </w:r>
            <w:proofErr w:type="spellStart"/>
            <w:r>
              <w:t>çalışır</w:t>
            </w:r>
            <w:proofErr w:type="spellEnd"/>
          </w:p>
        </w:tc>
      </w:tr>
      <w:tr w:rsidR="00654517" w14:paraId="435091EE" w14:textId="77777777">
        <w:tc>
          <w:tcPr>
            <w:tcW w:w="2880" w:type="dxa"/>
          </w:tcPr>
          <w:p w14:paraId="288E5E9C" w14:textId="77777777" w:rsidR="00654517" w:rsidRDefault="00000000">
            <w:r>
              <w:t>q3</w:t>
            </w:r>
          </w:p>
        </w:tc>
        <w:tc>
          <w:tcPr>
            <w:tcW w:w="2880" w:type="dxa"/>
          </w:tcPr>
          <w:p w14:paraId="78D04B3A" w14:textId="77777777" w:rsidR="00654517" w:rsidRDefault="00000000">
            <w:r>
              <w:t xml:space="preserve">Ders Seçimi </w:t>
            </w:r>
            <w:proofErr w:type="spellStart"/>
            <w:r>
              <w:t>Desteği</w:t>
            </w:r>
            <w:proofErr w:type="spellEnd"/>
          </w:p>
        </w:tc>
        <w:tc>
          <w:tcPr>
            <w:tcW w:w="2880" w:type="dxa"/>
          </w:tcPr>
          <w:p w14:paraId="69E2F7FD" w14:textId="77777777" w:rsidR="00654517" w:rsidRDefault="00000000">
            <w:r>
              <w:t xml:space="preserve">Ders </w:t>
            </w:r>
            <w:proofErr w:type="spellStart"/>
            <w:r>
              <w:t>seçimi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ders</w:t>
            </w:r>
            <w:proofErr w:type="spellEnd"/>
            <w:r>
              <w:t xml:space="preserve"> </w:t>
            </w:r>
            <w:proofErr w:type="spellStart"/>
            <w:r>
              <w:t>ekle-sil</w:t>
            </w:r>
            <w:proofErr w:type="spellEnd"/>
            <w:r>
              <w:t xml:space="preserve"> </w:t>
            </w:r>
            <w:proofErr w:type="spellStart"/>
            <w:r>
              <w:t>haftasında</w:t>
            </w:r>
            <w:proofErr w:type="spellEnd"/>
            <w:r>
              <w:t xml:space="preserve"> </w:t>
            </w:r>
            <w:proofErr w:type="spellStart"/>
            <w:r>
              <w:t>yaşadığım</w:t>
            </w:r>
            <w:proofErr w:type="spellEnd"/>
            <w:r>
              <w:t xml:space="preserve"> </w:t>
            </w:r>
            <w:proofErr w:type="spellStart"/>
            <w:r>
              <w:t>problemler</w:t>
            </w:r>
            <w:proofErr w:type="spellEnd"/>
            <w:r>
              <w:t xml:space="preserve"> </w:t>
            </w:r>
            <w:proofErr w:type="spellStart"/>
            <w:r>
              <w:t>danışmanım</w:t>
            </w:r>
            <w:proofErr w:type="spellEnd"/>
            <w:r>
              <w:t xml:space="preserve"> </w:t>
            </w:r>
            <w:proofErr w:type="spellStart"/>
            <w:r>
              <w:t>tarafından</w:t>
            </w:r>
            <w:proofErr w:type="spellEnd"/>
            <w:r>
              <w:t xml:space="preserve"> </w:t>
            </w:r>
            <w:proofErr w:type="spellStart"/>
            <w:r>
              <w:t>çözüme</w:t>
            </w:r>
            <w:proofErr w:type="spellEnd"/>
            <w:r>
              <w:t xml:space="preserve"> </w:t>
            </w:r>
            <w:proofErr w:type="spellStart"/>
            <w:r>
              <w:t>kavuşturulur</w:t>
            </w:r>
            <w:proofErr w:type="spellEnd"/>
          </w:p>
        </w:tc>
      </w:tr>
      <w:tr w:rsidR="00654517" w14:paraId="50E267E9" w14:textId="77777777">
        <w:tc>
          <w:tcPr>
            <w:tcW w:w="2880" w:type="dxa"/>
          </w:tcPr>
          <w:p w14:paraId="04FB3C51" w14:textId="77777777" w:rsidR="00654517" w:rsidRDefault="00000000">
            <w:r>
              <w:t>q4</w:t>
            </w:r>
          </w:p>
        </w:tc>
        <w:tc>
          <w:tcPr>
            <w:tcW w:w="2880" w:type="dxa"/>
          </w:tcPr>
          <w:p w14:paraId="3545B5A2" w14:textId="77777777" w:rsidR="00654517" w:rsidRDefault="00000000">
            <w:proofErr w:type="spellStart"/>
            <w:r>
              <w:t>Kişisel</w:t>
            </w:r>
            <w:proofErr w:type="spellEnd"/>
            <w:r>
              <w:t xml:space="preserve"> Gelişim</w:t>
            </w:r>
          </w:p>
        </w:tc>
        <w:tc>
          <w:tcPr>
            <w:tcW w:w="2880" w:type="dxa"/>
          </w:tcPr>
          <w:p w14:paraId="4E55E942" w14:textId="77777777" w:rsidR="00654517" w:rsidRDefault="00000000">
            <w:proofErr w:type="spellStart"/>
            <w:r>
              <w:t>Danışmanım</w:t>
            </w:r>
            <w:proofErr w:type="spellEnd"/>
            <w:r>
              <w:t xml:space="preserve"> </w:t>
            </w:r>
            <w:proofErr w:type="spellStart"/>
            <w:r>
              <w:t>kişisel</w:t>
            </w:r>
            <w:proofErr w:type="spellEnd"/>
            <w:r>
              <w:t xml:space="preserve"> </w:t>
            </w:r>
            <w:proofErr w:type="spellStart"/>
            <w:r>
              <w:t>gelişimime</w:t>
            </w:r>
            <w:proofErr w:type="spellEnd"/>
            <w:r>
              <w:t xml:space="preserve"> </w:t>
            </w:r>
            <w:proofErr w:type="spellStart"/>
            <w:r>
              <w:t>katkıda</w:t>
            </w:r>
            <w:proofErr w:type="spellEnd"/>
            <w:r>
              <w:t xml:space="preserve"> </w:t>
            </w:r>
            <w:proofErr w:type="spellStart"/>
            <w:r>
              <w:t>bulunur</w:t>
            </w:r>
            <w:proofErr w:type="spellEnd"/>
          </w:p>
        </w:tc>
      </w:tr>
      <w:tr w:rsidR="00654517" w14:paraId="5C42476B" w14:textId="77777777">
        <w:tc>
          <w:tcPr>
            <w:tcW w:w="2880" w:type="dxa"/>
          </w:tcPr>
          <w:p w14:paraId="18B934CE" w14:textId="77777777" w:rsidR="00654517" w:rsidRDefault="00000000">
            <w:r>
              <w:t>q5</w:t>
            </w:r>
          </w:p>
        </w:tc>
        <w:tc>
          <w:tcPr>
            <w:tcW w:w="2880" w:type="dxa"/>
          </w:tcPr>
          <w:p w14:paraId="142B908A" w14:textId="77777777" w:rsidR="00654517" w:rsidRDefault="00000000">
            <w:proofErr w:type="spellStart"/>
            <w:r>
              <w:t>Görüşme</w:t>
            </w:r>
            <w:proofErr w:type="spellEnd"/>
            <w:r>
              <w:t xml:space="preserve"> Saatleri</w:t>
            </w:r>
          </w:p>
        </w:tc>
        <w:tc>
          <w:tcPr>
            <w:tcW w:w="2880" w:type="dxa"/>
          </w:tcPr>
          <w:p w14:paraId="6654BF78" w14:textId="77777777" w:rsidR="00654517" w:rsidRDefault="00000000">
            <w:proofErr w:type="spellStart"/>
            <w:r>
              <w:t>Danışmanım</w:t>
            </w:r>
            <w:proofErr w:type="spellEnd"/>
            <w:r>
              <w:t xml:space="preserve"> </w:t>
            </w:r>
            <w:proofErr w:type="spellStart"/>
            <w:r>
              <w:t>görüşme</w:t>
            </w:r>
            <w:proofErr w:type="spellEnd"/>
            <w:r>
              <w:t xml:space="preserve"> </w:t>
            </w:r>
            <w:proofErr w:type="spellStart"/>
            <w:r>
              <w:t>saatlerine</w:t>
            </w:r>
            <w:proofErr w:type="spellEnd"/>
            <w:r>
              <w:t xml:space="preserve"> </w:t>
            </w:r>
            <w:proofErr w:type="spellStart"/>
            <w:r>
              <w:t>uymaktadır</w:t>
            </w:r>
            <w:proofErr w:type="spellEnd"/>
          </w:p>
        </w:tc>
      </w:tr>
      <w:tr w:rsidR="00654517" w14:paraId="72242BFC" w14:textId="77777777">
        <w:tc>
          <w:tcPr>
            <w:tcW w:w="2880" w:type="dxa"/>
          </w:tcPr>
          <w:p w14:paraId="75BAB221" w14:textId="77777777" w:rsidR="00654517" w:rsidRDefault="00000000">
            <w:r>
              <w:t>q6</w:t>
            </w:r>
          </w:p>
        </w:tc>
        <w:tc>
          <w:tcPr>
            <w:tcW w:w="2880" w:type="dxa"/>
          </w:tcPr>
          <w:p w14:paraId="16508929" w14:textId="77777777" w:rsidR="00654517" w:rsidRDefault="00000000">
            <w:proofErr w:type="spellStart"/>
            <w:r>
              <w:t>Gizlilik</w:t>
            </w:r>
            <w:proofErr w:type="spellEnd"/>
          </w:p>
        </w:tc>
        <w:tc>
          <w:tcPr>
            <w:tcW w:w="2880" w:type="dxa"/>
          </w:tcPr>
          <w:p w14:paraId="2AAAB666" w14:textId="77777777" w:rsidR="00654517" w:rsidRDefault="00000000">
            <w:proofErr w:type="spellStart"/>
            <w:r>
              <w:t>Danışmanım</w:t>
            </w:r>
            <w:proofErr w:type="spellEnd"/>
            <w:r>
              <w:t xml:space="preserve"> </w:t>
            </w:r>
            <w:proofErr w:type="spellStart"/>
            <w:r>
              <w:t>kişisel</w:t>
            </w:r>
            <w:proofErr w:type="spellEnd"/>
            <w:r>
              <w:t xml:space="preserve"> </w:t>
            </w:r>
            <w:proofErr w:type="spellStart"/>
            <w:r>
              <w:t>bilgilerimi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problemlerimi</w:t>
            </w:r>
            <w:proofErr w:type="spellEnd"/>
            <w:r>
              <w:t xml:space="preserve"> </w:t>
            </w:r>
            <w:proofErr w:type="spellStart"/>
            <w:r>
              <w:t>başkasıyla</w:t>
            </w:r>
            <w:proofErr w:type="spellEnd"/>
            <w:r>
              <w:t xml:space="preserve"> </w:t>
            </w:r>
            <w:proofErr w:type="spellStart"/>
            <w:r>
              <w:t>paylaşmaz</w:t>
            </w:r>
            <w:proofErr w:type="spellEnd"/>
          </w:p>
        </w:tc>
      </w:tr>
      <w:tr w:rsidR="00654517" w14:paraId="2227FE8B" w14:textId="77777777">
        <w:tc>
          <w:tcPr>
            <w:tcW w:w="2880" w:type="dxa"/>
          </w:tcPr>
          <w:p w14:paraId="70B866F1" w14:textId="77777777" w:rsidR="00654517" w:rsidRDefault="00000000">
            <w:r>
              <w:t>q7</w:t>
            </w:r>
          </w:p>
        </w:tc>
        <w:tc>
          <w:tcPr>
            <w:tcW w:w="2880" w:type="dxa"/>
          </w:tcPr>
          <w:p w14:paraId="6D522A41" w14:textId="77777777" w:rsidR="00654517" w:rsidRDefault="00000000">
            <w:proofErr w:type="spellStart"/>
            <w:r>
              <w:t>Mesleki</w:t>
            </w:r>
            <w:proofErr w:type="spellEnd"/>
            <w:r>
              <w:t xml:space="preserve"> Gelişim</w:t>
            </w:r>
          </w:p>
        </w:tc>
        <w:tc>
          <w:tcPr>
            <w:tcW w:w="2880" w:type="dxa"/>
          </w:tcPr>
          <w:p w14:paraId="042BDF73" w14:textId="77777777" w:rsidR="00654517" w:rsidRDefault="00000000">
            <w:proofErr w:type="spellStart"/>
            <w:r>
              <w:t>Danışmanım</w:t>
            </w:r>
            <w:proofErr w:type="spellEnd"/>
            <w:r>
              <w:t xml:space="preserve"> </w:t>
            </w:r>
            <w:proofErr w:type="spellStart"/>
            <w:r>
              <w:t>mesleki</w:t>
            </w:r>
            <w:proofErr w:type="spellEnd"/>
            <w:r>
              <w:t xml:space="preserve"> </w:t>
            </w:r>
            <w:proofErr w:type="spellStart"/>
            <w:r>
              <w:t>gelişimim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</w:t>
            </w:r>
            <w:proofErr w:type="spellStart"/>
            <w:r>
              <w:t>gerekli</w:t>
            </w:r>
            <w:proofErr w:type="spellEnd"/>
            <w:r>
              <w:t xml:space="preserve"> </w:t>
            </w:r>
            <w:proofErr w:type="spellStart"/>
            <w:r>
              <w:t>gayreti</w:t>
            </w:r>
            <w:proofErr w:type="spellEnd"/>
            <w:r>
              <w:t xml:space="preserve"> </w:t>
            </w:r>
            <w:proofErr w:type="spellStart"/>
            <w:r>
              <w:t>göstermektedir</w:t>
            </w:r>
            <w:proofErr w:type="spellEnd"/>
          </w:p>
        </w:tc>
      </w:tr>
      <w:tr w:rsidR="00654517" w14:paraId="55161526" w14:textId="77777777">
        <w:tc>
          <w:tcPr>
            <w:tcW w:w="2880" w:type="dxa"/>
          </w:tcPr>
          <w:p w14:paraId="735CE413" w14:textId="77777777" w:rsidR="00654517" w:rsidRDefault="00000000">
            <w:r>
              <w:t>q8</w:t>
            </w:r>
          </w:p>
        </w:tc>
        <w:tc>
          <w:tcPr>
            <w:tcW w:w="2880" w:type="dxa"/>
          </w:tcPr>
          <w:p w14:paraId="4DA694FA" w14:textId="77777777" w:rsidR="00654517" w:rsidRDefault="00000000">
            <w:r>
              <w:t>Akademik Takip</w:t>
            </w:r>
          </w:p>
        </w:tc>
        <w:tc>
          <w:tcPr>
            <w:tcW w:w="2880" w:type="dxa"/>
          </w:tcPr>
          <w:p w14:paraId="0AAE2034" w14:textId="77777777" w:rsidR="00654517" w:rsidRDefault="00000000">
            <w:proofErr w:type="spellStart"/>
            <w:r>
              <w:t>Danışmanım</w:t>
            </w:r>
            <w:proofErr w:type="spellEnd"/>
            <w:r>
              <w:t xml:space="preserve">, </w:t>
            </w:r>
            <w:proofErr w:type="spellStart"/>
            <w:r>
              <w:t>akademik</w:t>
            </w:r>
            <w:proofErr w:type="spellEnd"/>
            <w:r>
              <w:t xml:space="preserve"> </w:t>
            </w:r>
            <w:proofErr w:type="spellStart"/>
            <w:r>
              <w:t>durumumu</w:t>
            </w:r>
            <w:proofErr w:type="spellEnd"/>
            <w:r>
              <w:t xml:space="preserve"> </w:t>
            </w:r>
            <w:proofErr w:type="spellStart"/>
            <w:r>
              <w:t>izlemekte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gerekli</w:t>
            </w:r>
            <w:proofErr w:type="spellEnd"/>
            <w:r>
              <w:t xml:space="preserve"> </w:t>
            </w:r>
            <w:proofErr w:type="spellStart"/>
            <w:r>
              <w:t>yönlendirmeleri</w:t>
            </w:r>
            <w:proofErr w:type="spellEnd"/>
            <w:r>
              <w:t xml:space="preserve"> </w:t>
            </w:r>
            <w:proofErr w:type="spellStart"/>
            <w:r>
              <w:t>yapmaktadır</w:t>
            </w:r>
            <w:proofErr w:type="spellEnd"/>
          </w:p>
        </w:tc>
      </w:tr>
    </w:tbl>
    <w:p w14:paraId="4B363DBA" w14:textId="77777777" w:rsidR="00654517" w:rsidRDefault="00000000">
      <w:r>
        <w:br w:type="page"/>
      </w:r>
    </w:p>
    <w:p w14:paraId="7AEAEA20" w14:textId="77777777" w:rsidR="00654517" w:rsidRPr="008B7D12" w:rsidRDefault="00000000">
      <w:pPr>
        <w:pStyle w:val="Balk1"/>
        <w:rPr>
          <w:color w:val="auto"/>
        </w:rPr>
      </w:pPr>
      <w:r w:rsidRPr="008B7D12">
        <w:rPr>
          <w:color w:val="auto"/>
        </w:rPr>
        <w:lastRenderedPageBreak/>
        <w:t>3. DEMOGRAFİK ANALİZ</w:t>
      </w:r>
    </w:p>
    <w:p w14:paraId="2124BA7F" w14:textId="77777777" w:rsidR="00654517" w:rsidRPr="008B7D12" w:rsidRDefault="00000000">
      <w:pPr>
        <w:pStyle w:val="Balk2"/>
        <w:rPr>
          <w:color w:val="auto"/>
        </w:rPr>
      </w:pPr>
      <w:r w:rsidRPr="008B7D12">
        <w:rPr>
          <w:color w:val="auto"/>
        </w:rPr>
        <w:t xml:space="preserve">3.1 </w:t>
      </w:r>
      <w:proofErr w:type="spellStart"/>
      <w:r w:rsidRPr="008B7D12">
        <w:rPr>
          <w:color w:val="auto"/>
        </w:rPr>
        <w:t>Sınıf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Dağılımı</w:t>
      </w:r>
      <w:proofErr w:type="spellEnd"/>
    </w:p>
    <w:p w14:paraId="19137122" w14:textId="77777777" w:rsidR="00654517" w:rsidRDefault="00000000">
      <w:r>
        <w:br/>
        <w:t xml:space="preserve">    </w:t>
      </w:r>
      <w:proofErr w:type="spellStart"/>
      <w:r>
        <w:t>Katılımcıların</w:t>
      </w:r>
      <w:proofErr w:type="spellEnd"/>
      <w:r>
        <w:t xml:space="preserve">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dağılımı</w:t>
      </w:r>
      <w:proofErr w:type="spellEnd"/>
      <w:r>
        <w:t xml:space="preserve"> </w:t>
      </w:r>
      <w:proofErr w:type="spellStart"/>
      <w:r>
        <w:t>oldukça</w:t>
      </w:r>
      <w:proofErr w:type="spellEnd"/>
      <w:r>
        <w:t xml:space="preserve"> </w:t>
      </w:r>
      <w:proofErr w:type="spellStart"/>
      <w:r>
        <w:t>dengeli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yapı</w:t>
      </w:r>
      <w:proofErr w:type="spellEnd"/>
      <w:r>
        <w:t xml:space="preserve"> </w:t>
      </w:r>
      <w:proofErr w:type="spellStart"/>
      <w:r>
        <w:t>göstermektedir</w:t>
      </w:r>
      <w:proofErr w:type="spellEnd"/>
      <w:r>
        <w:t>:</w:t>
      </w:r>
      <w:r>
        <w:br/>
        <w:t xml:space="preserve">    • 1. </w:t>
      </w:r>
      <w:proofErr w:type="spellStart"/>
      <w:r>
        <w:t>Sınıf</w:t>
      </w:r>
      <w:proofErr w:type="spellEnd"/>
      <w:r>
        <w:t xml:space="preserve">: 96 </w:t>
      </w:r>
      <w:proofErr w:type="spellStart"/>
      <w:r>
        <w:t>kişi</w:t>
      </w:r>
      <w:proofErr w:type="spellEnd"/>
      <w:r>
        <w:t xml:space="preserve"> (%30.8) - En </w:t>
      </w:r>
      <w:proofErr w:type="spellStart"/>
      <w:r>
        <w:t>yüksek</w:t>
      </w:r>
      <w:proofErr w:type="spellEnd"/>
      <w:r>
        <w:t xml:space="preserve"> </w:t>
      </w:r>
      <w:proofErr w:type="spellStart"/>
      <w:r>
        <w:t>katılım</w:t>
      </w:r>
      <w:proofErr w:type="spellEnd"/>
      <w:r>
        <w:br/>
        <w:t xml:space="preserve">    • 2. </w:t>
      </w:r>
      <w:proofErr w:type="spellStart"/>
      <w:r>
        <w:t>Sınıf</w:t>
      </w:r>
      <w:proofErr w:type="spellEnd"/>
      <w:r>
        <w:t xml:space="preserve">: 106 </w:t>
      </w:r>
      <w:proofErr w:type="spellStart"/>
      <w:r>
        <w:t>kişi</w:t>
      </w:r>
      <w:proofErr w:type="spellEnd"/>
      <w:r>
        <w:t xml:space="preserve"> (%34.0) - En </w:t>
      </w:r>
      <w:proofErr w:type="spellStart"/>
      <w:r>
        <w:t>yüksek</w:t>
      </w:r>
      <w:proofErr w:type="spellEnd"/>
      <w:r>
        <w:t xml:space="preserve"> </w:t>
      </w:r>
      <w:proofErr w:type="spellStart"/>
      <w:r>
        <w:t>katılım</w:t>
      </w:r>
      <w:proofErr w:type="spellEnd"/>
      <w:r>
        <w:t xml:space="preserve">  </w:t>
      </w:r>
      <w:r>
        <w:br/>
        <w:t xml:space="preserve">    • 3. </w:t>
      </w:r>
      <w:proofErr w:type="spellStart"/>
      <w:r>
        <w:t>Sınıf</w:t>
      </w:r>
      <w:proofErr w:type="spellEnd"/>
      <w:r>
        <w:t xml:space="preserve">: 36 </w:t>
      </w:r>
      <w:proofErr w:type="spellStart"/>
      <w:r>
        <w:t>kişi</w:t>
      </w:r>
      <w:proofErr w:type="spellEnd"/>
      <w:r>
        <w:t xml:space="preserve"> (%11.5)</w:t>
      </w:r>
      <w:r>
        <w:br/>
        <w:t xml:space="preserve">    • 4. </w:t>
      </w:r>
      <w:proofErr w:type="spellStart"/>
      <w:r>
        <w:t>Sınıf</w:t>
      </w:r>
      <w:proofErr w:type="spellEnd"/>
      <w:r>
        <w:t xml:space="preserve">: 50 </w:t>
      </w:r>
      <w:proofErr w:type="spellStart"/>
      <w:r>
        <w:t>kişi</w:t>
      </w:r>
      <w:proofErr w:type="spellEnd"/>
      <w:r>
        <w:t xml:space="preserve"> (%16.0)</w:t>
      </w:r>
      <w:r>
        <w:br/>
        <w:t xml:space="preserve">    • 5. </w:t>
      </w:r>
      <w:proofErr w:type="spellStart"/>
      <w:r>
        <w:t>Sınıf</w:t>
      </w:r>
      <w:proofErr w:type="spellEnd"/>
      <w:r>
        <w:t xml:space="preserve">: 11 </w:t>
      </w:r>
      <w:proofErr w:type="spellStart"/>
      <w:r>
        <w:t>kişi</w:t>
      </w:r>
      <w:proofErr w:type="spellEnd"/>
      <w:r>
        <w:t xml:space="preserve"> (%3.5)</w:t>
      </w:r>
      <w:r>
        <w:br/>
        <w:t xml:space="preserve">    • 6. </w:t>
      </w:r>
      <w:proofErr w:type="spellStart"/>
      <w:r>
        <w:t>Sınıf</w:t>
      </w:r>
      <w:proofErr w:type="spellEnd"/>
      <w:r>
        <w:t xml:space="preserve">: 13 </w:t>
      </w:r>
      <w:proofErr w:type="spellStart"/>
      <w:r>
        <w:t>kişi</w:t>
      </w:r>
      <w:proofErr w:type="spellEnd"/>
      <w:r>
        <w:t xml:space="preserve"> (%4.2)</w:t>
      </w:r>
      <w:r>
        <w:br/>
        <w:t xml:space="preserve">    </w:t>
      </w:r>
      <w:r>
        <w:br/>
        <w:t xml:space="preserve">    İlk </w:t>
      </w:r>
      <w:proofErr w:type="spellStart"/>
      <w:r>
        <w:t>iki</w:t>
      </w:r>
      <w:proofErr w:type="spellEnd"/>
      <w:r>
        <w:t xml:space="preserve"> </w:t>
      </w:r>
      <w:proofErr w:type="spellStart"/>
      <w:r>
        <w:t>sınıftan</w:t>
      </w:r>
      <w:proofErr w:type="spellEnd"/>
      <w:r>
        <w:t xml:space="preserve"> </w:t>
      </w:r>
      <w:proofErr w:type="spellStart"/>
      <w:r>
        <w:t>toplam</w:t>
      </w:r>
      <w:proofErr w:type="spellEnd"/>
      <w:r>
        <w:t xml:space="preserve"> %64.8 </w:t>
      </w:r>
      <w:proofErr w:type="spellStart"/>
      <w:r>
        <w:t>oranında</w:t>
      </w:r>
      <w:proofErr w:type="spellEnd"/>
      <w:r>
        <w:t xml:space="preserve"> </w:t>
      </w:r>
      <w:proofErr w:type="spellStart"/>
      <w:r>
        <w:t>katılım</w:t>
      </w:r>
      <w:proofErr w:type="spellEnd"/>
      <w:r>
        <w:t xml:space="preserve"> </w:t>
      </w:r>
      <w:proofErr w:type="spellStart"/>
      <w:r>
        <w:t>gerçekleşmiştir</w:t>
      </w:r>
      <w:proofErr w:type="spellEnd"/>
      <w:r>
        <w:t>.</w:t>
      </w:r>
      <w:r>
        <w:br/>
        <w:t xml:space="preserve">    </w:t>
      </w:r>
    </w:p>
    <w:p w14:paraId="19E7D469" w14:textId="77777777" w:rsidR="00654517" w:rsidRPr="008B7D12" w:rsidRDefault="00000000">
      <w:pPr>
        <w:pStyle w:val="Balk2"/>
        <w:rPr>
          <w:color w:val="auto"/>
        </w:rPr>
      </w:pPr>
      <w:r w:rsidRPr="008B7D12">
        <w:rPr>
          <w:color w:val="auto"/>
        </w:rPr>
        <w:t xml:space="preserve">3.2 GNO </w:t>
      </w:r>
      <w:proofErr w:type="spellStart"/>
      <w:r w:rsidRPr="008B7D12">
        <w:rPr>
          <w:color w:val="auto"/>
        </w:rPr>
        <w:t>Dağılımı</w:t>
      </w:r>
      <w:proofErr w:type="spellEnd"/>
    </w:p>
    <w:p w14:paraId="6DCC7651" w14:textId="77777777" w:rsidR="00654517" w:rsidRDefault="00000000">
      <w:r>
        <w:br/>
        <w:t xml:space="preserve">    </w:t>
      </w:r>
      <w:proofErr w:type="spellStart"/>
      <w:r>
        <w:t>Katılımcıların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başarı</w:t>
      </w:r>
      <w:proofErr w:type="spellEnd"/>
      <w:r>
        <w:t xml:space="preserve"> </w:t>
      </w:r>
      <w:proofErr w:type="spellStart"/>
      <w:r>
        <w:t>dağılımı</w:t>
      </w:r>
      <w:proofErr w:type="spellEnd"/>
      <w:r>
        <w:t>:</w:t>
      </w:r>
      <w:r>
        <w:br/>
        <w:t xml:space="preserve">    • GNO 0.00-1.99: 80 </w:t>
      </w:r>
      <w:proofErr w:type="spellStart"/>
      <w:r>
        <w:t>kişi</w:t>
      </w:r>
      <w:proofErr w:type="spellEnd"/>
      <w:r>
        <w:t xml:space="preserve"> (%25.6)</w:t>
      </w:r>
      <w:r>
        <w:br/>
        <w:t xml:space="preserve">    • GNO 2.00-2.49: 100 </w:t>
      </w:r>
      <w:proofErr w:type="spellStart"/>
      <w:r>
        <w:t>kişi</w:t>
      </w:r>
      <w:proofErr w:type="spellEnd"/>
      <w:r>
        <w:t xml:space="preserve"> (%32.1) - En </w:t>
      </w:r>
      <w:proofErr w:type="spellStart"/>
      <w:r>
        <w:t>yüksek</w:t>
      </w:r>
      <w:proofErr w:type="spellEnd"/>
      <w:r>
        <w:t xml:space="preserve"> </w:t>
      </w:r>
      <w:proofErr w:type="spellStart"/>
      <w:r>
        <w:t>grup</w:t>
      </w:r>
      <w:proofErr w:type="spellEnd"/>
      <w:r>
        <w:br/>
        <w:t xml:space="preserve">    • GNO 2.50-2.99: 109 </w:t>
      </w:r>
      <w:proofErr w:type="spellStart"/>
      <w:r>
        <w:t>kişi</w:t>
      </w:r>
      <w:proofErr w:type="spellEnd"/>
      <w:r>
        <w:t xml:space="preserve"> (%34.9) - En </w:t>
      </w:r>
      <w:proofErr w:type="spellStart"/>
      <w:r>
        <w:t>yüksek</w:t>
      </w:r>
      <w:proofErr w:type="spellEnd"/>
      <w:r>
        <w:t xml:space="preserve"> </w:t>
      </w:r>
      <w:proofErr w:type="spellStart"/>
      <w:r>
        <w:t>grup</w:t>
      </w:r>
      <w:proofErr w:type="spellEnd"/>
      <w:r>
        <w:br/>
        <w:t xml:space="preserve">    • GNO 3.00-4.00: 23 </w:t>
      </w:r>
      <w:proofErr w:type="spellStart"/>
      <w:r>
        <w:t>kişi</w:t>
      </w:r>
      <w:proofErr w:type="spellEnd"/>
      <w:r>
        <w:t xml:space="preserve"> (%7.4)</w:t>
      </w:r>
      <w:r>
        <w:br/>
        <w:t xml:space="preserve">    </w:t>
      </w:r>
      <w:r>
        <w:br/>
        <w:t xml:space="preserve">    </w:t>
      </w:r>
      <w:proofErr w:type="spellStart"/>
      <w:r>
        <w:t>Katılımcıların</w:t>
      </w:r>
      <w:proofErr w:type="spellEnd"/>
      <w:r>
        <w:t xml:space="preserve"> %67'si </w:t>
      </w:r>
      <w:proofErr w:type="spellStart"/>
      <w:r>
        <w:t>orta</w:t>
      </w:r>
      <w:proofErr w:type="spellEnd"/>
      <w:r>
        <w:t xml:space="preserve"> </w:t>
      </w:r>
      <w:proofErr w:type="spellStart"/>
      <w:r>
        <w:t>düzey</w:t>
      </w:r>
      <w:proofErr w:type="spellEnd"/>
      <w:r>
        <w:t xml:space="preserve"> (2.00-2.99) GNO </w:t>
      </w:r>
      <w:proofErr w:type="spellStart"/>
      <w:r>
        <w:t>aralığındadır</w:t>
      </w:r>
      <w:proofErr w:type="spellEnd"/>
      <w:r>
        <w:t>.</w:t>
      </w:r>
      <w:r>
        <w:br/>
        <w:t xml:space="preserve">    </w:t>
      </w:r>
    </w:p>
    <w:p w14:paraId="57E3E7C7" w14:textId="77777777" w:rsidR="00654517" w:rsidRPr="008B7D12" w:rsidRDefault="00000000">
      <w:pPr>
        <w:pStyle w:val="Balk2"/>
        <w:rPr>
          <w:color w:val="auto"/>
        </w:rPr>
      </w:pPr>
      <w:r w:rsidRPr="008B7D12">
        <w:rPr>
          <w:color w:val="auto"/>
        </w:rPr>
        <w:t xml:space="preserve">3.3 En </w:t>
      </w:r>
      <w:proofErr w:type="spellStart"/>
      <w:r w:rsidRPr="008B7D12">
        <w:rPr>
          <w:color w:val="auto"/>
        </w:rPr>
        <w:t>Çok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Katılımcı</w:t>
      </w:r>
      <w:proofErr w:type="spellEnd"/>
      <w:r w:rsidRPr="008B7D12">
        <w:rPr>
          <w:color w:val="auto"/>
        </w:rPr>
        <w:t xml:space="preserve"> Olan </w:t>
      </w:r>
      <w:proofErr w:type="spellStart"/>
      <w:r w:rsidRPr="008B7D12">
        <w:rPr>
          <w:color w:val="auto"/>
        </w:rPr>
        <w:t>Bölümler</w:t>
      </w:r>
      <w:proofErr w:type="spellEnd"/>
    </w:p>
    <w:p w14:paraId="5D3F9BED" w14:textId="77777777" w:rsidR="00654517" w:rsidRDefault="00000000">
      <w:r>
        <w:br/>
        <w:t xml:space="preserve">    </w:t>
      </w:r>
      <w:proofErr w:type="spellStart"/>
      <w:r>
        <w:t>Hemşirelik</w:t>
      </w:r>
      <w:proofErr w:type="spellEnd"/>
      <w:r>
        <w:t xml:space="preserve"> </w:t>
      </w:r>
      <w:proofErr w:type="spellStart"/>
      <w:r>
        <w:t>bölümü</w:t>
      </w:r>
      <w:proofErr w:type="spellEnd"/>
      <w:r>
        <w:t xml:space="preserve"> 17 </w:t>
      </w:r>
      <w:proofErr w:type="spellStart"/>
      <w:r>
        <w:t>kişi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yüksek</w:t>
      </w:r>
      <w:proofErr w:type="spellEnd"/>
      <w:r>
        <w:t xml:space="preserve"> </w:t>
      </w:r>
      <w:proofErr w:type="spellStart"/>
      <w:r>
        <w:t>katılıma</w:t>
      </w:r>
      <w:proofErr w:type="spellEnd"/>
      <w:r>
        <w:t xml:space="preserve"> </w:t>
      </w:r>
      <w:proofErr w:type="spellStart"/>
      <w:r>
        <w:t>sahiptir</w:t>
      </w:r>
      <w:proofErr w:type="spellEnd"/>
      <w:r>
        <w:t xml:space="preserve">. </w:t>
      </w:r>
      <w:r>
        <w:br/>
        <w:t xml:space="preserve">    Bunu Endüstri </w:t>
      </w:r>
      <w:proofErr w:type="spellStart"/>
      <w:r>
        <w:t>Mühendisliği</w:t>
      </w:r>
      <w:proofErr w:type="spellEnd"/>
      <w:r>
        <w:t xml:space="preserve">, </w:t>
      </w:r>
      <w:proofErr w:type="spellStart"/>
      <w:r>
        <w:t>Maliye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Öğretmenliği</w:t>
      </w:r>
      <w:proofErr w:type="spellEnd"/>
      <w:r>
        <w:t xml:space="preserve"> (7'şer </w:t>
      </w:r>
      <w:proofErr w:type="spellStart"/>
      <w:r>
        <w:t>kişi</w:t>
      </w:r>
      <w:proofErr w:type="spellEnd"/>
      <w:r>
        <w:t xml:space="preserve">) </w:t>
      </w:r>
      <w:proofErr w:type="spellStart"/>
      <w:r>
        <w:t>takip</w:t>
      </w:r>
      <w:proofErr w:type="spellEnd"/>
      <w:r>
        <w:t xml:space="preserve"> </w:t>
      </w:r>
      <w:proofErr w:type="spellStart"/>
      <w:r>
        <w:t>etmektedir</w:t>
      </w:r>
      <w:proofErr w:type="spellEnd"/>
      <w:r>
        <w:t>.</w:t>
      </w:r>
      <w:r>
        <w:br/>
        <w:t xml:space="preserve">    189 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bölümden</w:t>
      </w:r>
      <w:proofErr w:type="spellEnd"/>
      <w:r>
        <w:t xml:space="preserve"> </w:t>
      </w:r>
      <w:proofErr w:type="spellStart"/>
      <w:r>
        <w:t>katılım</w:t>
      </w:r>
      <w:proofErr w:type="spellEnd"/>
      <w:r>
        <w:t xml:space="preserve"> </w:t>
      </w:r>
      <w:proofErr w:type="spellStart"/>
      <w:r>
        <w:t>olması</w:t>
      </w:r>
      <w:proofErr w:type="spellEnd"/>
      <w:r>
        <w:t xml:space="preserve">, </w:t>
      </w:r>
      <w:proofErr w:type="spellStart"/>
      <w:r>
        <w:t>anketin</w:t>
      </w:r>
      <w:proofErr w:type="spellEnd"/>
      <w:r>
        <w:t xml:space="preserve"> </w:t>
      </w:r>
      <w:proofErr w:type="spellStart"/>
      <w:r>
        <w:t>geneli</w:t>
      </w:r>
      <w:proofErr w:type="spellEnd"/>
      <w:r>
        <w:t xml:space="preserve"> </w:t>
      </w:r>
      <w:proofErr w:type="spellStart"/>
      <w:r>
        <w:t>temsil</w:t>
      </w:r>
      <w:proofErr w:type="spellEnd"/>
      <w:r>
        <w:t xml:space="preserve"> </w:t>
      </w:r>
      <w:proofErr w:type="spellStart"/>
      <w:r>
        <w:t>etme</w:t>
      </w:r>
      <w:proofErr w:type="spellEnd"/>
      <w:r>
        <w:t xml:space="preserve"> </w:t>
      </w:r>
      <w:proofErr w:type="spellStart"/>
      <w:r>
        <w:t>gücünü</w:t>
      </w:r>
      <w:proofErr w:type="spellEnd"/>
      <w:r>
        <w:t xml:space="preserve"> </w:t>
      </w:r>
      <w:proofErr w:type="spellStart"/>
      <w:r>
        <w:t>artırmaktadır</w:t>
      </w:r>
      <w:proofErr w:type="spellEnd"/>
      <w:r>
        <w:t>.</w:t>
      </w:r>
      <w:r>
        <w:br/>
        <w:t xml:space="preserve">    </w:t>
      </w:r>
    </w:p>
    <w:p w14:paraId="3D1A1EAE" w14:textId="77777777" w:rsidR="004F5003" w:rsidRDefault="004F5003"/>
    <w:p w14:paraId="60CC6521" w14:textId="77777777" w:rsidR="004F5003" w:rsidRDefault="004F5003"/>
    <w:p w14:paraId="58EB2A81" w14:textId="77777777" w:rsidR="004F5003" w:rsidRDefault="004F5003"/>
    <w:p w14:paraId="00BFE1AA" w14:textId="77777777" w:rsidR="004F5003" w:rsidRDefault="004F5003"/>
    <w:p w14:paraId="3E5614C7" w14:textId="77777777" w:rsidR="004F5003" w:rsidRDefault="004F5003"/>
    <w:p w14:paraId="373AF3A1" w14:textId="77777777" w:rsidR="004F5003" w:rsidRDefault="004F5003"/>
    <w:p w14:paraId="25CF741E" w14:textId="77777777" w:rsidR="004F5003" w:rsidRDefault="004F5003"/>
    <w:p w14:paraId="6C4DBCBF" w14:textId="77777777" w:rsidR="00654517" w:rsidRDefault="00000000">
      <w:proofErr w:type="spellStart"/>
      <w:r>
        <w:lastRenderedPageBreak/>
        <w:t>Şekil</w:t>
      </w:r>
      <w:proofErr w:type="spellEnd"/>
      <w:r>
        <w:t xml:space="preserve"> 3.1: </w:t>
      </w:r>
      <w:proofErr w:type="spellStart"/>
      <w:r>
        <w:t>Demografik</w:t>
      </w:r>
      <w:proofErr w:type="spellEnd"/>
      <w:r>
        <w:t xml:space="preserve"> </w:t>
      </w:r>
      <w:proofErr w:type="spellStart"/>
      <w:r>
        <w:t>Dağılımlar</w:t>
      </w:r>
      <w:proofErr w:type="spellEnd"/>
    </w:p>
    <w:p w14:paraId="7D4EC991" w14:textId="77777777" w:rsidR="00654517" w:rsidRDefault="00000000">
      <w:r>
        <w:rPr>
          <w:noProof/>
        </w:rPr>
        <w:drawing>
          <wp:inline distT="0" distB="0" distL="0" distR="0" wp14:anchorId="3ED14EFB" wp14:editId="7ECFC095">
            <wp:extent cx="5486400" cy="43486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mografik_dagilimla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7CC51" w14:textId="77777777" w:rsidR="00654517" w:rsidRDefault="00000000">
      <w:r>
        <w:br w:type="page"/>
      </w:r>
    </w:p>
    <w:p w14:paraId="24861705" w14:textId="77777777" w:rsidR="00654517" w:rsidRPr="008B7D12" w:rsidRDefault="00000000">
      <w:pPr>
        <w:pStyle w:val="Balk1"/>
        <w:rPr>
          <w:color w:val="auto"/>
        </w:rPr>
      </w:pPr>
      <w:r w:rsidRPr="008B7D12">
        <w:rPr>
          <w:color w:val="auto"/>
        </w:rPr>
        <w:lastRenderedPageBreak/>
        <w:t>4. ANKET SORULARI DETAY ANALİZİ</w:t>
      </w:r>
    </w:p>
    <w:p w14:paraId="472DDB41" w14:textId="77777777" w:rsidR="00654517" w:rsidRPr="008B7D12" w:rsidRDefault="00000000">
      <w:pPr>
        <w:pStyle w:val="Balk2"/>
        <w:rPr>
          <w:color w:val="auto"/>
        </w:rPr>
      </w:pPr>
      <w:r w:rsidRPr="008B7D12">
        <w:rPr>
          <w:color w:val="auto"/>
        </w:rPr>
        <w:t xml:space="preserve">4.1 Soru </w:t>
      </w:r>
      <w:proofErr w:type="spellStart"/>
      <w:r w:rsidRPr="008B7D12">
        <w:rPr>
          <w:color w:val="auto"/>
        </w:rPr>
        <w:t>Bazlı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İstatistikler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65"/>
        <w:gridCol w:w="1091"/>
        <w:gridCol w:w="1223"/>
        <w:gridCol w:w="1197"/>
        <w:gridCol w:w="1029"/>
        <w:gridCol w:w="964"/>
        <w:gridCol w:w="964"/>
        <w:gridCol w:w="997"/>
      </w:tblGrid>
      <w:tr w:rsidR="00654517" w14:paraId="6E610872" w14:textId="77777777">
        <w:tc>
          <w:tcPr>
            <w:tcW w:w="1080" w:type="dxa"/>
          </w:tcPr>
          <w:p w14:paraId="45412E8B" w14:textId="77777777" w:rsidR="00654517" w:rsidRDefault="00000000">
            <w:r>
              <w:t>Soru</w:t>
            </w:r>
          </w:p>
        </w:tc>
        <w:tc>
          <w:tcPr>
            <w:tcW w:w="1080" w:type="dxa"/>
          </w:tcPr>
          <w:p w14:paraId="70A373D8" w14:textId="77777777" w:rsidR="00654517" w:rsidRDefault="00000000">
            <w:r>
              <w:t>Ortalama (5/5)</w:t>
            </w:r>
          </w:p>
        </w:tc>
        <w:tc>
          <w:tcPr>
            <w:tcW w:w="1080" w:type="dxa"/>
          </w:tcPr>
          <w:p w14:paraId="49A00E25" w14:textId="77777777" w:rsidR="00654517" w:rsidRDefault="00000000">
            <w:r>
              <w:t>Ortalama (100/100)</w:t>
            </w:r>
          </w:p>
        </w:tc>
        <w:tc>
          <w:tcPr>
            <w:tcW w:w="1080" w:type="dxa"/>
          </w:tcPr>
          <w:p w14:paraId="1C4B71D8" w14:textId="77777777" w:rsidR="00654517" w:rsidRDefault="00000000">
            <w:proofErr w:type="spellStart"/>
            <w:r>
              <w:t>Std.Sapma</w:t>
            </w:r>
            <w:proofErr w:type="spellEnd"/>
          </w:p>
        </w:tc>
        <w:tc>
          <w:tcPr>
            <w:tcW w:w="1080" w:type="dxa"/>
          </w:tcPr>
          <w:p w14:paraId="155B1B20" w14:textId="77777777" w:rsidR="00654517" w:rsidRDefault="00000000">
            <w:proofErr w:type="spellStart"/>
            <w:r>
              <w:t>Medyan</w:t>
            </w:r>
            <w:proofErr w:type="spellEnd"/>
          </w:p>
        </w:tc>
        <w:tc>
          <w:tcPr>
            <w:tcW w:w="1080" w:type="dxa"/>
          </w:tcPr>
          <w:p w14:paraId="632C622E" w14:textId="77777777" w:rsidR="00654517" w:rsidRDefault="00000000">
            <w:r>
              <w:t>%5 Puan</w:t>
            </w:r>
          </w:p>
        </w:tc>
        <w:tc>
          <w:tcPr>
            <w:tcW w:w="1080" w:type="dxa"/>
          </w:tcPr>
          <w:p w14:paraId="38BF6A75" w14:textId="77777777" w:rsidR="00654517" w:rsidRDefault="00000000">
            <w:r>
              <w:t>%4-5 Puan</w:t>
            </w:r>
          </w:p>
        </w:tc>
        <w:tc>
          <w:tcPr>
            <w:tcW w:w="1080" w:type="dxa"/>
          </w:tcPr>
          <w:p w14:paraId="2263EBFD" w14:textId="77777777" w:rsidR="00654517" w:rsidRDefault="00000000">
            <w:r>
              <w:t>Durum</w:t>
            </w:r>
          </w:p>
        </w:tc>
      </w:tr>
      <w:tr w:rsidR="00654517" w14:paraId="37E95D05" w14:textId="77777777">
        <w:tc>
          <w:tcPr>
            <w:tcW w:w="1080" w:type="dxa"/>
          </w:tcPr>
          <w:p w14:paraId="1B8DFED1" w14:textId="77777777" w:rsidR="00654517" w:rsidRDefault="00000000">
            <w:r>
              <w:t>q1-İletişim</w:t>
            </w:r>
          </w:p>
        </w:tc>
        <w:tc>
          <w:tcPr>
            <w:tcW w:w="1080" w:type="dxa"/>
          </w:tcPr>
          <w:p w14:paraId="31756614" w14:textId="77777777" w:rsidR="00654517" w:rsidRDefault="00000000">
            <w:r>
              <w:t>3.95</w:t>
            </w:r>
          </w:p>
        </w:tc>
        <w:tc>
          <w:tcPr>
            <w:tcW w:w="1080" w:type="dxa"/>
          </w:tcPr>
          <w:p w14:paraId="7FD9D20C" w14:textId="77777777" w:rsidR="00654517" w:rsidRDefault="00000000">
            <w:r>
              <w:t>79.1</w:t>
            </w:r>
          </w:p>
        </w:tc>
        <w:tc>
          <w:tcPr>
            <w:tcW w:w="1080" w:type="dxa"/>
          </w:tcPr>
          <w:p w14:paraId="625C0CD2" w14:textId="77777777" w:rsidR="00654517" w:rsidRDefault="00000000">
            <w:r>
              <w:t>1.54</w:t>
            </w:r>
          </w:p>
        </w:tc>
        <w:tc>
          <w:tcPr>
            <w:tcW w:w="1080" w:type="dxa"/>
          </w:tcPr>
          <w:p w14:paraId="0064B4E0" w14:textId="77777777" w:rsidR="00654517" w:rsidRDefault="00000000">
            <w:r>
              <w:t>5.0</w:t>
            </w:r>
          </w:p>
        </w:tc>
        <w:tc>
          <w:tcPr>
            <w:tcW w:w="1080" w:type="dxa"/>
          </w:tcPr>
          <w:p w14:paraId="327BAE06" w14:textId="77777777" w:rsidR="00654517" w:rsidRDefault="00000000">
            <w:r>
              <w:t>%58.7</w:t>
            </w:r>
          </w:p>
        </w:tc>
        <w:tc>
          <w:tcPr>
            <w:tcW w:w="1080" w:type="dxa"/>
          </w:tcPr>
          <w:p w14:paraId="4DCFDBF2" w14:textId="77777777" w:rsidR="00654517" w:rsidRDefault="00000000">
            <w:r>
              <w:t>%74.0</w:t>
            </w:r>
          </w:p>
        </w:tc>
        <w:tc>
          <w:tcPr>
            <w:tcW w:w="1080" w:type="dxa"/>
          </w:tcPr>
          <w:p w14:paraId="3A35AAE1" w14:textId="77777777" w:rsidR="00654517" w:rsidRDefault="00000000">
            <w:r>
              <w:t>✅ İyi</w:t>
            </w:r>
          </w:p>
        </w:tc>
      </w:tr>
      <w:tr w:rsidR="00654517" w14:paraId="537D11BC" w14:textId="77777777">
        <w:tc>
          <w:tcPr>
            <w:tcW w:w="1080" w:type="dxa"/>
          </w:tcPr>
          <w:p w14:paraId="0EA25625" w14:textId="77777777" w:rsidR="00654517" w:rsidRDefault="00000000">
            <w:r>
              <w:t xml:space="preserve">q2-Problem </w:t>
            </w:r>
            <w:proofErr w:type="spellStart"/>
            <w:r>
              <w:t>Çözme</w:t>
            </w:r>
            <w:proofErr w:type="spellEnd"/>
          </w:p>
        </w:tc>
        <w:tc>
          <w:tcPr>
            <w:tcW w:w="1080" w:type="dxa"/>
          </w:tcPr>
          <w:p w14:paraId="04CF8E4E" w14:textId="77777777" w:rsidR="00654517" w:rsidRDefault="00000000">
            <w:r>
              <w:t>3.93</w:t>
            </w:r>
          </w:p>
        </w:tc>
        <w:tc>
          <w:tcPr>
            <w:tcW w:w="1080" w:type="dxa"/>
          </w:tcPr>
          <w:p w14:paraId="2992F70B" w14:textId="77777777" w:rsidR="00654517" w:rsidRDefault="00000000">
            <w:r>
              <w:t>78.6</w:t>
            </w:r>
          </w:p>
        </w:tc>
        <w:tc>
          <w:tcPr>
            <w:tcW w:w="1080" w:type="dxa"/>
          </w:tcPr>
          <w:p w14:paraId="061C1706" w14:textId="77777777" w:rsidR="00654517" w:rsidRDefault="00000000">
            <w:r>
              <w:t>1.55</w:t>
            </w:r>
          </w:p>
        </w:tc>
        <w:tc>
          <w:tcPr>
            <w:tcW w:w="1080" w:type="dxa"/>
          </w:tcPr>
          <w:p w14:paraId="7EABF33A" w14:textId="77777777" w:rsidR="00654517" w:rsidRDefault="00000000">
            <w:r>
              <w:t>5.0</w:t>
            </w:r>
          </w:p>
        </w:tc>
        <w:tc>
          <w:tcPr>
            <w:tcW w:w="1080" w:type="dxa"/>
          </w:tcPr>
          <w:p w14:paraId="259F052A" w14:textId="77777777" w:rsidR="00654517" w:rsidRDefault="00000000">
            <w:r>
              <w:t>%57.4</w:t>
            </w:r>
          </w:p>
        </w:tc>
        <w:tc>
          <w:tcPr>
            <w:tcW w:w="1080" w:type="dxa"/>
          </w:tcPr>
          <w:p w14:paraId="6095D0EE" w14:textId="77777777" w:rsidR="00654517" w:rsidRDefault="00000000">
            <w:r>
              <w:t>%73.4</w:t>
            </w:r>
          </w:p>
        </w:tc>
        <w:tc>
          <w:tcPr>
            <w:tcW w:w="1080" w:type="dxa"/>
          </w:tcPr>
          <w:p w14:paraId="6E7D2EE6" w14:textId="77777777" w:rsidR="00654517" w:rsidRDefault="00000000">
            <w:r>
              <w:t>✅ İyi</w:t>
            </w:r>
          </w:p>
        </w:tc>
      </w:tr>
      <w:tr w:rsidR="00654517" w14:paraId="4231366F" w14:textId="77777777">
        <w:tc>
          <w:tcPr>
            <w:tcW w:w="1080" w:type="dxa"/>
          </w:tcPr>
          <w:p w14:paraId="001E2D98" w14:textId="77777777" w:rsidR="00654517" w:rsidRDefault="00000000">
            <w:r>
              <w:t>q3-Ders Seçimi</w:t>
            </w:r>
          </w:p>
        </w:tc>
        <w:tc>
          <w:tcPr>
            <w:tcW w:w="1080" w:type="dxa"/>
          </w:tcPr>
          <w:p w14:paraId="20C7E0F6" w14:textId="77777777" w:rsidR="00654517" w:rsidRDefault="00000000">
            <w:r>
              <w:t>4.05</w:t>
            </w:r>
          </w:p>
        </w:tc>
        <w:tc>
          <w:tcPr>
            <w:tcW w:w="1080" w:type="dxa"/>
          </w:tcPr>
          <w:p w14:paraId="2F0DEE73" w14:textId="77777777" w:rsidR="00654517" w:rsidRDefault="00000000">
            <w:r>
              <w:t>81.1</w:t>
            </w:r>
          </w:p>
        </w:tc>
        <w:tc>
          <w:tcPr>
            <w:tcW w:w="1080" w:type="dxa"/>
          </w:tcPr>
          <w:p w14:paraId="448172AA" w14:textId="77777777" w:rsidR="00654517" w:rsidRDefault="00000000">
            <w:r>
              <w:t>1.53</w:t>
            </w:r>
          </w:p>
        </w:tc>
        <w:tc>
          <w:tcPr>
            <w:tcW w:w="1080" w:type="dxa"/>
          </w:tcPr>
          <w:p w14:paraId="3518C923" w14:textId="77777777" w:rsidR="00654517" w:rsidRDefault="00000000">
            <w:r>
              <w:t>5.0</w:t>
            </w:r>
          </w:p>
        </w:tc>
        <w:tc>
          <w:tcPr>
            <w:tcW w:w="1080" w:type="dxa"/>
          </w:tcPr>
          <w:p w14:paraId="12E91457" w14:textId="77777777" w:rsidR="00654517" w:rsidRDefault="00000000">
            <w:r>
              <w:t>%61.9</w:t>
            </w:r>
          </w:p>
        </w:tc>
        <w:tc>
          <w:tcPr>
            <w:tcW w:w="1080" w:type="dxa"/>
          </w:tcPr>
          <w:p w14:paraId="12BE122B" w14:textId="77777777" w:rsidR="00654517" w:rsidRDefault="00000000">
            <w:r>
              <w:t>%78.5</w:t>
            </w:r>
          </w:p>
        </w:tc>
        <w:tc>
          <w:tcPr>
            <w:tcW w:w="1080" w:type="dxa"/>
          </w:tcPr>
          <w:p w14:paraId="20CBB6D1" w14:textId="77777777" w:rsidR="00654517" w:rsidRDefault="00000000">
            <w:r>
              <w:t>🏆 En Yüksek</w:t>
            </w:r>
          </w:p>
        </w:tc>
      </w:tr>
      <w:tr w:rsidR="00654517" w14:paraId="065EA9CA" w14:textId="77777777">
        <w:tc>
          <w:tcPr>
            <w:tcW w:w="1080" w:type="dxa"/>
          </w:tcPr>
          <w:p w14:paraId="7502173D" w14:textId="77777777" w:rsidR="00654517" w:rsidRDefault="00000000">
            <w:r>
              <w:t>q4-Kişisel Gelişim</w:t>
            </w:r>
          </w:p>
        </w:tc>
        <w:tc>
          <w:tcPr>
            <w:tcW w:w="1080" w:type="dxa"/>
          </w:tcPr>
          <w:p w14:paraId="6C4273F9" w14:textId="77777777" w:rsidR="00654517" w:rsidRDefault="00000000">
            <w:r>
              <w:t>3.76</w:t>
            </w:r>
          </w:p>
        </w:tc>
        <w:tc>
          <w:tcPr>
            <w:tcW w:w="1080" w:type="dxa"/>
          </w:tcPr>
          <w:p w14:paraId="4C67F830" w14:textId="77777777" w:rsidR="00654517" w:rsidRDefault="00000000">
            <w:r>
              <w:t>75.2</w:t>
            </w:r>
          </w:p>
        </w:tc>
        <w:tc>
          <w:tcPr>
            <w:tcW w:w="1080" w:type="dxa"/>
          </w:tcPr>
          <w:p w14:paraId="4BA93675" w14:textId="77777777" w:rsidR="00654517" w:rsidRDefault="00000000">
            <w:r>
              <w:t>1.60</w:t>
            </w:r>
          </w:p>
        </w:tc>
        <w:tc>
          <w:tcPr>
            <w:tcW w:w="1080" w:type="dxa"/>
          </w:tcPr>
          <w:p w14:paraId="359B0B5C" w14:textId="77777777" w:rsidR="00654517" w:rsidRDefault="00000000">
            <w:r>
              <w:t>5.0</w:t>
            </w:r>
          </w:p>
        </w:tc>
        <w:tc>
          <w:tcPr>
            <w:tcW w:w="1080" w:type="dxa"/>
          </w:tcPr>
          <w:p w14:paraId="180F8EA2" w14:textId="77777777" w:rsidR="00654517" w:rsidRDefault="00000000">
            <w:r>
              <w:t>%51.3</w:t>
            </w:r>
          </w:p>
        </w:tc>
        <w:tc>
          <w:tcPr>
            <w:tcW w:w="1080" w:type="dxa"/>
          </w:tcPr>
          <w:p w14:paraId="27DF97E6" w14:textId="77777777" w:rsidR="00654517" w:rsidRDefault="00000000">
            <w:r>
              <w:t>%68.6</w:t>
            </w:r>
          </w:p>
        </w:tc>
        <w:tc>
          <w:tcPr>
            <w:tcW w:w="1080" w:type="dxa"/>
          </w:tcPr>
          <w:p w14:paraId="47D30B20" w14:textId="77777777" w:rsidR="00654517" w:rsidRDefault="00000000">
            <w:r>
              <w:t xml:space="preserve">⚠️ En </w:t>
            </w:r>
            <w:proofErr w:type="spellStart"/>
            <w:r>
              <w:t>Düşük</w:t>
            </w:r>
            <w:proofErr w:type="spellEnd"/>
          </w:p>
        </w:tc>
      </w:tr>
      <w:tr w:rsidR="00654517" w14:paraId="648FAF46" w14:textId="77777777">
        <w:tc>
          <w:tcPr>
            <w:tcW w:w="1080" w:type="dxa"/>
          </w:tcPr>
          <w:p w14:paraId="78A451B8" w14:textId="77777777" w:rsidR="00654517" w:rsidRDefault="00000000">
            <w:r>
              <w:t>q5-Görüşme Saatleri</w:t>
            </w:r>
          </w:p>
        </w:tc>
        <w:tc>
          <w:tcPr>
            <w:tcW w:w="1080" w:type="dxa"/>
          </w:tcPr>
          <w:p w14:paraId="52DFE78B" w14:textId="77777777" w:rsidR="00654517" w:rsidRDefault="00000000">
            <w:r>
              <w:t>3.96</w:t>
            </w:r>
          </w:p>
        </w:tc>
        <w:tc>
          <w:tcPr>
            <w:tcW w:w="1080" w:type="dxa"/>
          </w:tcPr>
          <w:p w14:paraId="72C2A851" w14:textId="77777777" w:rsidR="00654517" w:rsidRDefault="00000000">
            <w:r>
              <w:t>79.1</w:t>
            </w:r>
          </w:p>
        </w:tc>
        <w:tc>
          <w:tcPr>
            <w:tcW w:w="1080" w:type="dxa"/>
          </w:tcPr>
          <w:p w14:paraId="30C0300D" w14:textId="77777777" w:rsidR="00654517" w:rsidRDefault="00000000">
            <w:r>
              <w:t>1.55</w:t>
            </w:r>
          </w:p>
        </w:tc>
        <w:tc>
          <w:tcPr>
            <w:tcW w:w="1080" w:type="dxa"/>
          </w:tcPr>
          <w:p w14:paraId="580029AE" w14:textId="77777777" w:rsidR="00654517" w:rsidRDefault="00000000">
            <w:r>
              <w:t>5.0</w:t>
            </w:r>
          </w:p>
        </w:tc>
        <w:tc>
          <w:tcPr>
            <w:tcW w:w="1080" w:type="dxa"/>
          </w:tcPr>
          <w:p w14:paraId="194BD294" w14:textId="77777777" w:rsidR="00654517" w:rsidRDefault="00000000">
            <w:r>
              <w:t>%55.1</w:t>
            </w:r>
          </w:p>
        </w:tc>
        <w:tc>
          <w:tcPr>
            <w:tcW w:w="1080" w:type="dxa"/>
          </w:tcPr>
          <w:p w14:paraId="0CDA2D7E" w14:textId="77777777" w:rsidR="00654517" w:rsidRDefault="00000000">
            <w:r>
              <w:t>%76.6</w:t>
            </w:r>
          </w:p>
        </w:tc>
        <w:tc>
          <w:tcPr>
            <w:tcW w:w="1080" w:type="dxa"/>
          </w:tcPr>
          <w:p w14:paraId="290FF751" w14:textId="77777777" w:rsidR="00654517" w:rsidRDefault="00000000">
            <w:r>
              <w:t>✅ İyi</w:t>
            </w:r>
          </w:p>
        </w:tc>
      </w:tr>
      <w:tr w:rsidR="00654517" w14:paraId="126B2404" w14:textId="77777777">
        <w:tc>
          <w:tcPr>
            <w:tcW w:w="1080" w:type="dxa"/>
          </w:tcPr>
          <w:p w14:paraId="7743E9E4" w14:textId="77777777" w:rsidR="00654517" w:rsidRDefault="00000000">
            <w:r>
              <w:t>q6-Gizlilik</w:t>
            </w:r>
          </w:p>
        </w:tc>
        <w:tc>
          <w:tcPr>
            <w:tcW w:w="1080" w:type="dxa"/>
          </w:tcPr>
          <w:p w14:paraId="0370CB64" w14:textId="77777777" w:rsidR="00654517" w:rsidRDefault="00000000">
            <w:r>
              <w:t>4.01</w:t>
            </w:r>
          </w:p>
        </w:tc>
        <w:tc>
          <w:tcPr>
            <w:tcW w:w="1080" w:type="dxa"/>
          </w:tcPr>
          <w:p w14:paraId="19375CAD" w14:textId="77777777" w:rsidR="00654517" w:rsidRDefault="00000000">
            <w:r>
              <w:t>80.1</w:t>
            </w:r>
          </w:p>
        </w:tc>
        <w:tc>
          <w:tcPr>
            <w:tcW w:w="1080" w:type="dxa"/>
          </w:tcPr>
          <w:p w14:paraId="7BEB05CD" w14:textId="77777777" w:rsidR="00654517" w:rsidRDefault="00000000">
            <w:r>
              <w:t>1.64</w:t>
            </w:r>
          </w:p>
        </w:tc>
        <w:tc>
          <w:tcPr>
            <w:tcW w:w="1080" w:type="dxa"/>
          </w:tcPr>
          <w:p w14:paraId="024A8914" w14:textId="77777777" w:rsidR="00654517" w:rsidRDefault="00000000">
            <w:r>
              <w:t>5.0</w:t>
            </w:r>
          </w:p>
        </w:tc>
        <w:tc>
          <w:tcPr>
            <w:tcW w:w="1080" w:type="dxa"/>
          </w:tcPr>
          <w:p w14:paraId="007984A2" w14:textId="77777777" w:rsidR="00654517" w:rsidRDefault="00000000">
            <w:r>
              <w:t>%60.3</w:t>
            </w:r>
          </w:p>
        </w:tc>
        <w:tc>
          <w:tcPr>
            <w:tcW w:w="1080" w:type="dxa"/>
          </w:tcPr>
          <w:p w14:paraId="50E1EF74" w14:textId="77777777" w:rsidR="00654517" w:rsidRDefault="00000000">
            <w:r>
              <w:t>%80.1</w:t>
            </w:r>
          </w:p>
        </w:tc>
        <w:tc>
          <w:tcPr>
            <w:tcW w:w="1080" w:type="dxa"/>
          </w:tcPr>
          <w:p w14:paraId="06AC1340" w14:textId="77777777" w:rsidR="00654517" w:rsidRDefault="00000000">
            <w:r>
              <w:t>✅ İyi</w:t>
            </w:r>
          </w:p>
        </w:tc>
      </w:tr>
      <w:tr w:rsidR="00654517" w14:paraId="085AE180" w14:textId="77777777">
        <w:tc>
          <w:tcPr>
            <w:tcW w:w="1080" w:type="dxa"/>
          </w:tcPr>
          <w:p w14:paraId="335175E9" w14:textId="77777777" w:rsidR="00654517" w:rsidRDefault="00000000">
            <w:r>
              <w:t>q7-Mesleki Gelişim</w:t>
            </w:r>
          </w:p>
        </w:tc>
        <w:tc>
          <w:tcPr>
            <w:tcW w:w="1080" w:type="dxa"/>
          </w:tcPr>
          <w:p w14:paraId="572537EC" w14:textId="77777777" w:rsidR="00654517" w:rsidRDefault="00000000">
            <w:r>
              <w:t>3.87</w:t>
            </w:r>
          </w:p>
        </w:tc>
        <w:tc>
          <w:tcPr>
            <w:tcW w:w="1080" w:type="dxa"/>
          </w:tcPr>
          <w:p w14:paraId="49DF2F20" w14:textId="77777777" w:rsidR="00654517" w:rsidRDefault="00000000">
            <w:r>
              <w:t>77.4</w:t>
            </w:r>
          </w:p>
        </w:tc>
        <w:tc>
          <w:tcPr>
            <w:tcW w:w="1080" w:type="dxa"/>
          </w:tcPr>
          <w:p w14:paraId="121FC907" w14:textId="77777777" w:rsidR="00654517" w:rsidRDefault="00000000">
            <w:r>
              <w:t>1.55</w:t>
            </w:r>
          </w:p>
        </w:tc>
        <w:tc>
          <w:tcPr>
            <w:tcW w:w="1080" w:type="dxa"/>
          </w:tcPr>
          <w:p w14:paraId="686FC252" w14:textId="77777777" w:rsidR="00654517" w:rsidRDefault="00000000">
            <w:r>
              <w:t>5.0</w:t>
            </w:r>
          </w:p>
        </w:tc>
        <w:tc>
          <w:tcPr>
            <w:tcW w:w="1080" w:type="dxa"/>
          </w:tcPr>
          <w:p w14:paraId="227EA725" w14:textId="77777777" w:rsidR="00654517" w:rsidRDefault="00000000">
            <w:r>
              <w:t>%53.2</w:t>
            </w:r>
          </w:p>
        </w:tc>
        <w:tc>
          <w:tcPr>
            <w:tcW w:w="1080" w:type="dxa"/>
          </w:tcPr>
          <w:p w14:paraId="6FDF0ABC" w14:textId="77777777" w:rsidR="00654517" w:rsidRDefault="00000000">
            <w:r>
              <w:t>%72.1</w:t>
            </w:r>
          </w:p>
        </w:tc>
        <w:tc>
          <w:tcPr>
            <w:tcW w:w="1080" w:type="dxa"/>
          </w:tcPr>
          <w:p w14:paraId="5AABB566" w14:textId="77777777" w:rsidR="00654517" w:rsidRDefault="00000000">
            <w:r>
              <w:t>✅ İyi</w:t>
            </w:r>
          </w:p>
        </w:tc>
      </w:tr>
      <w:tr w:rsidR="00654517" w14:paraId="71ED0447" w14:textId="77777777">
        <w:tc>
          <w:tcPr>
            <w:tcW w:w="1080" w:type="dxa"/>
          </w:tcPr>
          <w:p w14:paraId="21899E01" w14:textId="77777777" w:rsidR="00654517" w:rsidRDefault="00000000">
            <w:r>
              <w:t>q8-Akademik Takip</w:t>
            </w:r>
          </w:p>
        </w:tc>
        <w:tc>
          <w:tcPr>
            <w:tcW w:w="1080" w:type="dxa"/>
          </w:tcPr>
          <w:p w14:paraId="377F502D" w14:textId="77777777" w:rsidR="00654517" w:rsidRDefault="00000000">
            <w:r>
              <w:t>3.79</w:t>
            </w:r>
          </w:p>
        </w:tc>
        <w:tc>
          <w:tcPr>
            <w:tcW w:w="1080" w:type="dxa"/>
          </w:tcPr>
          <w:p w14:paraId="2A339096" w14:textId="77777777" w:rsidR="00654517" w:rsidRDefault="00000000">
            <w:r>
              <w:t>75.8</w:t>
            </w:r>
          </w:p>
        </w:tc>
        <w:tc>
          <w:tcPr>
            <w:tcW w:w="1080" w:type="dxa"/>
          </w:tcPr>
          <w:p w14:paraId="173E93DA" w14:textId="77777777" w:rsidR="00654517" w:rsidRDefault="00000000">
            <w:r>
              <w:t>1.59</w:t>
            </w:r>
          </w:p>
        </w:tc>
        <w:tc>
          <w:tcPr>
            <w:tcW w:w="1080" w:type="dxa"/>
          </w:tcPr>
          <w:p w14:paraId="56BABF00" w14:textId="77777777" w:rsidR="00654517" w:rsidRDefault="00000000">
            <w:r>
              <w:t>5.0</w:t>
            </w:r>
          </w:p>
        </w:tc>
        <w:tc>
          <w:tcPr>
            <w:tcW w:w="1080" w:type="dxa"/>
          </w:tcPr>
          <w:p w14:paraId="553E54AA" w14:textId="77777777" w:rsidR="00654517" w:rsidRDefault="00000000">
            <w:r>
              <w:t>%53.8</w:t>
            </w:r>
          </w:p>
        </w:tc>
        <w:tc>
          <w:tcPr>
            <w:tcW w:w="1080" w:type="dxa"/>
          </w:tcPr>
          <w:p w14:paraId="5342ECA7" w14:textId="77777777" w:rsidR="00654517" w:rsidRDefault="00000000">
            <w:r>
              <w:t>%68.6</w:t>
            </w:r>
          </w:p>
        </w:tc>
        <w:tc>
          <w:tcPr>
            <w:tcW w:w="1080" w:type="dxa"/>
          </w:tcPr>
          <w:p w14:paraId="497D95EA" w14:textId="77777777" w:rsidR="00654517" w:rsidRDefault="00000000">
            <w:r>
              <w:t xml:space="preserve">⚠️ </w:t>
            </w:r>
            <w:proofErr w:type="spellStart"/>
            <w:r>
              <w:t>Düşük</w:t>
            </w:r>
            <w:proofErr w:type="spellEnd"/>
          </w:p>
        </w:tc>
      </w:tr>
    </w:tbl>
    <w:p w14:paraId="2CCA0291" w14:textId="77777777" w:rsidR="00654517" w:rsidRDefault="00654517"/>
    <w:p w14:paraId="5CD1485F" w14:textId="76780DE7" w:rsidR="00654517" w:rsidRDefault="00000000">
      <w:r>
        <w:br/>
        <w:t xml:space="preserve">     TEMEL BULGULAR:</w:t>
      </w:r>
      <w:r>
        <w:br/>
        <w:t xml:space="preserve">    • En </w:t>
      </w:r>
      <w:proofErr w:type="spellStart"/>
      <w:r>
        <w:t>yüksek</w:t>
      </w:r>
      <w:proofErr w:type="spellEnd"/>
      <w:r>
        <w:t xml:space="preserve"> </w:t>
      </w:r>
      <w:proofErr w:type="spellStart"/>
      <w:r>
        <w:t>puan</w:t>
      </w:r>
      <w:proofErr w:type="spellEnd"/>
      <w:r>
        <w:t xml:space="preserve">: q3 (Ders </w:t>
      </w:r>
      <w:proofErr w:type="spellStart"/>
      <w:r>
        <w:t>Seçimi</w:t>
      </w:r>
      <w:proofErr w:type="spellEnd"/>
      <w:r>
        <w:t xml:space="preserve"> </w:t>
      </w:r>
      <w:proofErr w:type="spellStart"/>
      <w:r>
        <w:t>Desteği</w:t>
      </w:r>
      <w:proofErr w:type="spellEnd"/>
      <w:r>
        <w:t>) - 81.1/100</w:t>
      </w:r>
      <w:r>
        <w:br/>
        <w:t xml:space="preserve">    • En </w:t>
      </w:r>
      <w:proofErr w:type="spellStart"/>
      <w:r>
        <w:t>düşük</w:t>
      </w:r>
      <w:proofErr w:type="spellEnd"/>
      <w:r>
        <w:t xml:space="preserve"> </w:t>
      </w:r>
      <w:proofErr w:type="spellStart"/>
      <w:r>
        <w:t>puan</w:t>
      </w:r>
      <w:proofErr w:type="spellEnd"/>
      <w:r>
        <w:t>: q4 (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Gelişim</w:t>
      </w:r>
      <w:proofErr w:type="spellEnd"/>
      <w:r>
        <w:t>) - 75.2/100</w:t>
      </w:r>
      <w:r>
        <w:br/>
        <w:t xml:space="preserve">    •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sorularda</w:t>
      </w:r>
      <w:proofErr w:type="spellEnd"/>
      <w:r>
        <w:t xml:space="preserve"> </w:t>
      </w:r>
      <w:proofErr w:type="spellStart"/>
      <w:r>
        <w:t>medyan</w:t>
      </w:r>
      <w:proofErr w:type="spellEnd"/>
      <w:r>
        <w:t xml:space="preserve"> </w:t>
      </w:r>
      <w:proofErr w:type="spellStart"/>
      <w:r>
        <w:t>değeri</w:t>
      </w:r>
      <w:proofErr w:type="spellEnd"/>
      <w:r>
        <w:t xml:space="preserve"> 5.0 (</w:t>
      </w:r>
      <w:proofErr w:type="spellStart"/>
      <w:r>
        <w:t>maksimum</w:t>
      </w:r>
      <w:proofErr w:type="spellEnd"/>
      <w:r>
        <w:t>)</w:t>
      </w:r>
      <w:r>
        <w:br/>
        <w:t xml:space="preserve">    • Genel </w:t>
      </w:r>
      <w:proofErr w:type="spellStart"/>
      <w:r>
        <w:t>ortalama</w:t>
      </w:r>
      <w:proofErr w:type="spellEnd"/>
      <w:r>
        <w:t>: 78.3/100</w:t>
      </w:r>
      <w:r>
        <w:br/>
        <w:t xml:space="preserve">    </w:t>
      </w:r>
      <w:r>
        <w:br/>
        <w:t xml:space="preserve">     DETAYLAND</w:t>
      </w:r>
      <w:r w:rsidR="008B7D12">
        <w:t>I</w:t>
      </w:r>
      <w:r>
        <w:t>RMA:</w:t>
      </w:r>
      <w:r>
        <w:br/>
        <w:t xml:space="preserve">    • </w:t>
      </w:r>
      <w:proofErr w:type="spellStart"/>
      <w:r>
        <w:t>Öğrenciler</w:t>
      </w:r>
      <w:proofErr w:type="spellEnd"/>
      <w:r>
        <w:t xml:space="preserve"> </w:t>
      </w:r>
      <w:proofErr w:type="spellStart"/>
      <w:r>
        <w:t>danışmanlarından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çok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seçimi</w:t>
      </w:r>
      <w:proofErr w:type="spellEnd"/>
      <w:r>
        <w:t xml:space="preserve"> </w:t>
      </w:r>
      <w:proofErr w:type="spellStart"/>
      <w:r>
        <w:t>konusunda</w:t>
      </w:r>
      <w:proofErr w:type="spellEnd"/>
      <w:r>
        <w:t xml:space="preserve"> </w:t>
      </w:r>
      <w:proofErr w:type="spellStart"/>
      <w:r>
        <w:t>memnun</w:t>
      </w:r>
      <w:proofErr w:type="spellEnd"/>
      <w:r>
        <w:br/>
        <w:t xml:space="preserve">    •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gelişim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takip</w:t>
      </w:r>
      <w:proofErr w:type="spellEnd"/>
      <w:r>
        <w:t xml:space="preserve"> </w:t>
      </w:r>
      <w:proofErr w:type="spellStart"/>
      <w:r>
        <w:t>alanlarında</w:t>
      </w:r>
      <w:proofErr w:type="spellEnd"/>
      <w:r>
        <w:t xml:space="preserve"> </w:t>
      </w:r>
      <w:proofErr w:type="spellStart"/>
      <w:r>
        <w:t>göreli</w:t>
      </w:r>
      <w:proofErr w:type="spellEnd"/>
      <w:r>
        <w:t xml:space="preserve"> </w:t>
      </w:r>
      <w:proofErr w:type="spellStart"/>
      <w:r>
        <w:t>eksiklik</w:t>
      </w:r>
      <w:proofErr w:type="spellEnd"/>
      <w:r>
        <w:br/>
        <w:t xml:space="preserve">    • 4-5 </w:t>
      </w:r>
      <w:proofErr w:type="spellStart"/>
      <w:r>
        <w:t>puan</w:t>
      </w:r>
      <w:proofErr w:type="spellEnd"/>
      <w:r>
        <w:t xml:space="preserve"> </w:t>
      </w:r>
      <w:proofErr w:type="spellStart"/>
      <w:r>
        <w:t>verme</w:t>
      </w:r>
      <w:proofErr w:type="spellEnd"/>
      <w:r>
        <w:t xml:space="preserve"> </w:t>
      </w:r>
      <w:proofErr w:type="spellStart"/>
      <w:r>
        <w:t>oranları</w:t>
      </w:r>
      <w:proofErr w:type="spellEnd"/>
      <w:r>
        <w:t xml:space="preserve"> %68.6-%80.1 </w:t>
      </w:r>
      <w:proofErr w:type="spellStart"/>
      <w:r>
        <w:t>arasında</w:t>
      </w:r>
      <w:proofErr w:type="spellEnd"/>
      <w:r>
        <w:t xml:space="preserve"> </w:t>
      </w:r>
      <w:proofErr w:type="spellStart"/>
      <w:r>
        <w:t>değişmekte</w:t>
      </w:r>
      <w:proofErr w:type="spellEnd"/>
      <w:r>
        <w:br/>
        <w:t xml:space="preserve">    </w:t>
      </w:r>
    </w:p>
    <w:p w14:paraId="5C3F50C3" w14:textId="77777777" w:rsidR="004F5003" w:rsidRDefault="004F5003"/>
    <w:p w14:paraId="183F6C94" w14:textId="77777777" w:rsidR="004F5003" w:rsidRDefault="004F5003"/>
    <w:p w14:paraId="15D7B7E1" w14:textId="77777777" w:rsidR="004F5003" w:rsidRDefault="004F5003"/>
    <w:p w14:paraId="4FDD82B2" w14:textId="77777777" w:rsidR="004F5003" w:rsidRDefault="004F5003"/>
    <w:p w14:paraId="63D23A3A" w14:textId="0FB5E34C" w:rsidR="00654517" w:rsidRDefault="00000000">
      <w:proofErr w:type="spellStart"/>
      <w:r>
        <w:lastRenderedPageBreak/>
        <w:t>Şekil</w:t>
      </w:r>
      <w:proofErr w:type="spellEnd"/>
      <w:r>
        <w:t xml:space="preserve"> 4.1: </w:t>
      </w:r>
      <w:proofErr w:type="spellStart"/>
      <w:r>
        <w:t>Anket</w:t>
      </w:r>
      <w:proofErr w:type="spellEnd"/>
      <w:r>
        <w:t xml:space="preserve"> </w:t>
      </w:r>
      <w:proofErr w:type="spellStart"/>
      <w:r>
        <w:t>Sorularının</w:t>
      </w:r>
      <w:proofErr w:type="spellEnd"/>
      <w:r>
        <w:t xml:space="preserve"> </w:t>
      </w:r>
      <w:proofErr w:type="spellStart"/>
      <w:r>
        <w:t>Ortalama</w:t>
      </w:r>
      <w:proofErr w:type="spellEnd"/>
      <w:r>
        <w:t xml:space="preserve"> </w:t>
      </w:r>
      <w:proofErr w:type="spellStart"/>
      <w:r>
        <w:t>Puanları</w:t>
      </w:r>
      <w:proofErr w:type="spellEnd"/>
    </w:p>
    <w:p w14:paraId="1310BB7C" w14:textId="77777777" w:rsidR="00654517" w:rsidRDefault="00000000">
      <w:r>
        <w:rPr>
          <w:noProof/>
        </w:rPr>
        <w:drawing>
          <wp:inline distT="0" distB="0" distL="0" distR="0" wp14:anchorId="031C0653" wp14:editId="652B4ABC">
            <wp:extent cx="5486400" cy="36422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ru_ortalamalar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5338E" w14:textId="77777777" w:rsidR="00654517" w:rsidRDefault="00000000">
      <w:proofErr w:type="spellStart"/>
      <w:r>
        <w:t>Şekil</w:t>
      </w:r>
      <w:proofErr w:type="spellEnd"/>
      <w:r>
        <w:t xml:space="preserve"> 4.2: Likert </w:t>
      </w:r>
      <w:proofErr w:type="spellStart"/>
      <w:r>
        <w:t>Ölçeği</w:t>
      </w:r>
      <w:proofErr w:type="spellEnd"/>
      <w:r>
        <w:t xml:space="preserve"> </w:t>
      </w:r>
      <w:proofErr w:type="spellStart"/>
      <w:r>
        <w:t>Dağılımları</w:t>
      </w:r>
      <w:proofErr w:type="spellEnd"/>
    </w:p>
    <w:p w14:paraId="70C78834" w14:textId="77777777" w:rsidR="00654517" w:rsidRDefault="00000000">
      <w:r>
        <w:rPr>
          <w:noProof/>
        </w:rPr>
        <w:drawing>
          <wp:inline distT="0" distB="0" distL="0" distR="0" wp14:anchorId="48DEEB0F" wp14:editId="720CA130">
            <wp:extent cx="5485628" cy="304800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kert_dagilimi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6371" cy="305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126E1" w14:textId="77777777" w:rsidR="00654517" w:rsidRDefault="00000000">
      <w:r>
        <w:br w:type="page"/>
      </w:r>
    </w:p>
    <w:p w14:paraId="59FD6678" w14:textId="77777777" w:rsidR="00654517" w:rsidRPr="008B7D12" w:rsidRDefault="00000000">
      <w:pPr>
        <w:pStyle w:val="Balk1"/>
        <w:rPr>
          <w:color w:val="auto"/>
        </w:rPr>
      </w:pPr>
      <w:r w:rsidRPr="008B7D12">
        <w:rPr>
          <w:color w:val="auto"/>
        </w:rPr>
        <w:lastRenderedPageBreak/>
        <w:t>5. KORELASYON ANALİZİ</w:t>
      </w:r>
    </w:p>
    <w:p w14:paraId="6950F68A" w14:textId="670322B1" w:rsidR="00654517" w:rsidRDefault="00000000">
      <w:r>
        <w:br/>
        <w:t xml:space="preserve">    </w:t>
      </w:r>
      <w:proofErr w:type="spellStart"/>
      <w:r>
        <w:t>Sorular</w:t>
      </w:r>
      <w:proofErr w:type="spellEnd"/>
      <w:r>
        <w:t xml:space="preserve"> </w:t>
      </w:r>
      <w:proofErr w:type="spellStart"/>
      <w:r>
        <w:t>arası</w:t>
      </w:r>
      <w:proofErr w:type="spellEnd"/>
      <w:r>
        <w:t xml:space="preserve"> </w:t>
      </w:r>
      <w:proofErr w:type="spellStart"/>
      <w:r>
        <w:t>korelasyon</w:t>
      </w:r>
      <w:proofErr w:type="spellEnd"/>
      <w:r>
        <w:t xml:space="preserve"> </w:t>
      </w:r>
      <w:proofErr w:type="spellStart"/>
      <w:r>
        <w:t>analizi</w:t>
      </w:r>
      <w:proofErr w:type="spellEnd"/>
      <w:r>
        <w:t xml:space="preserve">, </w:t>
      </w:r>
      <w:proofErr w:type="spellStart"/>
      <w:r>
        <w:t>danışman</w:t>
      </w:r>
      <w:proofErr w:type="spellEnd"/>
      <w:r>
        <w:t xml:space="preserve"> </w:t>
      </w:r>
      <w:proofErr w:type="spellStart"/>
      <w:r>
        <w:t>değerlendirmesinin</w:t>
      </w:r>
      <w:proofErr w:type="spellEnd"/>
      <w:r>
        <w:t xml:space="preserve"> </w:t>
      </w:r>
      <w:proofErr w:type="spellStart"/>
      <w:r>
        <w:t>tutarlılığını</w:t>
      </w:r>
      <w:proofErr w:type="spellEnd"/>
      <w:r>
        <w:t xml:space="preserve"> </w:t>
      </w:r>
      <w:proofErr w:type="spellStart"/>
      <w:r>
        <w:t>gösterir</w:t>
      </w:r>
      <w:proofErr w:type="spellEnd"/>
      <w:r>
        <w:t>:</w:t>
      </w:r>
      <w:r>
        <w:br/>
        <w:t xml:space="preserve">    </w:t>
      </w:r>
      <w:r>
        <w:br/>
        <w:t xml:space="preserve">     EN YÜKSEK KORELASYONLAR:</w:t>
      </w:r>
      <w:r>
        <w:br/>
        <w:t xml:space="preserve">    1. q4-q8 (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Gelişim</w:t>
      </w:r>
      <w:proofErr w:type="spellEnd"/>
      <w:r>
        <w:t xml:space="preserve"> - Akademik </w:t>
      </w:r>
      <w:proofErr w:type="spellStart"/>
      <w:r>
        <w:t>Takip</w:t>
      </w:r>
      <w:proofErr w:type="spellEnd"/>
      <w:r>
        <w:t>): r = 0.931</w:t>
      </w:r>
      <w:r>
        <w:br/>
        <w:t xml:space="preserve">    2. q7-q8 (</w:t>
      </w:r>
      <w:proofErr w:type="spellStart"/>
      <w:r>
        <w:t>Mesleki</w:t>
      </w:r>
      <w:proofErr w:type="spellEnd"/>
      <w:r>
        <w:t xml:space="preserve"> </w:t>
      </w:r>
      <w:proofErr w:type="spellStart"/>
      <w:r>
        <w:t>Gelişim</w:t>
      </w:r>
      <w:proofErr w:type="spellEnd"/>
      <w:r>
        <w:t xml:space="preserve"> - Akademik </w:t>
      </w:r>
      <w:proofErr w:type="spellStart"/>
      <w:r>
        <w:t>Takip</w:t>
      </w:r>
      <w:proofErr w:type="spellEnd"/>
      <w:r>
        <w:t xml:space="preserve">): r = 0.928  </w:t>
      </w:r>
      <w:r>
        <w:br/>
        <w:t xml:space="preserve">    3. q2-q8 (Problem </w:t>
      </w:r>
      <w:proofErr w:type="spellStart"/>
      <w:r>
        <w:t>Çözme</w:t>
      </w:r>
      <w:proofErr w:type="spellEnd"/>
      <w:r>
        <w:t xml:space="preserve"> - Akademik </w:t>
      </w:r>
      <w:proofErr w:type="spellStart"/>
      <w:r>
        <w:t>Takip</w:t>
      </w:r>
      <w:proofErr w:type="spellEnd"/>
      <w:r>
        <w:t>): r = 0.923</w:t>
      </w:r>
      <w:r>
        <w:br/>
        <w:t xml:space="preserve">    4. q4-q7 (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Gelişim</w:t>
      </w:r>
      <w:proofErr w:type="spellEnd"/>
      <w:r>
        <w:t xml:space="preserve"> - </w:t>
      </w:r>
      <w:proofErr w:type="spellStart"/>
      <w:r>
        <w:t>Mesleki</w:t>
      </w:r>
      <w:proofErr w:type="spellEnd"/>
      <w:r>
        <w:t xml:space="preserve"> </w:t>
      </w:r>
      <w:proofErr w:type="spellStart"/>
      <w:r>
        <w:t>Gelişim</w:t>
      </w:r>
      <w:proofErr w:type="spellEnd"/>
      <w:r>
        <w:t>): r = 0.907</w:t>
      </w:r>
      <w:r>
        <w:br/>
        <w:t xml:space="preserve">    5. q2-q7 (Problem </w:t>
      </w:r>
      <w:proofErr w:type="spellStart"/>
      <w:r>
        <w:t>Çözme</w:t>
      </w:r>
      <w:proofErr w:type="spellEnd"/>
      <w:r>
        <w:t xml:space="preserve"> - </w:t>
      </w:r>
      <w:proofErr w:type="spellStart"/>
      <w:r>
        <w:t>Mesleki</w:t>
      </w:r>
      <w:proofErr w:type="spellEnd"/>
      <w:r>
        <w:t xml:space="preserve"> </w:t>
      </w:r>
      <w:proofErr w:type="spellStart"/>
      <w:r>
        <w:t>Gelişim</w:t>
      </w:r>
      <w:proofErr w:type="spellEnd"/>
      <w:r>
        <w:t>): r = 0.904</w:t>
      </w:r>
      <w:r>
        <w:br/>
        <w:t xml:space="preserve">    </w:t>
      </w:r>
      <w:r>
        <w:br/>
        <w:t xml:space="preserve">     ANALİZ:</w:t>
      </w:r>
      <w:r>
        <w:br/>
        <w:t xml:space="preserve">    •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korelasyonlar</w:t>
      </w:r>
      <w:proofErr w:type="spellEnd"/>
      <w:r>
        <w:t xml:space="preserve"> </w:t>
      </w:r>
      <w:proofErr w:type="spellStart"/>
      <w:r>
        <w:t>pozitif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yüksek</w:t>
      </w:r>
      <w:proofErr w:type="spellEnd"/>
      <w:r>
        <w:t xml:space="preserve"> (r &gt; 0.7)</w:t>
      </w:r>
      <w:r>
        <w:br/>
        <w:t xml:space="preserve">    • "Akademik </w:t>
      </w:r>
      <w:proofErr w:type="spellStart"/>
      <w:r>
        <w:t>Takip</w:t>
      </w:r>
      <w:proofErr w:type="spellEnd"/>
      <w:r>
        <w:t xml:space="preserve">"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boyutlarla</w:t>
      </w:r>
      <w:proofErr w:type="spellEnd"/>
      <w:r>
        <w:t xml:space="preserve"> </w:t>
      </w:r>
      <w:proofErr w:type="spellStart"/>
      <w:r>
        <w:t>güçlü</w:t>
      </w:r>
      <w:proofErr w:type="spellEnd"/>
      <w:r>
        <w:t xml:space="preserve"> </w:t>
      </w:r>
      <w:proofErr w:type="spellStart"/>
      <w:r>
        <w:t>ilişkide</w:t>
      </w:r>
      <w:proofErr w:type="spellEnd"/>
      <w:r>
        <w:br/>
        <w:t xml:space="preserve">    • </w:t>
      </w:r>
      <w:proofErr w:type="spellStart"/>
      <w:r>
        <w:t>Öğrenciler</w:t>
      </w:r>
      <w:proofErr w:type="spellEnd"/>
      <w:r>
        <w:t xml:space="preserve"> </w:t>
      </w:r>
      <w:proofErr w:type="spellStart"/>
      <w:r>
        <w:t>danışmanlarını</w:t>
      </w:r>
      <w:proofErr w:type="spellEnd"/>
      <w:r>
        <w:t xml:space="preserve"> </w:t>
      </w:r>
      <w:proofErr w:type="spellStart"/>
      <w:r>
        <w:t>bütüncül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değerlendirme</w:t>
      </w:r>
      <w:proofErr w:type="spellEnd"/>
      <w:r>
        <w:t xml:space="preserve"> </w:t>
      </w:r>
      <w:proofErr w:type="spellStart"/>
      <w:r>
        <w:t>eğiliminde</w:t>
      </w:r>
      <w:proofErr w:type="spellEnd"/>
      <w:r>
        <w:br/>
        <w:t xml:space="preserve">    • </w:t>
      </w:r>
      <w:proofErr w:type="spellStart"/>
      <w:r>
        <w:t>Ölçeğin</w:t>
      </w:r>
      <w:proofErr w:type="spellEnd"/>
      <w:r>
        <w:t xml:space="preserve"> </w:t>
      </w:r>
      <w:proofErr w:type="spellStart"/>
      <w:r>
        <w:t>iç</w:t>
      </w:r>
      <w:proofErr w:type="spellEnd"/>
      <w:r>
        <w:t xml:space="preserve"> </w:t>
      </w:r>
      <w:proofErr w:type="spellStart"/>
      <w:r>
        <w:t>tutarlılığı</w:t>
      </w:r>
      <w:proofErr w:type="spellEnd"/>
      <w:r>
        <w:t xml:space="preserve"> çok </w:t>
      </w:r>
      <w:proofErr w:type="spellStart"/>
      <w:r>
        <w:t>yüksek</w:t>
      </w:r>
      <w:proofErr w:type="spellEnd"/>
      <w:r>
        <w:br/>
        <w:t xml:space="preserve">    </w:t>
      </w:r>
    </w:p>
    <w:p w14:paraId="6EADF991" w14:textId="77777777" w:rsidR="004F5003" w:rsidRDefault="004F5003"/>
    <w:p w14:paraId="3A7CD797" w14:textId="77777777" w:rsidR="004F5003" w:rsidRDefault="004F5003"/>
    <w:p w14:paraId="39C44C66" w14:textId="77777777" w:rsidR="004F5003" w:rsidRDefault="004F5003"/>
    <w:p w14:paraId="1BC0939A" w14:textId="77777777" w:rsidR="004F5003" w:rsidRDefault="004F5003"/>
    <w:p w14:paraId="69D3DD3E" w14:textId="77777777" w:rsidR="004F5003" w:rsidRDefault="004F5003"/>
    <w:p w14:paraId="217229C7" w14:textId="77777777" w:rsidR="004F5003" w:rsidRDefault="004F5003"/>
    <w:p w14:paraId="6C055071" w14:textId="77777777" w:rsidR="004F5003" w:rsidRDefault="004F5003"/>
    <w:p w14:paraId="50DA874F" w14:textId="77777777" w:rsidR="004F5003" w:rsidRDefault="004F5003"/>
    <w:p w14:paraId="2AC2A8EA" w14:textId="77777777" w:rsidR="004F5003" w:rsidRDefault="004F5003"/>
    <w:p w14:paraId="366380B5" w14:textId="77777777" w:rsidR="004F5003" w:rsidRDefault="004F5003"/>
    <w:p w14:paraId="0FBA7F5A" w14:textId="77777777" w:rsidR="004F5003" w:rsidRDefault="004F5003"/>
    <w:p w14:paraId="23B91033" w14:textId="77777777" w:rsidR="004F5003" w:rsidRDefault="004F5003"/>
    <w:p w14:paraId="13C3E9DC" w14:textId="77777777" w:rsidR="004F5003" w:rsidRDefault="004F5003"/>
    <w:p w14:paraId="40C55C79" w14:textId="77777777" w:rsidR="004F5003" w:rsidRDefault="004F5003"/>
    <w:p w14:paraId="4236B2CA" w14:textId="77777777" w:rsidR="004F5003" w:rsidRDefault="004F5003"/>
    <w:p w14:paraId="620EEA04" w14:textId="77777777" w:rsidR="00654517" w:rsidRDefault="00000000">
      <w:proofErr w:type="spellStart"/>
      <w:r>
        <w:lastRenderedPageBreak/>
        <w:t>Şekil</w:t>
      </w:r>
      <w:proofErr w:type="spellEnd"/>
      <w:r>
        <w:t xml:space="preserve"> 5.1: </w:t>
      </w:r>
      <w:proofErr w:type="spellStart"/>
      <w:r>
        <w:t>Sorular</w:t>
      </w:r>
      <w:proofErr w:type="spellEnd"/>
      <w:r>
        <w:t xml:space="preserve"> </w:t>
      </w:r>
      <w:proofErr w:type="spellStart"/>
      <w:r>
        <w:t>Arası</w:t>
      </w:r>
      <w:proofErr w:type="spellEnd"/>
      <w:r>
        <w:t xml:space="preserve"> </w:t>
      </w:r>
      <w:proofErr w:type="spellStart"/>
      <w:r>
        <w:t>Korelasyon</w:t>
      </w:r>
      <w:proofErr w:type="spellEnd"/>
      <w:r>
        <w:t xml:space="preserve"> </w:t>
      </w:r>
      <w:proofErr w:type="spellStart"/>
      <w:r>
        <w:t>Matrisi</w:t>
      </w:r>
      <w:proofErr w:type="spellEnd"/>
    </w:p>
    <w:p w14:paraId="71348C25" w14:textId="77777777" w:rsidR="00654517" w:rsidRDefault="00000000">
      <w:r>
        <w:rPr>
          <w:noProof/>
        </w:rPr>
        <w:drawing>
          <wp:inline distT="0" distB="0" distL="0" distR="0" wp14:anchorId="4F844163" wp14:editId="1FCD50A1">
            <wp:extent cx="5486400" cy="458005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elasyon_matrisi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1487A" w14:textId="77777777" w:rsidR="00654517" w:rsidRDefault="00000000">
      <w:r>
        <w:br w:type="page"/>
      </w:r>
    </w:p>
    <w:p w14:paraId="4E762C7D" w14:textId="77777777" w:rsidR="00654517" w:rsidRPr="008B7D12" w:rsidRDefault="00000000">
      <w:pPr>
        <w:pStyle w:val="Balk1"/>
        <w:rPr>
          <w:color w:val="auto"/>
        </w:rPr>
      </w:pPr>
      <w:r w:rsidRPr="008B7D12">
        <w:rPr>
          <w:color w:val="auto"/>
        </w:rPr>
        <w:lastRenderedPageBreak/>
        <w:t>6. DEMOGRAFİK FAKTÖRLERLE MEMNUNIYET İLİŞKİSİ</w:t>
      </w:r>
    </w:p>
    <w:p w14:paraId="26958BC8" w14:textId="77777777" w:rsidR="00654517" w:rsidRPr="008B7D12" w:rsidRDefault="00000000">
      <w:pPr>
        <w:pStyle w:val="Balk2"/>
        <w:rPr>
          <w:color w:val="auto"/>
        </w:rPr>
      </w:pPr>
      <w:r w:rsidRPr="008B7D12">
        <w:rPr>
          <w:color w:val="auto"/>
        </w:rPr>
        <w:t xml:space="preserve">6.1 </w:t>
      </w:r>
      <w:proofErr w:type="spellStart"/>
      <w:r w:rsidRPr="008B7D12">
        <w:rPr>
          <w:color w:val="auto"/>
        </w:rPr>
        <w:t>Sınıf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Bazlı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Memnuniyet</w:t>
      </w:r>
      <w:proofErr w:type="spellEnd"/>
    </w:p>
    <w:p w14:paraId="52203F5D" w14:textId="637722FC" w:rsidR="00654517" w:rsidRDefault="00000000">
      <w:r>
        <w:br/>
        <w:t xml:space="preserve">   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seviyesine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memnuniyet</w:t>
      </w:r>
      <w:proofErr w:type="spellEnd"/>
      <w:r>
        <w:t xml:space="preserve"> </w:t>
      </w:r>
      <w:proofErr w:type="spellStart"/>
      <w:r>
        <w:t>analizi</w:t>
      </w:r>
      <w:proofErr w:type="spellEnd"/>
      <w:r>
        <w:t>:</w:t>
      </w:r>
      <w:r>
        <w:br/>
        <w:t xml:space="preserve">    • 5. </w:t>
      </w:r>
      <w:proofErr w:type="spellStart"/>
      <w:r>
        <w:t>Sınıf</w:t>
      </w:r>
      <w:proofErr w:type="spellEnd"/>
      <w:r>
        <w:t xml:space="preserve">: 85.7/100 (En </w:t>
      </w:r>
      <w:proofErr w:type="spellStart"/>
      <w:r>
        <w:t>yüksek</w:t>
      </w:r>
      <w:proofErr w:type="spellEnd"/>
      <w:r>
        <w:t xml:space="preserve"> - 11 </w:t>
      </w:r>
      <w:proofErr w:type="spellStart"/>
      <w:r>
        <w:t>kişi</w:t>
      </w:r>
      <w:proofErr w:type="spellEnd"/>
      <w:r>
        <w:t>)</w:t>
      </w:r>
      <w:r>
        <w:br/>
        <w:t xml:space="preserve">    • 2. </w:t>
      </w:r>
      <w:proofErr w:type="spellStart"/>
      <w:r>
        <w:t>Sınıf</w:t>
      </w:r>
      <w:proofErr w:type="spellEnd"/>
      <w:r>
        <w:t xml:space="preserve">: 80.7/100 (106 </w:t>
      </w:r>
      <w:proofErr w:type="spellStart"/>
      <w:r>
        <w:t>kişi</w:t>
      </w:r>
      <w:proofErr w:type="spellEnd"/>
      <w:r>
        <w:t>)</w:t>
      </w:r>
      <w:r>
        <w:br/>
        <w:t xml:space="preserve">    • 4. </w:t>
      </w:r>
      <w:proofErr w:type="spellStart"/>
      <w:r>
        <w:t>Sınıf</w:t>
      </w:r>
      <w:proofErr w:type="spellEnd"/>
      <w:r>
        <w:t xml:space="preserve">: 80.1/100 (50 </w:t>
      </w:r>
      <w:proofErr w:type="spellStart"/>
      <w:r>
        <w:t>kişi</w:t>
      </w:r>
      <w:proofErr w:type="spellEnd"/>
      <w:r>
        <w:t>)</w:t>
      </w:r>
      <w:r>
        <w:br/>
        <w:t xml:space="preserve">    • 1. </w:t>
      </w:r>
      <w:proofErr w:type="spellStart"/>
      <w:r>
        <w:t>Sınıf</w:t>
      </w:r>
      <w:proofErr w:type="spellEnd"/>
      <w:r>
        <w:t xml:space="preserve">: 77.6/100 (96 </w:t>
      </w:r>
      <w:proofErr w:type="spellStart"/>
      <w:r>
        <w:t>kişi</w:t>
      </w:r>
      <w:proofErr w:type="spellEnd"/>
      <w:r>
        <w:t xml:space="preserve">)  </w:t>
      </w:r>
      <w:r>
        <w:br/>
        <w:t xml:space="preserve">    • 6. </w:t>
      </w:r>
      <w:proofErr w:type="spellStart"/>
      <w:r>
        <w:t>Sınıf</w:t>
      </w:r>
      <w:proofErr w:type="spellEnd"/>
      <w:r>
        <w:t xml:space="preserve">: 74.4/100 (13 </w:t>
      </w:r>
      <w:proofErr w:type="spellStart"/>
      <w:r>
        <w:t>kişi</w:t>
      </w:r>
      <w:proofErr w:type="spellEnd"/>
      <w:r>
        <w:t>)</w:t>
      </w:r>
      <w:r>
        <w:br/>
        <w:t xml:space="preserve">    • 3. </w:t>
      </w:r>
      <w:proofErr w:type="spellStart"/>
      <w:r>
        <w:t>Sınıf</w:t>
      </w:r>
      <w:proofErr w:type="spellEnd"/>
      <w:r>
        <w:t xml:space="preserve">: 69.5/100 (En </w:t>
      </w:r>
      <w:proofErr w:type="spellStart"/>
      <w:r>
        <w:t>düşük</w:t>
      </w:r>
      <w:proofErr w:type="spellEnd"/>
      <w:r>
        <w:t xml:space="preserve"> - 36 </w:t>
      </w:r>
      <w:proofErr w:type="spellStart"/>
      <w:r>
        <w:t>kişi</w:t>
      </w:r>
      <w:proofErr w:type="spellEnd"/>
      <w:r>
        <w:t>)</w:t>
      </w:r>
      <w:r>
        <w:br/>
        <w:t xml:space="preserve">    </w:t>
      </w:r>
      <w:r>
        <w:br/>
        <w:t xml:space="preserve">     </w:t>
      </w:r>
      <w:proofErr w:type="spellStart"/>
      <w:r>
        <w:t>İstatistiksel</w:t>
      </w:r>
      <w:proofErr w:type="spellEnd"/>
      <w:r>
        <w:t xml:space="preserve"> Test: Kruskal-Wallis H = 7.289, p = 0.200</w:t>
      </w:r>
      <w:r>
        <w:br/>
        <w:t xml:space="preserve">     </w:t>
      </w:r>
      <w:proofErr w:type="spellStart"/>
      <w:r>
        <w:t>Sınıflar</w:t>
      </w:r>
      <w:proofErr w:type="spellEnd"/>
      <w:r>
        <w:t xml:space="preserve"> </w:t>
      </w:r>
      <w:proofErr w:type="spellStart"/>
      <w:r>
        <w:t>arasında</w:t>
      </w:r>
      <w:proofErr w:type="spellEnd"/>
      <w:r>
        <w:t xml:space="preserve"> </w:t>
      </w:r>
      <w:proofErr w:type="spellStart"/>
      <w:r>
        <w:t>istatistiksel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anlamlı</w:t>
      </w:r>
      <w:proofErr w:type="spellEnd"/>
      <w:r>
        <w:t xml:space="preserve"> fark YOKTUR.</w:t>
      </w:r>
      <w:r>
        <w:br/>
        <w:t xml:space="preserve">    </w:t>
      </w:r>
    </w:p>
    <w:p w14:paraId="3A2BA61B" w14:textId="77777777" w:rsidR="00654517" w:rsidRPr="008B7D12" w:rsidRDefault="00000000">
      <w:pPr>
        <w:pStyle w:val="Balk2"/>
        <w:rPr>
          <w:color w:val="auto"/>
        </w:rPr>
      </w:pPr>
      <w:r w:rsidRPr="008B7D12">
        <w:rPr>
          <w:color w:val="auto"/>
        </w:rPr>
        <w:t xml:space="preserve">6.2 GNO </w:t>
      </w:r>
      <w:proofErr w:type="spellStart"/>
      <w:r w:rsidRPr="008B7D12">
        <w:rPr>
          <w:color w:val="auto"/>
        </w:rPr>
        <w:t>Bazlı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Memnuniyet</w:t>
      </w:r>
      <w:proofErr w:type="spellEnd"/>
    </w:p>
    <w:p w14:paraId="3790330D" w14:textId="4C893DC4" w:rsidR="00654517" w:rsidRDefault="00000000">
      <w:r>
        <w:br/>
        <w:t xml:space="preserve">    GNO </w:t>
      </w:r>
      <w:proofErr w:type="spellStart"/>
      <w:r>
        <w:t>seviyesine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memnuniyet</w:t>
      </w:r>
      <w:proofErr w:type="spellEnd"/>
      <w:r>
        <w:t xml:space="preserve"> </w:t>
      </w:r>
      <w:proofErr w:type="spellStart"/>
      <w:r>
        <w:t>analizi</w:t>
      </w:r>
      <w:proofErr w:type="spellEnd"/>
      <w:r>
        <w:t xml:space="preserve"> (</w:t>
      </w:r>
      <w:proofErr w:type="spellStart"/>
      <w:r>
        <w:t>ters</w:t>
      </w:r>
      <w:proofErr w:type="spellEnd"/>
      <w:r>
        <w:t xml:space="preserve"> </w:t>
      </w:r>
      <w:proofErr w:type="spellStart"/>
      <w:r>
        <w:t>orantılı</w:t>
      </w:r>
      <w:proofErr w:type="spellEnd"/>
      <w:r>
        <w:t xml:space="preserve"> </w:t>
      </w:r>
      <w:proofErr w:type="spellStart"/>
      <w:r>
        <w:t>ilişki</w:t>
      </w:r>
      <w:proofErr w:type="spellEnd"/>
      <w:r>
        <w:t>):</w:t>
      </w:r>
      <w:r>
        <w:br/>
        <w:t xml:space="preserve">    • GNO 0.00-1.99: 91.8/100 (En </w:t>
      </w:r>
      <w:proofErr w:type="spellStart"/>
      <w:r>
        <w:t>yüksek</w:t>
      </w:r>
      <w:proofErr w:type="spellEnd"/>
      <w:r>
        <w:t xml:space="preserve"> - 80 </w:t>
      </w:r>
      <w:proofErr w:type="spellStart"/>
      <w:r>
        <w:t>kişi</w:t>
      </w:r>
      <w:proofErr w:type="spellEnd"/>
      <w:r>
        <w:t>)</w:t>
      </w:r>
      <w:r>
        <w:br/>
        <w:t xml:space="preserve">    • GNO 2.00-2.49: 78.4/100 (100 </w:t>
      </w:r>
      <w:proofErr w:type="spellStart"/>
      <w:r>
        <w:t>kişi</w:t>
      </w:r>
      <w:proofErr w:type="spellEnd"/>
      <w:r>
        <w:t>)</w:t>
      </w:r>
      <w:r>
        <w:br/>
        <w:t xml:space="preserve">    • GNO 2.50-2.99: 71.2/100 (109 </w:t>
      </w:r>
      <w:proofErr w:type="spellStart"/>
      <w:r>
        <w:t>kişi</w:t>
      </w:r>
      <w:proofErr w:type="spellEnd"/>
      <w:r>
        <w:t>)</w:t>
      </w:r>
      <w:r>
        <w:br/>
        <w:t xml:space="preserve">    • GNO 3.00-4.00: 64.5/100 (En </w:t>
      </w:r>
      <w:proofErr w:type="spellStart"/>
      <w:r>
        <w:t>düşük</w:t>
      </w:r>
      <w:proofErr w:type="spellEnd"/>
      <w:r>
        <w:t xml:space="preserve"> - 23 </w:t>
      </w:r>
      <w:proofErr w:type="spellStart"/>
      <w:r>
        <w:t>kişi</w:t>
      </w:r>
      <w:proofErr w:type="spellEnd"/>
      <w:r>
        <w:t>)</w:t>
      </w:r>
      <w:r>
        <w:br/>
        <w:t xml:space="preserve">    </w:t>
      </w:r>
      <w:r>
        <w:br/>
        <w:t xml:space="preserve">     </w:t>
      </w:r>
      <w:proofErr w:type="spellStart"/>
      <w:r>
        <w:t>İstatistiksel</w:t>
      </w:r>
      <w:proofErr w:type="spellEnd"/>
      <w:r>
        <w:t xml:space="preserve"> Test: Kruskal-Wallis H = 27.924, p &lt; 0.0001</w:t>
      </w:r>
      <w:r>
        <w:br/>
        <w:t xml:space="preserve">     GNO </w:t>
      </w:r>
      <w:proofErr w:type="spellStart"/>
      <w:r>
        <w:t>grupları</w:t>
      </w:r>
      <w:proofErr w:type="spellEnd"/>
      <w:r>
        <w:t xml:space="preserve"> </w:t>
      </w:r>
      <w:proofErr w:type="spellStart"/>
      <w:r>
        <w:t>arasında</w:t>
      </w:r>
      <w:proofErr w:type="spellEnd"/>
      <w:r>
        <w:t xml:space="preserve"> </w:t>
      </w:r>
      <w:proofErr w:type="spellStart"/>
      <w:r>
        <w:t>istatistiksel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anlamlı</w:t>
      </w:r>
      <w:proofErr w:type="spellEnd"/>
      <w:r>
        <w:t xml:space="preserve"> fark VARDIR.</w:t>
      </w:r>
      <w:r>
        <w:br/>
        <w:t xml:space="preserve">    </w:t>
      </w:r>
      <w:r>
        <w:br/>
        <w:t xml:space="preserve">     ÖNEMLİ BULGU: </w:t>
      </w:r>
      <w:proofErr w:type="spellStart"/>
      <w:r>
        <w:t>Düşük</w:t>
      </w:r>
      <w:proofErr w:type="spellEnd"/>
      <w:r>
        <w:t xml:space="preserve"> </w:t>
      </w:r>
      <w:proofErr w:type="spellStart"/>
      <w:r>
        <w:t>GNO'lu</w:t>
      </w:r>
      <w:proofErr w:type="spellEnd"/>
      <w:r>
        <w:t xml:space="preserve"> </w:t>
      </w:r>
      <w:proofErr w:type="spellStart"/>
      <w:r>
        <w:t>öğrenciler</w:t>
      </w:r>
      <w:proofErr w:type="spellEnd"/>
      <w:r>
        <w:t xml:space="preserve"> </w:t>
      </w:r>
      <w:proofErr w:type="spellStart"/>
      <w:r>
        <w:t>danışmanlarından</w:t>
      </w:r>
      <w:proofErr w:type="spellEnd"/>
      <w:r>
        <w:t xml:space="preserve"> </w:t>
      </w:r>
      <w:proofErr w:type="spellStart"/>
      <w:r>
        <w:t>daha</w:t>
      </w:r>
      <w:proofErr w:type="spellEnd"/>
      <w:r>
        <w:t xml:space="preserve"> </w:t>
      </w:r>
      <w:proofErr w:type="spellStart"/>
      <w:r>
        <w:t>memnun</w:t>
      </w:r>
      <w:proofErr w:type="spellEnd"/>
      <w:r>
        <w:t>!</w:t>
      </w:r>
      <w:r>
        <w:br/>
        <w:t xml:space="preserve">    Bu durum,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desteğe</w:t>
      </w:r>
      <w:proofErr w:type="spellEnd"/>
      <w:r>
        <w:t xml:space="preserve"> </w:t>
      </w:r>
      <w:proofErr w:type="spellStart"/>
      <w:r>
        <w:t>daha</w:t>
      </w:r>
      <w:proofErr w:type="spellEnd"/>
      <w:r>
        <w:t xml:space="preserve"> </w:t>
      </w:r>
      <w:proofErr w:type="spellStart"/>
      <w:r>
        <w:t>çok</w:t>
      </w:r>
      <w:proofErr w:type="spellEnd"/>
      <w:r>
        <w:t xml:space="preserve"> </w:t>
      </w:r>
      <w:proofErr w:type="spellStart"/>
      <w:r>
        <w:t>ihtiyaç</w:t>
      </w:r>
      <w:proofErr w:type="spellEnd"/>
      <w:r>
        <w:t xml:space="preserve"> </w:t>
      </w:r>
      <w:proofErr w:type="spellStart"/>
      <w:r>
        <w:t>duyan</w:t>
      </w:r>
      <w:proofErr w:type="spellEnd"/>
      <w:r>
        <w:t xml:space="preserve"> </w:t>
      </w:r>
      <w:proofErr w:type="spellStart"/>
      <w:r>
        <w:t>öğrencilerin</w:t>
      </w:r>
      <w:proofErr w:type="spellEnd"/>
      <w:r w:rsidR="004F5003">
        <w:t xml:space="preserve"> </w:t>
      </w:r>
      <w:proofErr w:type="spellStart"/>
      <w:r>
        <w:t>danışman</w:t>
      </w:r>
      <w:proofErr w:type="spellEnd"/>
      <w:r>
        <w:t xml:space="preserve"> </w:t>
      </w:r>
      <w:proofErr w:type="spellStart"/>
      <w:r>
        <w:t>ilgisini</w:t>
      </w:r>
      <w:proofErr w:type="spellEnd"/>
      <w:r>
        <w:t xml:space="preserve"> </w:t>
      </w:r>
      <w:proofErr w:type="spellStart"/>
      <w:r>
        <w:t>daha</w:t>
      </w:r>
      <w:proofErr w:type="spellEnd"/>
      <w:r w:rsidR="004F5003">
        <w:t xml:space="preserve"> </w:t>
      </w:r>
      <w:proofErr w:type="spellStart"/>
      <w:r>
        <w:t>fazla</w:t>
      </w:r>
      <w:proofErr w:type="spellEnd"/>
      <w:r>
        <w:t xml:space="preserve"> </w:t>
      </w:r>
      <w:proofErr w:type="spellStart"/>
      <w:r>
        <w:t>hissetmesi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açıklanabilir</w:t>
      </w:r>
      <w:proofErr w:type="spellEnd"/>
      <w:r>
        <w:t>.</w:t>
      </w:r>
      <w:r>
        <w:br/>
        <w:t xml:space="preserve">    </w:t>
      </w:r>
    </w:p>
    <w:p w14:paraId="2F0CAD45" w14:textId="77777777" w:rsidR="004F5003" w:rsidRDefault="004F5003"/>
    <w:p w14:paraId="4299E444" w14:textId="77777777" w:rsidR="004F5003" w:rsidRDefault="004F5003"/>
    <w:p w14:paraId="608C1E88" w14:textId="77777777" w:rsidR="004F5003" w:rsidRDefault="004F5003"/>
    <w:p w14:paraId="0878AF87" w14:textId="77777777" w:rsidR="004F5003" w:rsidRDefault="004F5003"/>
    <w:p w14:paraId="287CB2B7" w14:textId="77777777" w:rsidR="004F5003" w:rsidRDefault="004F5003"/>
    <w:p w14:paraId="1AA40923" w14:textId="77777777" w:rsidR="004F5003" w:rsidRDefault="004F5003"/>
    <w:p w14:paraId="5745A0DA" w14:textId="77777777" w:rsidR="004F5003" w:rsidRDefault="004F5003"/>
    <w:p w14:paraId="09035D3D" w14:textId="77777777" w:rsidR="004F5003" w:rsidRDefault="004F5003"/>
    <w:p w14:paraId="32033A03" w14:textId="77777777" w:rsidR="00654517" w:rsidRDefault="00000000">
      <w:proofErr w:type="spellStart"/>
      <w:r>
        <w:t>Şekil</w:t>
      </w:r>
      <w:proofErr w:type="spellEnd"/>
      <w:r>
        <w:t xml:space="preserve"> 6.1: </w:t>
      </w:r>
      <w:proofErr w:type="spellStart"/>
      <w:r>
        <w:t>Demografik</w:t>
      </w:r>
      <w:proofErr w:type="spellEnd"/>
      <w:r>
        <w:t xml:space="preserve"> </w:t>
      </w:r>
      <w:proofErr w:type="spellStart"/>
      <w:r>
        <w:t>Faktörlere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Memnuniyet</w:t>
      </w:r>
      <w:proofErr w:type="spellEnd"/>
    </w:p>
    <w:p w14:paraId="40D55916" w14:textId="77777777" w:rsidR="00654517" w:rsidRDefault="00000000">
      <w:r>
        <w:rPr>
          <w:noProof/>
        </w:rPr>
        <w:drawing>
          <wp:inline distT="0" distB="0" distL="0" distR="0" wp14:anchorId="229AE5EA" wp14:editId="2B73090B">
            <wp:extent cx="5486400" cy="216755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mografik_memnuniy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7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76C38" w14:textId="77777777" w:rsidR="00654517" w:rsidRDefault="00000000">
      <w:r>
        <w:br w:type="page"/>
      </w:r>
    </w:p>
    <w:p w14:paraId="248F8845" w14:textId="2BB90541" w:rsidR="00654517" w:rsidRPr="008B7D12" w:rsidRDefault="00000000">
      <w:pPr>
        <w:pStyle w:val="Balk1"/>
        <w:rPr>
          <w:color w:val="auto"/>
        </w:rPr>
      </w:pPr>
      <w:r w:rsidRPr="008B7D12">
        <w:rPr>
          <w:color w:val="auto"/>
        </w:rPr>
        <w:lastRenderedPageBreak/>
        <w:t>7. MEMNUN</w:t>
      </w:r>
      <w:r w:rsidR="008B7D12" w:rsidRPr="008B7D12">
        <w:rPr>
          <w:color w:val="auto"/>
        </w:rPr>
        <w:t>İ</w:t>
      </w:r>
      <w:r w:rsidRPr="008B7D12">
        <w:rPr>
          <w:color w:val="auto"/>
        </w:rPr>
        <w:t>YET KATEGORİ ANALİZİ</w:t>
      </w:r>
    </w:p>
    <w:p w14:paraId="316B966F" w14:textId="565FE30F" w:rsidR="00654517" w:rsidRDefault="00000000">
      <w:r>
        <w:br/>
        <w:t xml:space="preserve">    Genel </w:t>
      </w:r>
      <w:proofErr w:type="spellStart"/>
      <w:r>
        <w:t>memnuniyet</w:t>
      </w:r>
      <w:proofErr w:type="spellEnd"/>
      <w:r>
        <w:t xml:space="preserve"> </w:t>
      </w:r>
      <w:proofErr w:type="spellStart"/>
      <w:r>
        <w:t>skoru</w:t>
      </w:r>
      <w:proofErr w:type="spellEnd"/>
      <w:r>
        <w:t xml:space="preserve"> (78.3/100) </w:t>
      </w:r>
      <w:proofErr w:type="spellStart"/>
      <w:r>
        <w:t>üzerinden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dağılımı</w:t>
      </w:r>
      <w:proofErr w:type="spellEnd"/>
      <w:r>
        <w:t>:</w:t>
      </w:r>
      <w:r>
        <w:br/>
        <w:t xml:space="preserve">    </w:t>
      </w:r>
      <w:r>
        <w:br/>
        <w:t xml:space="preserve">     MEMNUNIYET KATEGORİLERİ:</w:t>
      </w:r>
      <w:r>
        <w:br/>
        <w:t xml:space="preserve">    • </w:t>
      </w:r>
      <w:proofErr w:type="spellStart"/>
      <w:r>
        <w:t>Çok</w:t>
      </w:r>
      <w:proofErr w:type="spellEnd"/>
      <w:r>
        <w:t xml:space="preserve"> Yüksek (80-100): 184 </w:t>
      </w:r>
      <w:proofErr w:type="spellStart"/>
      <w:r>
        <w:t>kişi</w:t>
      </w:r>
      <w:proofErr w:type="spellEnd"/>
      <w:r>
        <w:t xml:space="preserve"> (%59.0) - </w:t>
      </w:r>
      <w:proofErr w:type="spellStart"/>
      <w:r>
        <w:t>Çoğunluk</w:t>
      </w:r>
      <w:proofErr w:type="spellEnd"/>
      <w:r>
        <w:t xml:space="preserve"> </w:t>
      </w:r>
      <w:proofErr w:type="spellStart"/>
      <w:r>
        <w:t>memnun</w:t>
      </w:r>
      <w:proofErr w:type="spellEnd"/>
      <w:r>
        <w:br/>
        <w:t xml:space="preserve">    • Yüksek (60-80): 53 </w:t>
      </w:r>
      <w:proofErr w:type="spellStart"/>
      <w:r>
        <w:t>kişi</w:t>
      </w:r>
      <w:proofErr w:type="spellEnd"/>
      <w:r>
        <w:t xml:space="preserve"> (%17.0)</w:t>
      </w:r>
      <w:r>
        <w:br/>
        <w:t xml:space="preserve">    • </w:t>
      </w:r>
      <w:proofErr w:type="spellStart"/>
      <w:r>
        <w:t>Düşük</w:t>
      </w:r>
      <w:proofErr w:type="spellEnd"/>
      <w:r>
        <w:t xml:space="preserve"> (0-40): 53 </w:t>
      </w:r>
      <w:proofErr w:type="spellStart"/>
      <w:r>
        <w:t>kişi</w:t>
      </w:r>
      <w:proofErr w:type="spellEnd"/>
      <w:r>
        <w:t xml:space="preserve"> (%17.0) - Risk </w:t>
      </w:r>
      <w:proofErr w:type="spellStart"/>
      <w:r>
        <w:t>grubu</w:t>
      </w:r>
      <w:proofErr w:type="spellEnd"/>
      <w:r>
        <w:br/>
        <w:t xml:space="preserve">    • Orta (40-60): 19 </w:t>
      </w:r>
      <w:proofErr w:type="spellStart"/>
      <w:r>
        <w:t>kişi</w:t>
      </w:r>
      <w:proofErr w:type="spellEnd"/>
      <w:r>
        <w:t xml:space="preserve"> (%6.1)</w:t>
      </w:r>
      <w:r>
        <w:br/>
        <w:t xml:space="preserve">    </w:t>
      </w:r>
      <w:r>
        <w:br/>
        <w:t xml:space="preserve">    📈 DEĞERLENDİRME:</w:t>
      </w:r>
      <w:r>
        <w:br/>
        <w:t xml:space="preserve">    • </w:t>
      </w:r>
      <w:proofErr w:type="spellStart"/>
      <w:r>
        <w:t>Katılımcıların</w:t>
      </w:r>
      <w:proofErr w:type="spellEnd"/>
      <w:r>
        <w:t xml:space="preserve"> %76'sı </w:t>
      </w:r>
      <w:proofErr w:type="spellStart"/>
      <w:r>
        <w:t>yüksek</w:t>
      </w:r>
      <w:proofErr w:type="spellEnd"/>
      <w:r>
        <w:t>/</w:t>
      </w:r>
      <w:proofErr w:type="spellStart"/>
      <w:r>
        <w:t>çok</w:t>
      </w:r>
      <w:proofErr w:type="spellEnd"/>
      <w:r>
        <w:t xml:space="preserve"> </w:t>
      </w:r>
      <w:proofErr w:type="spellStart"/>
      <w:r>
        <w:t>yüksek</w:t>
      </w:r>
      <w:proofErr w:type="spellEnd"/>
      <w:r>
        <w:t xml:space="preserve"> </w:t>
      </w:r>
      <w:proofErr w:type="spellStart"/>
      <w:r>
        <w:t>memnuniyet</w:t>
      </w:r>
      <w:proofErr w:type="spellEnd"/>
      <w:r>
        <w:br/>
        <w:t xml:space="preserve">    • %23.1 </w:t>
      </w:r>
      <w:proofErr w:type="spellStart"/>
      <w:r>
        <w:t>oranında</w:t>
      </w:r>
      <w:proofErr w:type="spellEnd"/>
      <w:r>
        <w:t xml:space="preserve"> </w:t>
      </w:r>
      <w:proofErr w:type="spellStart"/>
      <w:r>
        <w:t>düşük</w:t>
      </w:r>
      <w:proofErr w:type="spellEnd"/>
      <w:r>
        <w:t>/</w:t>
      </w:r>
      <w:proofErr w:type="spellStart"/>
      <w:r>
        <w:t>orta</w:t>
      </w:r>
      <w:proofErr w:type="spellEnd"/>
      <w:r>
        <w:t xml:space="preserve"> </w:t>
      </w:r>
      <w:proofErr w:type="spellStart"/>
      <w:r>
        <w:t>memnuniyet</w:t>
      </w:r>
      <w:proofErr w:type="spellEnd"/>
      <w:r>
        <w:t xml:space="preserve"> (</w:t>
      </w:r>
      <w:proofErr w:type="spellStart"/>
      <w:r>
        <w:t>iyileştirme</w:t>
      </w:r>
      <w:proofErr w:type="spellEnd"/>
      <w:r>
        <w:t xml:space="preserve"> </w:t>
      </w:r>
      <w:proofErr w:type="spellStart"/>
      <w:r>
        <w:t>alanı</w:t>
      </w:r>
      <w:proofErr w:type="spellEnd"/>
      <w:r>
        <w:t>)</w:t>
      </w:r>
      <w:r>
        <w:br/>
        <w:t xml:space="preserve">    • </w:t>
      </w:r>
      <w:proofErr w:type="spellStart"/>
      <w:r>
        <w:t>Memnuniyet</w:t>
      </w:r>
      <w:proofErr w:type="spellEnd"/>
      <w:r>
        <w:t xml:space="preserve"> </w:t>
      </w:r>
      <w:proofErr w:type="spellStart"/>
      <w:r>
        <w:t>dağılımı</w:t>
      </w:r>
      <w:proofErr w:type="spellEnd"/>
      <w:r>
        <w:t xml:space="preserve"> </w:t>
      </w:r>
      <w:proofErr w:type="spellStart"/>
      <w:r>
        <w:t>sağa</w:t>
      </w:r>
      <w:proofErr w:type="spellEnd"/>
      <w:r>
        <w:t xml:space="preserve"> </w:t>
      </w:r>
      <w:proofErr w:type="spellStart"/>
      <w:r>
        <w:t>çarpık</w:t>
      </w:r>
      <w:proofErr w:type="spellEnd"/>
      <w:r>
        <w:t xml:space="preserve"> (</w:t>
      </w:r>
      <w:proofErr w:type="spellStart"/>
      <w:r>
        <w:t>pozitif</w:t>
      </w:r>
      <w:proofErr w:type="spellEnd"/>
      <w:r>
        <w:t>)</w:t>
      </w:r>
      <w:r>
        <w:br/>
        <w:t xml:space="preserve">    • Genel durum: İYİ, </w:t>
      </w:r>
      <w:proofErr w:type="spellStart"/>
      <w:r>
        <w:t>ancak</w:t>
      </w:r>
      <w:proofErr w:type="spellEnd"/>
      <w:r>
        <w:t xml:space="preserve"> </w:t>
      </w:r>
      <w:proofErr w:type="spellStart"/>
      <w:r>
        <w:t>iyileştirme</w:t>
      </w:r>
      <w:proofErr w:type="spellEnd"/>
      <w:r>
        <w:t xml:space="preserve"> </w:t>
      </w:r>
      <w:proofErr w:type="spellStart"/>
      <w:r>
        <w:t>potansiyeli</w:t>
      </w:r>
      <w:proofErr w:type="spellEnd"/>
      <w:r>
        <w:t xml:space="preserve"> var</w:t>
      </w:r>
      <w:r>
        <w:br/>
        <w:t xml:space="preserve">    </w:t>
      </w:r>
    </w:p>
    <w:p w14:paraId="0776F23A" w14:textId="77777777" w:rsidR="00654517" w:rsidRDefault="00000000">
      <w:proofErr w:type="spellStart"/>
      <w:r>
        <w:t>Şekil</w:t>
      </w:r>
      <w:proofErr w:type="spellEnd"/>
      <w:r>
        <w:t xml:space="preserve"> 7.1: </w:t>
      </w:r>
      <w:proofErr w:type="spellStart"/>
      <w:r>
        <w:t>Memnuniyet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Dağılımları</w:t>
      </w:r>
      <w:proofErr w:type="spellEnd"/>
    </w:p>
    <w:p w14:paraId="79373CA3" w14:textId="77777777" w:rsidR="00654517" w:rsidRDefault="00000000">
      <w:r>
        <w:rPr>
          <w:noProof/>
        </w:rPr>
        <w:drawing>
          <wp:inline distT="0" distB="0" distL="0" distR="0" wp14:anchorId="772EA5F6" wp14:editId="53A1CCB2">
            <wp:extent cx="5486400" cy="22368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mnuniyet_kategorileri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E2170" w14:textId="77777777" w:rsidR="00654517" w:rsidRDefault="00000000">
      <w:proofErr w:type="spellStart"/>
      <w:r>
        <w:t>Şekil</w:t>
      </w:r>
      <w:proofErr w:type="spellEnd"/>
      <w:r>
        <w:t xml:space="preserve"> 7.2: Box Plot - </w:t>
      </w:r>
      <w:proofErr w:type="spellStart"/>
      <w:r>
        <w:t>İstatistiksel</w:t>
      </w:r>
      <w:proofErr w:type="spellEnd"/>
      <w:r>
        <w:t xml:space="preserve"> </w:t>
      </w:r>
      <w:proofErr w:type="spellStart"/>
      <w:r>
        <w:t>Dağılım</w:t>
      </w:r>
      <w:proofErr w:type="spellEnd"/>
    </w:p>
    <w:p w14:paraId="39F5B901" w14:textId="77777777" w:rsidR="00654517" w:rsidRDefault="00000000">
      <w:r>
        <w:rPr>
          <w:noProof/>
        </w:rPr>
        <w:lastRenderedPageBreak/>
        <w:drawing>
          <wp:inline distT="0" distB="0" distL="0" distR="0" wp14:anchorId="0136AC19" wp14:editId="5B004B90">
            <wp:extent cx="6228715" cy="4733925"/>
            <wp:effectExtent l="0" t="0" r="63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xplot_analizi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42162" cy="474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723BF" w14:textId="77777777" w:rsidR="00654517" w:rsidRDefault="00000000">
      <w:r>
        <w:br w:type="page"/>
      </w:r>
    </w:p>
    <w:p w14:paraId="4CB31BB2" w14:textId="77777777" w:rsidR="00654517" w:rsidRPr="008B7D12" w:rsidRDefault="00000000">
      <w:pPr>
        <w:pStyle w:val="Balk1"/>
        <w:rPr>
          <w:color w:val="auto"/>
        </w:rPr>
      </w:pPr>
      <w:r w:rsidRPr="008B7D12">
        <w:rPr>
          <w:color w:val="auto"/>
        </w:rPr>
        <w:lastRenderedPageBreak/>
        <w:t>8. PROBLEM ALANLARI ANALİZİ</w:t>
      </w:r>
    </w:p>
    <w:p w14:paraId="0E3A562E" w14:textId="6820E448" w:rsidR="00654517" w:rsidRDefault="00000000">
      <w:r>
        <w:br/>
        <w:t xml:space="preserve">    </w:t>
      </w:r>
      <w:proofErr w:type="spellStart"/>
      <w:r>
        <w:t>Düşük</w:t>
      </w:r>
      <w:proofErr w:type="spellEnd"/>
      <w:r>
        <w:t xml:space="preserve"> </w:t>
      </w:r>
      <w:proofErr w:type="spellStart"/>
      <w:r>
        <w:t>puan</w:t>
      </w:r>
      <w:proofErr w:type="spellEnd"/>
      <w:r>
        <w:t xml:space="preserve"> (1-2) </w:t>
      </w:r>
      <w:proofErr w:type="spellStart"/>
      <w:r>
        <w:t>alan</w:t>
      </w:r>
      <w:proofErr w:type="spellEnd"/>
      <w:r>
        <w:t xml:space="preserve"> </w:t>
      </w:r>
      <w:proofErr w:type="spellStart"/>
      <w:r>
        <w:t>katılımcı</w:t>
      </w:r>
      <w:proofErr w:type="spellEnd"/>
      <w:r>
        <w:t xml:space="preserve"> </w:t>
      </w:r>
      <w:proofErr w:type="spellStart"/>
      <w:r>
        <w:t>oranlarına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problem </w:t>
      </w:r>
      <w:proofErr w:type="spellStart"/>
      <w:r>
        <w:t>alanları</w:t>
      </w:r>
      <w:proofErr w:type="spellEnd"/>
      <w:r>
        <w:t>:</w:t>
      </w:r>
      <w:r>
        <w:br/>
        <w:t xml:space="preserve">    </w:t>
      </w:r>
      <w:r>
        <w:br/>
        <w:t xml:space="preserve">     KRİTİK PROBLEM ALANLARI (%20 </w:t>
      </w:r>
      <w:proofErr w:type="spellStart"/>
      <w:r>
        <w:t>üzeri</w:t>
      </w:r>
      <w:proofErr w:type="spellEnd"/>
      <w:r>
        <w:t>):</w:t>
      </w:r>
      <w:r>
        <w:br/>
        <w:t xml:space="preserve">    • q8 (Akademik </w:t>
      </w:r>
      <w:proofErr w:type="spellStart"/>
      <w:r>
        <w:t>Takip</w:t>
      </w:r>
      <w:proofErr w:type="spellEnd"/>
      <w:r>
        <w:t>): %22.8 - EN PROBLEMLİ ALAN</w:t>
      </w:r>
      <w:r>
        <w:br/>
        <w:t xml:space="preserve">    • q4 (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Gelişim</w:t>
      </w:r>
      <w:proofErr w:type="spellEnd"/>
      <w:r>
        <w:t>): %21.2 - İKİNCİ PROBLEMLİ ALAN</w:t>
      </w:r>
      <w:r>
        <w:br/>
        <w:t xml:space="preserve">    </w:t>
      </w:r>
      <w:r>
        <w:br/>
        <w:t xml:space="preserve">     DİKKAT GEREKTİREN ALANLAR (%15-20):</w:t>
      </w:r>
      <w:r>
        <w:br/>
        <w:t xml:space="preserve">    • q1 (</w:t>
      </w:r>
      <w:proofErr w:type="spellStart"/>
      <w:r>
        <w:t>İletişim</w:t>
      </w:r>
      <w:proofErr w:type="spellEnd"/>
      <w:r>
        <w:t>): %18.6</w:t>
      </w:r>
      <w:r>
        <w:br/>
        <w:t xml:space="preserve">    • q2 (Problem </w:t>
      </w:r>
      <w:proofErr w:type="spellStart"/>
      <w:r>
        <w:t>Çözme</w:t>
      </w:r>
      <w:proofErr w:type="spellEnd"/>
      <w:r>
        <w:t xml:space="preserve">): %17.6  </w:t>
      </w:r>
      <w:r>
        <w:br/>
        <w:t xml:space="preserve">    • q7 (</w:t>
      </w:r>
      <w:proofErr w:type="spellStart"/>
      <w:r>
        <w:t>Mesleki</w:t>
      </w:r>
      <w:proofErr w:type="spellEnd"/>
      <w:r>
        <w:t xml:space="preserve"> </w:t>
      </w:r>
      <w:proofErr w:type="spellStart"/>
      <w:r>
        <w:t>Gelişim</w:t>
      </w:r>
      <w:proofErr w:type="spellEnd"/>
      <w:r>
        <w:t>): %16.3</w:t>
      </w:r>
      <w:r>
        <w:br/>
        <w:t xml:space="preserve">    </w:t>
      </w:r>
      <w:r>
        <w:br/>
        <w:t xml:space="preserve">     BAŞARILI ALANLAR (%15 </w:t>
      </w:r>
      <w:proofErr w:type="spellStart"/>
      <w:r>
        <w:t>altı</w:t>
      </w:r>
      <w:proofErr w:type="spellEnd"/>
      <w:r>
        <w:t>):</w:t>
      </w:r>
      <w:r>
        <w:br/>
        <w:t xml:space="preserve">    • q3 (Ders </w:t>
      </w:r>
      <w:proofErr w:type="spellStart"/>
      <w:r>
        <w:t>Seçimi</w:t>
      </w:r>
      <w:proofErr w:type="spellEnd"/>
      <w:r>
        <w:t xml:space="preserve"> </w:t>
      </w:r>
      <w:proofErr w:type="spellStart"/>
      <w:r>
        <w:t>Desteği</w:t>
      </w:r>
      <w:proofErr w:type="spellEnd"/>
      <w:r>
        <w:t>): %12.2 - EN BAŞARILI</w:t>
      </w:r>
      <w:r>
        <w:br/>
        <w:t xml:space="preserve">    • q5 (</w:t>
      </w:r>
      <w:proofErr w:type="spellStart"/>
      <w:r>
        <w:t>Görüşme</w:t>
      </w:r>
      <w:proofErr w:type="spellEnd"/>
      <w:r>
        <w:t xml:space="preserve"> </w:t>
      </w:r>
      <w:proofErr w:type="spellStart"/>
      <w:r>
        <w:t>Saatleri</w:t>
      </w:r>
      <w:proofErr w:type="spellEnd"/>
      <w:r>
        <w:t>): %9.3</w:t>
      </w:r>
      <w:r>
        <w:br/>
        <w:t xml:space="preserve">    • q6 (</w:t>
      </w:r>
      <w:proofErr w:type="spellStart"/>
      <w:r>
        <w:t>Gizlilik</w:t>
      </w:r>
      <w:proofErr w:type="spellEnd"/>
      <w:r>
        <w:t>): %5.8</w:t>
      </w:r>
      <w:r>
        <w:br/>
        <w:t xml:space="preserve">    </w:t>
      </w:r>
      <w:r>
        <w:br/>
        <w:t xml:space="preserve">     ÖNCELİK ÖNERİLERİ:</w:t>
      </w:r>
      <w:r>
        <w:br/>
        <w:t xml:space="preserve">    1. Akademik </w:t>
      </w:r>
      <w:proofErr w:type="spellStart"/>
      <w:r>
        <w:t>takip</w:t>
      </w:r>
      <w:proofErr w:type="spellEnd"/>
      <w:r>
        <w:t xml:space="preserve"> </w:t>
      </w:r>
      <w:proofErr w:type="spellStart"/>
      <w:r>
        <w:t>sisteminin</w:t>
      </w:r>
      <w:proofErr w:type="spellEnd"/>
      <w:r>
        <w:t xml:space="preserve"> </w:t>
      </w:r>
      <w:proofErr w:type="spellStart"/>
      <w:r>
        <w:t>güçlendirilmesi</w:t>
      </w:r>
      <w:proofErr w:type="spellEnd"/>
      <w:r>
        <w:br/>
        <w:t xml:space="preserve">    2.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gelişim</w:t>
      </w:r>
      <w:proofErr w:type="spellEnd"/>
      <w:r>
        <w:t xml:space="preserve"> </w:t>
      </w:r>
      <w:proofErr w:type="spellStart"/>
      <w:r>
        <w:t>danışmanlığı</w:t>
      </w:r>
      <w:proofErr w:type="spellEnd"/>
      <w:r>
        <w:t xml:space="preserve"> </w:t>
      </w:r>
      <w:proofErr w:type="spellStart"/>
      <w:r>
        <w:t>eğitimleri</w:t>
      </w:r>
      <w:proofErr w:type="spellEnd"/>
      <w:r>
        <w:br/>
        <w:t xml:space="preserve">    3. </w:t>
      </w:r>
      <w:proofErr w:type="spellStart"/>
      <w:r>
        <w:t>İletişim</w:t>
      </w:r>
      <w:proofErr w:type="spellEnd"/>
      <w:r>
        <w:t xml:space="preserve"> </w:t>
      </w:r>
      <w:proofErr w:type="spellStart"/>
      <w:r>
        <w:t>becerilerinin</w:t>
      </w:r>
      <w:proofErr w:type="spellEnd"/>
      <w:r>
        <w:t xml:space="preserve"> </w:t>
      </w:r>
      <w:proofErr w:type="spellStart"/>
      <w:r>
        <w:t>geliştirilmesi</w:t>
      </w:r>
      <w:proofErr w:type="spellEnd"/>
      <w:r>
        <w:br/>
        <w:t xml:space="preserve">    </w:t>
      </w:r>
    </w:p>
    <w:p w14:paraId="25FC3AA0" w14:textId="77777777" w:rsidR="00227DE0" w:rsidRDefault="00227DE0"/>
    <w:p w14:paraId="3D10D9CD" w14:textId="77777777" w:rsidR="00227DE0" w:rsidRDefault="00227DE0"/>
    <w:p w14:paraId="3B9DB303" w14:textId="77777777" w:rsidR="00227DE0" w:rsidRDefault="00227DE0"/>
    <w:p w14:paraId="2DD60AB5" w14:textId="77777777" w:rsidR="00227DE0" w:rsidRDefault="00227DE0"/>
    <w:p w14:paraId="5F3FF133" w14:textId="77777777" w:rsidR="00227DE0" w:rsidRDefault="00227DE0"/>
    <w:p w14:paraId="4D8976F8" w14:textId="77777777" w:rsidR="00227DE0" w:rsidRDefault="00227DE0"/>
    <w:p w14:paraId="513DCF75" w14:textId="77777777" w:rsidR="00227DE0" w:rsidRDefault="00227DE0"/>
    <w:p w14:paraId="57E13669" w14:textId="77777777" w:rsidR="00227DE0" w:rsidRDefault="00227DE0"/>
    <w:p w14:paraId="42D40BAA" w14:textId="77777777" w:rsidR="00227DE0" w:rsidRDefault="00227DE0"/>
    <w:p w14:paraId="6361F937" w14:textId="77777777" w:rsidR="00227DE0" w:rsidRDefault="00227DE0"/>
    <w:p w14:paraId="6867310C" w14:textId="77777777" w:rsidR="00227DE0" w:rsidRDefault="00227DE0"/>
    <w:p w14:paraId="437AA52D" w14:textId="50E27A05" w:rsidR="00654517" w:rsidRDefault="00000000">
      <w:proofErr w:type="spellStart"/>
      <w:r>
        <w:lastRenderedPageBreak/>
        <w:t>Şekil</w:t>
      </w:r>
      <w:proofErr w:type="spellEnd"/>
      <w:r>
        <w:t xml:space="preserve"> 8.1: Problem </w:t>
      </w:r>
      <w:proofErr w:type="spellStart"/>
      <w:r>
        <w:t>Alanları</w:t>
      </w:r>
      <w:proofErr w:type="spellEnd"/>
      <w:r>
        <w:t xml:space="preserve"> </w:t>
      </w:r>
      <w:proofErr w:type="spellStart"/>
      <w:r>
        <w:t>Analizi</w:t>
      </w:r>
      <w:proofErr w:type="spellEnd"/>
      <w:r>
        <w:rPr>
          <w:noProof/>
        </w:rPr>
        <w:drawing>
          <wp:inline distT="0" distB="0" distL="0" distR="0" wp14:anchorId="0627532B" wp14:editId="60141C8E">
            <wp:extent cx="5485636" cy="3427597"/>
            <wp:effectExtent l="0" t="0" r="127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blem_alanlari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93983" cy="343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F8118" w14:textId="77777777" w:rsidR="00654517" w:rsidRDefault="00000000">
      <w:proofErr w:type="spellStart"/>
      <w:r>
        <w:t>Şekil</w:t>
      </w:r>
      <w:proofErr w:type="spellEnd"/>
      <w:r>
        <w:t xml:space="preserve"> 8.2: </w:t>
      </w:r>
      <w:proofErr w:type="spellStart"/>
      <w:r>
        <w:t>Danışman</w:t>
      </w:r>
      <w:proofErr w:type="spellEnd"/>
      <w:r>
        <w:t xml:space="preserve"> </w:t>
      </w:r>
      <w:proofErr w:type="spellStart"/>
      <w:r>
        <w:t>Performans</w:t>
      </w:r>
      <w:proofErr w:type="spellEnd"/>
      <w:r>
        <w:t xml:space="preserve"> </w:t>
      </w:r>
      <w:proofErr w:type="spellStart"/>
      <w:r>
        <w:t>Radarı</w:t>
      </w:r>
      <w:proofErr w:type="spellEnd"/>
    </w:p>
    <w:p w14:paraId="7AA85613" w14:textId="77777777" w:rsidR="00654517" w:rsidRDefault="00000000">
      <w:r>
        <w:rPr>
          <w:noProof/>
        </w:rPr>
        <w:drawing>
          <wp:inline distT="0" distB="0" distL="0" distR="0" wp14:anchorId="1415CC66" wp14:editId="0531E74E">
            <wp:extent cx="4509770" cy="3657600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dar_char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18438" cy="366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B075F" w14:textId="2BAD070D" w:rsidR="00654517" w:rsidRDefault="00000000" w:rsidP="00227DE0">
      <w:pPr>
        <w:pStyle w:val="Balk1"/>
      </w:pPr>
      <w:r>
        <w:br w:type="page"/>
      </w:r>
      <w:r w:rsidR="00227DE0" w:rsidRPr="008B7D12">
        <w:rPr>
          <w:color w:val="auto"/>
        </w:rPr>
        <w:lastRenderedPageBreak/>
        <w:t>9. AKADEMİK BİRİMLERE GÖRE MEMNUNİYET DÜZEYLERİ</w:t>
      </w:r>
    </w:p>
    <w:p w14:paraId="42712FB3" w14:textId="1EFDD065" w:rsidR="00227DE0" w:rsidRPr="00227DE0" w:rsidRDefault="005A6590" w:rsidP="00227DE0">
      <w:pPr>
        <w:rPr>
          <w:b/>
          <w:bCs/>
          <w:lang w:val="tr-TR"/>
        </w:rPr>
      </w:pPr>
      <w:r>
        <w:rPr>
          <w:rFonts w:ascii="Segoe UI Emoji" w:hAnsi="Segoe UI Emoji" w:cs="Segoe UI Emoji"/>
          <w:b/>
          <w:bCs/>
          <w:lang w:val="tr-TR"/>
        </w:rPr>
        <w:t>9.1.</w:t>
      </w:r>
      <w:r w:rsidR="00227DE0" w:rsidRPr="00227DE0">
        <w:rPr>
          <w:b/>
          <w:bCs/>
          <w:lang w:val="tr-TR"/>
        </w:rPr>
        <w:t xml:space="preserve"> Birim Bazlı Memnuniyet Tablosu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5"/>
        <w:gridCol w:w="1072"/>
        <w:gridCol w:w="686"/>
        <w:gridCol w:w="748"/>
        <w:gridCol w:w="419"/>
        <w:gridCol w:w="434"/>
      </w:tblGrid>
      <w:tr w:rsidR="00D611BE" w:rsidRPr="00227DE0" w14:paraId="48A46AC5" w14:textId="77777777" w:rsidTr="00227DE0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B3FC2A4" w14:textId="77777777" w:rsidR="00D611BE" w:rsidRPr="00227DE0" w:rsidRDefault="00D611BE" w:rsidP="00227DE0">
            <w:pPr>
              <w:rPr>
                <w:b/>
                <w:bCs/>
                <w:sz w:val="14"/>
                <w:szCs w:val="14"/>
                <w:lang w:val="tr-TR"/>
              </w:rPr>
            </w:pPr>
            <w:r w:rsidRPr="00227DE0">
              <w:rPr>
                <w:b/>
                <w:bCs/>
                <w:sz w:val="14"/>
                <w:szCs w:val="14"/>
                <w:lang w:val="tr-TR"/>
              </w:rPr>
              <w:t>Birim</w:t>
            </w:r>
          </w:p>
        </w:tc>
        <w:tc>
          <w:tcPr>
            <w:tcW w:w="0" w:type="auto"/>
            <w:vAlign w:val="center"/>
            <w:hideMark/>
          </w:tcPr>
          <w:p w14:paraId="281AD489" w14:textId="77777777" w:rsidR="00D611BE" w:rsidRPr="00227DE0" w:rsidRDefault="00D611BE" w:rsidP="00227DE0">
            <w:pPr>
              <w:rPr>
                <w:b/>
                <w:bCs/>
                <w:sz w:val="14"/>
                <w:szCs w:val="14"/>
                <w:lang w:val="tr-TR"/>
              </w:rPr>
            </w:pPr>
            <w:r w:rsidRPr="00227DE0">
              <w:rPr>
                <w:b/>
                <w:bCs/>
                <w:sz w:val="14"/>
                <w:szCs w:val="14"/>
                <w:lang w:val="tr-TR"/>
              </w:rPr>
              <w:t>Katılımcı Sayısı</w:t>
            </w:r>
          </w:p>
        </w:tc>
        <w:tc>
          <w:tcPr>
            <w:tcW w:w="0" w:type="auto"/>
            <w:vAlign w:val="center"/>
            <w:hideMark/>
          </w:tcPr>
          <w:p w14:paraId="28586623" w14:textId="77777777" w:rsidR="00D611BE" w:rsidRPr="00227DE0" w:rsidRDefault="00D611BE" w:rsidP="00227DE0">
            <w:pPr>
              <w:rPr>
                <w:b/>
                <w:bCs/>
                <w:sz w:val="14"/>
                <w:szCs w:val="14"/>
                <w:lang w:val="tr-TR"/>
              </w:rPr>
            </w:pPr>
            <w:r w:rsidRPr="00227DE0">
              <w:rPr>
                <w:b/>
                <w:bCs/>
                <w:sz w:val="14"/>
                <w:szCs w:val="14"/>
                <w:lang w:val="tr-TR"/>
              </w:rPr>
              <w:t>Ortalama</w:t>
            </w:r>
          </w:p>
        </w:tc>
        <w:tc>
          <w:tcPr>
            <w:tcW w:w="0" w:type="auto"/>
            <w:vAlign w:val="center"/>
            <w:hideMark/>
          </w:tcPr>
          <w:p w14:paraId="62530270" w14:textId="77777777" w:rsidR="00D611BE" w:rsidRPr="00227DE0" w:rsidRDefault="00D611BE" w:rsidP="00227DE0">
            <w:pPr>
              <w:rPr>
                <w:b/>
                <w:bCs/>
                <w:sz w:val="14"/>
                <w:szCs w:val="14"/>
                <w:lang w:val="tr-TR"/>
              </w:rPr>
            </w:pPr>
            <w:proofErr w:type="spellStart"/>
            <w:r w:rsidRPr="00227DE0">
              <w:rPr>
                <w:b/>
                <w:bCs/>
                <w:sz w:val="14"/>
                <w:szCs w:val="14"/>
                <w:lang w:val="tr-TR"/>
              </w:rPr>
              <w:t>Std</w:t>
            </w:r>
            <w:proofErr w:type="spellEnd"/>
            <w:r w:rsidRPr="00227DE0">
              <w:rPr>
                <w:b/>
                <w:bCs/>
                <w:sz w:val="14"/>
                <w:szCs w:val="14"/>
                <w:lang w:val="tr-TR"/>
              </w:rPr>
              <w:t xml:space="preserve"> Sapma</w:t>
            </w:r>
          </w:p>
        </w:tc>
        <w:tc>
          <w:tcPr>
            <w:tcW w:w="0" w:type="auto"/>
            <w:vAlign w:val="center"/>
            <w:hideMark/>
          </w:tcPr>
          <w:p w14:paraId="25916598" w14:textId="77777777" w:rsidR="00D611BE" w:rsidRPr="00227DE0" w:rsidRDefault="00D611BE" w:rsidP="00227DE0">
            <w:pPr>
              <w:rPr>
                <w:b/>
                <w:bCs/>
                <w:sz w:val="14"/>
                <w:szCs w:val="14"/>
                <w:lang w:val="tr-TR"/>
              </w:rPr>
            </w:pPr>
            <w:proofErr w:type="spellStart"/>
            <w:r w:rsidRPr="00227DE0">
              <w:rPr>
                <w:b/>
                <w:bCs/>
                <w:sz w:val="14"/>
                <w:szCs w:val="14"/>
                <w:lang w:val="tr-TR"/>
              </w:rPr>
              <w:t>Min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F34911" w14:textId="77777777" w:rsidR="00D611BE" w:rsidRPr="00227DE0" w:rsidRDefault="00D611BE" w:rsidP="00227DE0">
            <w:pPr>
              <w:rPr>
                <w:b/>
                <w:bCs/>
                <w:sz w:val="14"/>
                <w:szCs w:val="14"/>
                <w:lang w:val="tr-TR"/>
              </w:rPr>
            </w:pPr>
            <w:proofErr w:type="spellStart"/>
            <w:r w:rsidRPr="00227DE0">
              <w:rPr>
                <w:b/>
                <w:bCs/>
                <w:sz w:val="14"/>
                <w:szCs w:val="14"/>
                <w:lang w:val="tr-TR"/>
              </w:rPr>
              <w:t>Max</w:t>
            </w:r>
            <w:proofErr w:type="spellEnd"/>
          </w:p>
        </w:tc>
      </w:tr>
      <w:tr w:rsidR="00D611BE" w:rsidRPr="00227DE0" w14:paraId="713A243F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6A0F5A2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Yabancı Diller Yüksekokulu</w:t>
            </w:r>
          </w:p>
        </w:tc>
        <w:tc>
          <w:tcPr>
            <w:tcW w:w="0" w:type="auto"/>
            <w:vAlign w:val="center"/>
            <w:hideMark/>
          </w:tcPr>
          <w:p w14:paraId="47FC4189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36AFE03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  <w:tc>
          <w:tcPr>
            <w:tcW w:w="0" w:type="auto"/>
            <w:vAlign w:val="center"/>
            <w:hideMark/>
          </w:tcPr>
          <w:p w14:paraId="2A9F7961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4300523C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  <w:tc>
          <w:tcPr>
            <w:tcW w:w="0" w:type="auto"/>
            <w:vAlign w:val="center"/>
            <w:hideMark/>
          </w:tcPr>
          <w:p w14:paraId="7E5F9305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35BD9857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E8D841D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Turizm Fakültesi</w:t>
            </w:r>
          </w:p>
        </w:tc>
        <w:tc>
          <w:tcPr>
            <w:tcW w:w="0" w:type="auto"/>
            <w:vAlign w:val="center"/>
            <w:hideMark/>
          </w:tcPr>
          <w:p w14:paraId="761236DB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3CF6619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  <w:tc>
          <w:tcPr>
            <w:tcW w:w="0" w:type="auto"/>
            <w:vAlign w:val="center"/>
            <w:hideMark/>
          </w:tcPr>
          <w:p w14:paraId="368C8E58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493DA7D3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  <w:tc>
          <w:tcPr>
            <w:tcW w:w="0" w:type="auto"/>
            <w:vAlign w:val="center"/>
            <w:hideMark/>
          </w:tcPr>
          <w:p w14:paraId="5D5C2C08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36CC1638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58A142D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Diğer (lütfen belirtin)</w:t>
            </w:r>
          </w:p>
        </w:tc>
        <w:tc>
          <w:tcPr>
            <w:tcW w:w="0" w:type="auto"/>
            <w:vAlign w:val="center"/>
            <w:hideMark/>
          </w:tcPr>
          <w:p w14:paraId="5D34E2A1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0E723FD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  <w:tc>
          <w:tcPr>
            <w:tcW w:w="0" w:type="auto"/>
            <w:vAlign w:val="center"/>
            <w:hideMark/>
          </w:tcPr>
          <w:p w14:paraId="4E5C7128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4B6DF9FA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  <w:tc>
          <w:tcPr>
            <w:tcW w:w="0" w:type="auto"/>
            <w:vAlign w:val="center"/>
            <w:hideMark/>
          </w:tcPr>
          <w:p w14:paraId="551BBB9E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24AB1C1E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E7D24BB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Spor Bilimleri Fakültesi</w:t>
            </w:r>
          </w:p>
        </w:tc>
        <w:tc>
          <w:tcPr>
            <w:tcW w:w="0" w:type="auto"/>
            <w:vAlign w:val="center"/>
            <w:hideMark/>
          </w:tcPr>
          <w:p w14:paraId="31F6F13A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99108FF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99.2</w:t>
            </w:r>
          </w:p>
        </w:tc>
        <w:tc>
          <w:tcPr>
            <w:tcW w:w="0" w:type="auto"/>
            <w:vAlign w:val="center"/>
            <w:hideMark/>
          </w:tcPr>
          <w:p w14:paraId="7C13110D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2.0</w:t>
            </w:r>
          </w:p>
        </w:tc>
        <w:tc>
          <w:tcPr>
            <w:tcW w:w="0" w:type="auto"/>
            <w:vAlign w:val="center"/>
            <w:hideMark/>
          </w:tcPr>
          <w:p w14:paraId="02820794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95.0</w:t>
            </w:r>
          </w:p>
        </w:tc>
        <w:tc>
          <w:tcPr>
            <w:tcW w:w="0" w:type="auto"/>
            <w:vAlign w:val="center"/>
            <w:hideMark/>
          </w:tcPr>
          <w:p w14:paraId="516962F3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1C93F077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36267F7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Fen Bilimleri Enstitüsü</w:t>
            </w:r>
          </w:p>
        </w:tc>
        <w:tc>
          <w:tcPr>
            <w:tcW w:w="0" w:type="auto"/>
            <w:vAlign w:val="center"/>
            <w:hideMark/>
          </w:tcPr>
          <w:p w14:paraId="013B49FF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A927841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93.5</w:t>
            </w:r>
          </w:p>
        </w:tc>
        <w:tc>
          <w:tcPr>
            <w:tcW w:w="0" w:type="auto"/>
            <w:vAlign w:val="center"/>
            <w:hideMark/>
          </w:tcPr>
          <w:p w14:paraId="401C2D6E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16.4</w:t>
            </w:r>
          </w:p>
        </w:tc>
        <w:tc>
          <w:tcPr>
            <w:tcW w:w="0" w:type="auto"/>
            <w:vAlign w:val="center"/>
            <w:hideMark/>
          </w:tcPr>
          <w:p w14:paraId="1407B5C5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45.0</w:t>
            </w:r>
          </w:p>
        </w:tc>
        <w:tc>
          <w:tcPr>
            <w:tcW w:w="0" w:type="auto"/>
            <w:vAlign w:val="center"/>
            <w:hideMark/>
          </w:tcPr>
          <w:p w14:paraId="06D5141F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39118B65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27CBC60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Sosyal Bilimler Enstitüsü</w:t>
            </w:r>
          </w:p>
        </w:tc>
        <w:tc>
          <w:tcPr>
            <w:tcW w:w="0" w:type="auto"/>
            <w:vAlign w:val="center"/>
            <w:hideMark/>
          </w:tcPr>
          <w:p w14:paraId="3653A317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41A478B4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92.3</w:t>
            </w:r>
          </w:p>
        </w:tc>
        <w:tc>
          <w:tcPr>
            <w:tcW w:w="0" w:type="auto"/>
            <w:vAlign w:val="center"/>
            <w:hideMark/>
          </w:tcPr>
          <w:p w14:paraId="5DB778F1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17.4</w:t>
            </w:r>
          </w:p>
        </w:tc>
        <w:tc>
          <w:tcPr>
            <w:tcW w:w="0" w:type="auto"/>
            <w:vAlign w:val="center"/>
            <w:hideMark/>
          </w:tcPr>
          <w:p w14:paraId="62A79070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27.5</w:t>
            </w:r>
          </w:p>
        </w:tc>
        <w:tc>
          <w:tcPr>
            <w:tcW w:w="0" w:type="auto"/>
            <w:vAlign w:val="center"/>
            <w:hideMark/>
          </w:tcPr>
          <w:p w14:paraId="515CFF30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6D38F4CB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11D62A7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Sosyal Bilimler MYO</w:t>
            </w:r>
          </w:p>
        </w:tc>
        <w:tc>
          <w:tcPr>
            <w:tcW w:w="0" w:type="auto"/>
            <w:vAlign w:val="center"/>
            <w:hideMark/>
          </w:tcPr>
          <w:p w14:paraId="0F5E8D05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9549F1B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89.2</w:t>
            </w:r>
          </w:p>
        </w:tc>
        <w:tc>
          <w:tcPr>
            <w:tcW w:w="0" w:type="auto"/>
            <w:vAlign w:val="center"/>
            <w:hideMark/>
          </w:tcPr>
          <w:p w14:paraId="7E68A1AD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18.4</w:t>
            </w:r>
          </w:p>
        </w:tc>
        <w:tc>
          <w:tcPr>
            <w:tcW w:w="0" w:type="auto"/>
            <w:vAlign w:val="center"/>
            <w:hideMark/>
          </w:tcPr>
          <w:p w14:paraId="0F0F6602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45.0</w:t>
            </w:r>
          </w:p>
        </w:tc>
        <w:tc>
          <w:tcPr>
            <w:tcW w:w="0" w:type="auto"/>
            <w:vAlign w:val="center"/>
            <w:hideMark/>
          </w:tcPr>
          <w:p w14:paraId="5CC90D74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3E303A82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D140097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Sağlık Hizmetleri MYO</w:t>
            </w:r>
          </w:p>
        </w:tc>
        <w:tc>
          <w:tcPr>
            <w:tcW w:w="0" w:type="auto"/>
            <w:vAlign w:val="center"/>
            <w:hideMark/>
          </w:tcPr>
          <w:p w14:paraId="4367699C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14B6DD2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86.0</w:t>
            </w:r>
          </w:p>
        </w:tc>
        <w:tc>
          <w:tcPr>
            <w:tcW w:w="0" w:type="auto"/>
            <w:vAlign w:val="center"/>
            <w:hideMark/>
          </w:tcPr>
          <w:p w14:paraId="75C0FD8F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25.0</w:t>
            </w:r>
          </w:p>
        </w:tc>
        <w:tc>
          <w:tcPr>
            <w:tcW w:w="0" w:type="auto"/>
            <w:vAlign w:val="center"/>
            <w:hideMark/>
          </w:tcPr>
          <w:p w14:paraId="07CC42ED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17.5</w:t>
            </w:r>
          </w:p>
        </w:tc>
        <w:tc>
          <w:tcPr>
            <w:tcW w:w="0" w:type="auto"/>
            <w:vAlign w:val="center"/>
            <w:hideMark/>
          </w:tcPr>
          <w:p w14:paraId="423027D5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5DAAF654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B41511C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İletişim Fakültesi</w:t>
            </w:r>
          </w:p>
        </w:tc>
        <w:tc>
          <w:tcPr>
            <w:tcW w:w="0" w:type="auto"/>
            <w:vAlign w:val="center"/>
            <w:hideMark/>
          </w:tcPr>
          <w:p w14:paraId="73D18EBD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95DD442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85.0</w:t>
            </w:r>
          </w:p>
        </w:tc>
        <w:tc>
          <w:tcPr>
            <w:tcW w:w="0" w:type="auto"/>
            <w:vAlign w:val="center"/>
            <w:hideMark/>
          </w:tcPr>
          <w:p w14:paraId="2FA4BB86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20.2</w:t>
            </w:r>
          </w:p>
        </w:tc>
        <w:tc>
          <w:tcPr>
            <w:tcW w:w="0" w:type="auto"/>
            <w:vAlign w:val="center"/>
            <w:hideMark/>
          </w:tcPr>
          <w:p w14:paraId="5DBACB76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47.5</w:t>
            </w:r>
          </w:p>
        </w:tc>
        <w:tc>
          <w:tcPr>
            <w:tcW w:w="0" w:type="auto"/>
            <w:vAlign w:val="center"/>
            <w:hideMark/>
          </w:tcPr>
          <w:p w14:paraId="621C4827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3FDAD352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2B8EB6E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Güzelyurt MYO</w:t>
            </w:r>
          </w:p>
        </w:tc>
        <w:tc>
          <w:tcPr>
            <w:tcW w:w="0" w:type="auto"/>
            <w:vAlign w:val="center"/>
            <w:hideMark/>
          </w:tcPr>
          <w:p w14:paraId="0B2C988E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8E53EE7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85.0</w:t>
            </w:r>
          </w:p>
        </w:tc>
        <w:tc>
          <w:tcPr>
            <w:tcW w:w="0" w:type="auto"/>
            <w:vAlign w:val="center"/>
            <w:hideMark/>
          </w:tcPr>
          <w:p w14:paraId="1DAB010C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13.0</w:t>
            </w:r>
          </w:p>
        </w:tc>
        <w:tc>
          <w:tcPr>
            <w:tcW w:w="0" w:type="auto"/>
            <w:vAlign w:val="center"/>
            <w:hideMark/>
          </w:tcPr>
          <w:p w14:paraId="4453EB72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77.5</w:t>
            </w:r>
          </w:p>
        </w:tc>
        <w:tc>
          <w:tcPr>
            <w:tcW w:w="0" w:type="auto"/>
            <w:vAlign w:val="center"/>
            <w:hideMark/>
          </w:tcPr>
          <w:p w14:paraId="627C5632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6C0E4159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8E9C05D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Ortaköy MYO</w:t>
            </w:r>
          </w:p>
        </w:tc>
        <w:tc>
          <w:tcPr>
            <w:tcW w:w="0" w:type="auto"/>
            <w:vAlign w:val="center"/>
            <w:hideMark/>
          </w:tcPr>
          <w:p w14:paraId="4A8585E1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F6DD742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85.0</w:t>
            </w:r>
          </w:p>
        </w:tc>
        <w:tc>
          <w:tcPr>
            <w:tcW w:w="0" w:type="auto"/>
            <w:vAlign w:val="center"/>
            <w:hideMark/>
          </w:tcPr>
          <w:p w14:paraId="33E80CF7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13.2</w:t>
            </w:r>
          </w:p>
        </w:tc>
        <w:tc>
          <w:tcPr>
            <w:tcW w:w="0" w:type="auto"/>
            <w:vAlign w:val="center"/>
            <w:hideMark/>
          </w:tcPr>
          <w:p w14:paraId="684641A9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75.0</w:t>
            </w:r>
          </w:p>
        </w:tc>
        <w:tc>
          <w:tcPr>
            <w:tcW w:w="0" w:type="auto"/>
            <w:vAlign w:val="center"/>
            <w:hideMark/>
          </w:tcPr>
          <w:p w14:paraId="6A51D9BE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08C62CC8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9EDE8BE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Fen Edebiyat Fakültesi</w:t>
            </w:r>
          </w:p>
        </w:tc>
        <w:tc>
          <w:tcPr>
            <w:tcW w:w="0" w:type="auto"/>
            <w:vAlign w:val="center"/>
            <w:hideMark/>
          </w:tcPr>
          <w:p w14:paraId="3706B324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17133822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81.0</w:t>
            </w:r>
          </w:p>
        </w:tc>
        <w:tc>
          <w:tcPr>
            <w:tcW w:w="0" w:type="auto"/>
            <w:vAlign w:val="center"/>
            <w:hideMark/>
          </w:tcPr>
          <w:p w14:paraId="575D31D6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25.8</w:t>
            </w:r>
          </w:p>
        </w:tc>
        <w:tc>
          <w:tcPr>
            <w:tcW w:w="0" w:type="auto"/>
            <w:vAlign w:val="center"/>
            <w:hideMark/>
          </w:tcPr>
          <w:p w14:paraId="2D4DD581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22.5</w:t>
            </w:r>
          </w:p>
        </w:tc>
        <w:tc>
          <w:tcPr>
            <w:tcW w:w="0" w:type="auto"/>
            <w:vAlign w:val="center"/>
            <w:hideMark/>
          </w:tcPr>
          <w:p w14:paraId="1E048BE2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372DBC80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5B0AFC7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Sağlık Bilimleri Enstitüsü</w:t>
            </w:r>
          </w:p>
        </w:tc>
        <w:tc>
          <w:tcPr>
            <w:tcW w:w="0" w:type="auto"/>
            <w:vAlign w:val="center"/>
            <w:hideMark/>
          </w:tcPr>
          <w:p w14:paraId="565424D5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515DA6A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79.1</w:t>
            </w:r>
          </w:p>
        </w:tc>
        <w:tc>
          <w:tcPr>
            <w:tcW w:w="0" w:type="auto"/>
            <w:vAlign w:val="center"/>
            <w:hideMark/>
          </w:tcPr>
          <w:p w14:paraId="626908F2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26.3</w:t>
            </w:r>
          </w:p>
        </w:tc>
        <w:tc>
          <w:tcPr>
            <w:tcW w:w="0" w:type="auto"/>
            <w:vAlign w:val="center"/>
            <w:hideMark/>
          </w:tcPr>
          <w:p w14:paraId="7289103E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25.0</w:t>
            </w:r>
          </w:p>
        </w:tc>
        <w:tc>
          <w:tcPr>
            <w:tcW w:w="0" w:type="auto"/>
            <w:vAlign w:val="center"/>
            <w:hideMark/>
          </w:tcPr>
          <w:p w14:paraId="0F40FCAF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0DB56682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0A543B4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Tıp Fakültesi</w:t>
            </w:r>
          </w:p>
        </w:tc>
        <w:tc>
          <w:tcPr>
            <w:tcW w:w="0" w:type="auto"/>
            <w:vAlign w:val="center"/>
            <w:hideMark/>
          </w:tcPr>
          <w:p w14:paraId="0F233BFE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5C12C74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76.7</w:t>
            </w:r>
          </w:p>
        </w:tc>
        <w:tc>
          <w:tcPr>
            <w:tcW w:w="0" w:type="auto"/>
            <w:vAlign w:val="center"/>
            <w:hideMark/>
          </w:tcPr>
          <w:p w14:paraId="6ED34C48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20.8</w:t>
            </w:r>
          </w:p>
        </w:tc>
        <w:tc>
          <w:tcPr>
            <w:tcW w:w="0" w:type="auto"/>
            <w:vAlign w:val="center"/>
            <w:hideMark/>
          </w:tcPr>
          <w:p w14:paraId="3B2266CF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60.0</w:t>
            </w:r>
          </w:p>
        </w:tc>
        <w:tc>
          <w:tcPr>
            <w:tcW w:w="0" w:type="auto"/>
            <w:vAlign w:val="center"/>
            <w:hideMark/>
          </w:tcPr>
          <w:p w14:paraId="31CEE865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349E5DE4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32A403A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Veteriner Fakültesi</w:t>
            </w:r>
          </w:p>
        </w:tc>
        <w:tc>
          <w:tcPr>
            <w:tcW w:w="0" w:type="auto"/>
            <w:vAlign w:val="center"/>
            <w:hideMark/>
          </w:tcPr>
          <w:p w14:paraId="06EEB0FD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E088B12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76.5</w:t>
            </w:r>
          </w:p>
        </w:tc>
        <w:tc>
          <w:tcPr>
            <w:tcW w:w="0" w:type="auto"/>
            <w:vAlign w:val="center"/>
            <w:hideMark/>
          </w:tcPr>
          <w:p w14:paraId="78CBDBA3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32.3</w:t>
            </w:r>
          </w:p>
        </w:tc>
        <w:tc>
          <w:tcPr>
            <w:tcW w:w="0" w:type="auto"/>
            <w:vAlign w:val="center"/>
            <w:hideMark/>
          </w:tcPr>
          <w:p w14:paraId="3FB5F051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30.0</w:t>
            </w:r>
          </w:p>
        </w:tc>
        <w:tc>
          <w:tcPr>
            <w:tcW w:w="0" w:type="auto"/>
            <w:vAlign w:val="center"/>
            <w:hideMark/>
          </w:tcPr>
          <w:p w14:paraId="41D12B77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38F60F95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A84B910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Eğitim Fakültesi</w:t>
            </w:r>
          </w:p>
        </w:tc>
        <w:tc>
          <w:tcPr>
            <w:tcW w:w="0" w:type="auto"/>
            <w:vAlign w:val="center"/>
            <w:hideMark/>
          </w:tcPr>
          <w:p w14:paraId="10BC6E5C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27E28734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74.4</w:t>
            </w:r>
          </w:p>
        </w:tc>
        <w:tc>
          <w:tcPr>
            <w:tcW w:w="0" w:type="auto"/>
            <w:vAlign w:val="center"/>
            <w:hideMark/>
          </w:tcPr>
          <w:p w14:paraId="3869B02E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27.3</w:t>
            </w:r>
          </w:p>
        </w:tc>
        <w:tc>
          <w:tcPr>
            <w:tcW w:w="0" w:type="auto"/>
            <w:vAlign w:val="center"/>
            <w:hideMark/>
          </w:tcPr>
          <w:p w14:paraId="4998A9D4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12.5</w:t>
            </w:r>
          </w:p>
        </w:tc>
        <w:tc>
          <w:tcPr>
            <w:tcW w:w="0" w:type="auto"/>
            <w:vAlign w:val="center"/>
            <w:hideMark/>
          </w:tcPr>
          <w:p w14:paraId="00B8110C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2276C15D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2C09611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İktisadi ve İdari Bilimler Fakültesi</w:t>
            </w:r>
          </w:p>
        </w:tc>
        <w:tc>
          <w:tcPr>
            <w:tcW w:w="0" w:type="auto"/>
            <w:vAlign w:val="center"/>
            <w:hideMark/>
          </w:tcPr>
          <w:p w14:paraId="4149DE8C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49EB6891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70.5</w:t>
            </w:r>
          </w:p>
        </w:tc>
        <w:tc>
          <w:tcPr>
            <w:tcW w:w="0" w:type="auto"/>
            <w:vAlign w:val="center"/>
            <w:hideMark/>
          </w:tcPr>
          <w:p w14:paraId="671755FE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35.3</w:t>
            </w:r>
          </w:p>
        </w:tc>
        <w:tc>
          <w:tcPr>
            <w:tcW w:w="0" w:type="auto"/>
            <w:vAlign w:val="center"/>
            <w:hideMark/>
          </w:tcPr>
          <w:p w14:paraId="054AF0E1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2707A807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40115D30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0E4CE59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Sağlık Bilimleri Fakültesi</w:t>
            </w:r>
          </w:p>
        </w:tc>
        <w:tc>
          <w:tcPr>
            <w:tcW w:w="0" w:type="auto"/>
            <w:vAlign w:val="center"/>
            <w:hideMark/>
          </w:tcPr>
          <w:p w14:paraId="24CD03B3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6813BBEC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67.6</w:t>
            </w:r>
          </w:p>
        </w:tc>
        <w:tc>
          <w:tcPr>
            <w:tcW w:w="0" w:type="auto"/>
            <w:vAlign w:val="center"/>
            <w:hideMark/>
          </w:tcPr>
          <w:p w14:paraId="581D3B07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32.1</w:t>
            </w:r>
          </w:p>
        </w:tc>
        <w:tc>
          <w:tcPr>
            <w:tcW w:w="0" w:type="auto"/>
            <w:vAlign w:val="center"/>
            <w:hideMark/>
          </w:tcPr>
          <w:p w14:paraId="746E63C4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11.4</w:t>
            </w:r>
          </w:p>
        </w:tc>
        <w:tc>
          <w:tcPr>
            <w:tcW w:w="0" w:type="auto"/>
            <w:vAlign w:val="center"/>
            <w:hideMark/>
          </w:tcPr>
          <w:p w14:paraId="49F64971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1C4F3C02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530CC55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Teknik Bilimler MYO</w:t>
            </w:r>
          </w:p>
        </w:tc>
        <w:tc>
          <w:tcPr>
            <w:tcW w:w="0" w:type="auto"/>
            <w:vAlign w:val="center"/>
            <w:hideMark/>
          </w:tcPr>
          <w:p w14:paraId="6C1BC72C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0B4CB37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64.2</w:t>
            </w:r>
          </w:p>
        </w:tc>
        <w:tc>
          <w:tcPr>
            <w:tcW w:w="0" w:type="auto"/>
            <w:vAlign w:val="center"/>
            <w:hideMark/>
          </w:tcPr>
          <w:p w14:paraId="32E4A392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40.4</w:t>
            </w:r>
          </w:p>
        </w:tc>
        <w:tc>
          <w:tcPr>
            <w:tcW w:w="0" w:type="auto"/>
            <w:vAlign w:val="center"/>
            <w:hideMark/>
          </w:tcPr>
          <w:p w14:paraId="0863E06D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15.0</w:t>
            </w:r>
          </w:p>
        </w:tc>
        <w:tc>
          <w:tcPr>
            <w:tcW w:w="0" w:type="auto"/>
            <w:vAlign w:val="center"/>
            <w:hideMark/>
          </w:tcPr>
          <w:p w14:paraId="7AA5600B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3E037A4A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6BDD07A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İslami İlimler Fakültesi</w:t>
            </w:r>
          </w:p>
        </w:tc>
        <w:tc>
          <w:tcPr>
            <w:tcW w:w="0" w:type="auto"/>
            <w:vAlign w:val="center"/>
            <w:hideMark/>
          </w:tcPr>
          <w:p w14:paraId="5AF39131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D15D978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63.5</w:t>
            </w:r>
          </w:p>
        </w:tc>
        <w:tc>
          <w:tcPr>
            <w:tcW w:w="0" w:type="auto"/>
            <w:vAlign w:val="center"/>
            <w:hideMark/>
          </w:tcPr>
          <w:p w14:paraId="5A44B42C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37.9</w:t>
            </w:r>
          </w:p>
        </w:tc>
        <w:tc>
          <w:tcPr>
            <w:tcW w:w="0" w:type="auto"/>
            <w:vAlign w:val="center"/>
            <w:hideMark/>
          </w:tcPr>
          <w:p w14:paraId="18C0E530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12.5</w:t>
            </w:r>
          </w:p>
        </w:tc>
        <w:tc>
          <w:tcPr>
            <w:tcW w:w="0" w:type="auto"/>
            <w:vAlign w:val="center"/>
            <w:hideMark/>
          </w:tcPr>
          <w:p w14:paraId="3B2516D0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71FE91E2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6773B9B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Mühendislik Fakültesi</w:t>
            </w:r>
          </w:p>
        </w:tc>
        <w:tc>
          <w:tcPr>
            <w:tcW w:w="0" w:type="auto"/>
            <w:vAlign w:val="center"/>
            <w:hideMark/>
          </w:tcPr>
          <w:p w14:paraId="4736712A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0EA03985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62.7</w:t>
            </w:r>
          </w:p>
        </w:tc>
        <w:tc>
          <w:tcPr>
            <w:tcW w:w="0" w:type="auto"/>
            <w:vAlign w:val="center"/>
            <w:hideMark/>
          </w:tcPr>
          <w:p w14:paraId="33CB4DF4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33.9</w:t>
            </w:r>
          </w:p>
        </w:tc>
        <w:tc>
          <w:tcPr>
            <w:tcW w:w="0" w:type="auto"/>
            <w:vAlign w:val="center"/>
            <w:hideMark/>
          </w:tcPr>
          <w:p w14:paraId="197A4AAE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038FC22B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100.0</w:t>
            </w:r>
          </w:p>
        </w:tc>
      </w:tr>
      <w:tr w:rsidR="00D611BE" w:rsidRPr="00227DE0" w14:paraId="3860C11D" w14:textId="77777777" w:rsidTr="00227DE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E2F8BFA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Mimarlık ve Tasarım Fakültesi</w:t>
            </w:r>
          </w:p>
        </w:tc>
        <w:tc>
          <w:tcPr>
            <w:tcW w:w="0" w:type="auto"/>
            <w:vAlign w:val="center"/>
            <w:hideMark/>
          </w:tcPr>
          <w:p w14:paraId="1119DFD9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8AD3C22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52.5</w:t>
            </w:r>
          </w:p>
        </w:tc>
        <w:tc>
          <w:tcPr>
            <w:tcW w:w="0" w:type="auto"/>
            <w:vAlign w:val="center"/>
            <w:hideMark/>
          </w:tcPr>
          <w:p w14:paraId="18E8B5F4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3298FDB3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52.5</w:t>
            </w:r>
          </w:p>
        </w:tc>
        <w:tc>
          <w:tcPr>
            <w:tcW w:w="0" w:type="auto"/>
            <w:vAlign w:val="center"/>
            <w:hideMark/>
          </w:tcPr>
          <w:p w14:paraId="32498E60" w14:textId="77777777" w:rsidR="00D611BE" w:rsidRPr="00227DE0" w:rsidRDefault="00D611BE" w:rsidP="00227DE0">
            <w:pPr>
              <w:rPr>
                <w:sz w:val="14"/>
                <w:szCs w:val="14"/>
                <w:lang w:val="tr-TR"/>
              </w:rPr>
            </w:pPr>
            <w:r w:rsidRPr="00227DE0">
              <w:rPr>
                <w:sz w:val="14"/>
                <w:szCs w:val="14"/>
                <w:lang w:val="tr-TR"/>
              </w:rPr>
              <w:t>52.5</w:t>
            </w:r>
          </w:p>
        </w:tc>
      </w:tr>
    </w:tbl>
    <w:p w14:paraId="601B6BA9" w14:textId="5C285D5D" w:rsidR="00227DE0" w:rsidRPr="00227DE0" w:rsidRDefault="00227DE0" w:rsidP="00227DE0">
      <w:pPr>
        <w:jc w:val="center"/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K</w:t>
      </w:r>
      <w:r w:rsidRPr="00227DE0">
        <w:rPr>
          <w:b/>
          <w:bCs/>
          <w:i/>
          <w:iCs/>
          <w:sz w:val="16"/>
          <w:szCs w:val="16"/>
        </w:rPr>
        <w:t xml:space="preserve">atılımcı </w:t>
      </w:r>
      <w:proofErr w:type="spellStart"/>
      <w:r w:rsidRPr="00227DE0">
        <w:rPr>
          <w:b/>
          <w:bCs/>
          <w:i/>
          <w:iCs/>
          <w:sz w:val="16"/>
          <w:szCs w:val="16"/>
        </w:rPr>
        <w:t>sayısı</w:t>
      </w:r>
      <w:proofErr w:type="spellEnd"/>
      <w:r w:rsidRPr="00227DE0">
        <w:rPr>
          <w:b/>
          <w:bCs/>
          <w:i/>
          <w:iCs/>
          <w:sz w:val="16"/>
          <w:szCs w:val="16"/>
        </w:rPr>
        <w:t xml:space="preserve"> 5'ten </w:t>
      </w:r>
      <w:proofErr w:type="spellStart"/>
      <w:r w:rsidRPr="00227DE0">
        <w:rPr>
          <w:b/>
          <w:bCs/>
          <w:i/>
          <w:iCs/>
          <w:sz w:val="16"/>
          <w:szCs w:val="16"/>
        </w:rPr>
        <w:t>az</w:t>
      </w:r>
      <w:proofErr w:type="spellEnd"/>
      <w:r w:rsidRPr="00227DE0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227DE0">
        <w:rPr>
          <w:b/>
          <w:bCs/>
          <w:i/>
          <w:iCs/>
          <w:sz w:val="16"/>
          <w:szCs w:val="16"/>
        </w:rPr>
        <w:t>olan</w:t>
      </w:r>
      <w:proofErr w:type="spellEnd"/>
      <w:r w:rsidRPr="00227DE0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227DE0">
        <w:rPr>
          <w:b/>
          <w:bCs/>
          <w:i/>
          <w:iCs/>
          <w:sz w:val="16"/>
          <w:szCs w:val="16"/>
        </w:rPr>
        <w:t>birimler</w:t>
      </w:r>
      <w:proofErr w:type="spellEnd"/>
      <w:r w:rsidRPr="00227DE0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227DE0">
        <w:rPr>
          <w:b/>
          <w:bCs/>
          <w:i/>
          <w:iCs/>
          <w:sz w:val="16"/>
          <w:szCs w:val="16"/>
        </w:rPr>
        <w:t>hakkında</w:t>
      </w:r>
      <w:proofErr w:type="spellEnd"/>
      <w:r w:rsidRPr="00227DE0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227DE0">
        <w:rPr>
          <w:b/>
          <w:bCs/>
          <w:i/>
          <w:iCs/>
          <w:sz w:val="16"/>
          <w:szCs w:val="16"/>
        </w:rPr>
        <w:t>bir</w:t>
      </w:r>
      <w:proofErr w:type="spellEnd"/>
      <w:r w:rsidRPr="00227DE0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227DE0">
        <w:rPr>
          <w:b/>
          <w:bCs/>
          <w:i/>
          <w:iCs/>
          <w:sz w:val="16"/>
          <w:szCs w:val="16"/>
        </w:rPr>
        <w:t>değerlendirme</w:t>
      </w:r>
      <w:proofErr w:type="spellEnd"/>
      <w:r w:rsidRPr="00227DE0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227DE0">
        <w:rPr>
          <w:b/>
          <w:bCs/>
          <w:i/>
          <w:iCs/>
          <w:sz w:val="16"/>
          <w:szCs w:val="16"/>
        </w:rPr>
        <w:t>yapmaktan</w:t>
      </w:r>
      <w:proofErr w:type="spellEnd"/>
      <w:r w:rsidRPr="00227DE0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227DE0">
        <w:rPr>
          <w:b/>
          <w:bCs/>
          <w:i/>
          <w:iCs/>
          <w:sz w:val="16"/>
          <w:szCs w:val="16"/>
        </w:rPr>
        <w:t>kaçınılmalıdır</w:t>
      </w:r>
      <w:proofErr w:type="spellEnd"/>
      <w:r w:rsidRPr="00227DE0">
        <w:rPr>
          <w:b/>
          <w:bCs/>
          <w:i/>
          <w:iCs/>
          <w:sz w:val="16"/>
          <w:szCs w:val="16"/>
        </w:rPr>
        <w:t>.</w:t>
      </w:r>
    </w:p>
    <w:p w14:paraId="00D25D3E" w14:textId="77777777" w:rsidR="00227DE0" w:rsidRDefault="00227DE0" w:rsidP="00227DE0"/>
    <w:p w14:paraId="11E72244" w14:textId="77777777" w:rsidR="00996D92" w:rsidRDefault="00996D92" w:rsidP="00227DE0"/>
    <w:p w14:paraId="4C4C7BFC" w14:textId="3035422D" w:rsidR="005A6590" w:rsidRDefault="005A6590" w:rsidP="00227DE0">
      <w:pPr>
        <w:rPr>
          <w:noProof/>
        </w:rPr>
      </w:pPr>
      <w:r>
        <w:rPr>
          <w:b/>
          <w:bCs/>
          <w:lang w:val="tr-TR"/>
        </w:rPr>
        <w:lastRenderedPageBreak/>
        <w:t xml:space="preserve">9.2. </w:t>
      </w:r>
      <w:r w:rsidRPr="00227DE0">
        <w:rPr>
          <w:b/>
          <w:bCs/>
          <w:lang w:val="tr-TR"/>
        </w:rPr>
        <w:t xml:space="preserve">Birim Bazlı </w:t>
      </w:r>
      <w:r>
        <w:rPr>
          <w:b/>
          <w:bCs/>
          <w:lang w:val="tr-TR"/>
        </w:rPr>
        <w:t>İstatistiksel Dağılımlar</w:t>
      </w:r>
    </w:p>
    <w:p w14:paraId="22D66D14" w14:textId="77777777" w:rsidR="005A6590" w:rsidRDefault="005A6590" w:rsidP="00227DE0">
      <w:pPr>
        <w:rPr>
          <w:noProof/>
        </w:rPr>
      </w:pPr>
    </w:p>
    <w:p w14:paraId="55D2B88C" w14:textId="77777777" w:rsidR="008B7D12" w:rsidRDefault="008B7D12" w:rsidP="00227DE0">
      <w:pPr>
        <w:rPr>
          <w:noProof/>
        </w:rPr>
      </w:pPr>
    </w:p>
    <w:p w14:paraId="67BE2808" w14:textId="1C35C4FC" w:rsidR="005A6590" w:rsidRPr="00227DE0" w:rsidRDefault="005A6590" w:rsidP="00227DE0">
      <w:r>
        <w:rPr>
          <w:noProof/>
        </w:rPr>
        <w:drawing>
          <wp:inline distT="0" distB="0" distL="0" distR="0" wp14:anchorId="28504057" wp14:editId="3D5A02FE">
            <wp:extent cx="6162675" cy="4724400"/>
            <wp:effectExtent l="0" t="0" r="9525" b="0"/>
            <wp:docPr id="1021416559" name="Resim 2" descr="metin, diyagram, ekran görüntüsü, renklilik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416559" name="Resim 2" descr="metin, diyagram, ekran görüntüsü, renklilik içeren bir resim&#10;&#10;Yapay zeka tarafından oluşturulmuş içerik yanlış olabilir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FEBE3" w14:textId="77777777" w:rsidR="008B7D12" w:rsidRDefault="008B7D12">
      <w:pPr>
        <w:pStyle w:val="Balk1"/>
        <w:rPr>
          <w:color w:val="auto"/>
        </w:rPr>
      </w:pPr>
    </w:p>
    <w:p w14:paraId="169D5F6F" w14:textId="77777777" w:rsidR="008B7D12" w:rsidRDefault="008B7D12" w:rsidP="008B7D12"/>
    <w:p w14:paraId="226E9346" w14:textId="77777777" w:rsidR="008B7D12" w:rsidRDefault="008B7D12" w:rsidP="008B7D12"/>
    <w:p w14:paraId="3FBAA6EC" w14:textId="77777777" w:rsidR="008B7D12" w:rsidRDefault="008B7D12" w:rsidP="008B7D12"/>
    <w:p w14:paraId="545B4508" w14:textId="77777777" w:rsidR="008B7D12" w:rsidRDefault="008B7D12" w:rsidP="008B7D12"/>
    <w:p w14:paraId="1C80C741" w14:textId="77777777" w:rsidR="008B7D12" w:rsidRDefault="008B7D12" w:rsidP="008B7D12"/>
    <w:p w14:paraId="33B413A6" w14:textId="77777777" w:rsidR="008B7D12" w:rsidRPr="008B7D12" w:rsidRDefault="008B7D12" w:rsidP="008B7D12"/>
    <w:p w14:paraId="4B6C67A5" w14:textId="64E9D677" w:rsidR="008B7D12" w:rsidRDefault="008B7D12" w:rsidP="008B7D12">
      <w:pPr>
        <w:rPr>
          <w:noProof/>
        </w:rPr>
      </w:pPr>
      <w:r>
        <w:rPr>
          <w:b/>
          <w:bCs/>
          <w:lang w:val="tr-TR"/>
        </w:rPr>
        <w:lastRenderedPageBreak/>
        <w:t xml:space="preserve">9.2. </w:t>
      </w:r>
      <w:r w:rsidRPr="00227DE0">
        <w:rPr>
          <w:b/>
          <w:bCs/>
          <w:lang w:val="tr-TR"/>
        </w:rPr>
        <w:t xml:space="preserve">Birim Bazlı </w:t>
      </w:r>
      <w:r>
        <w:rPr>
          <w:b/>
          <w:bCs/>
          <w:lang w:val="tr-TR"/>
        </w:rPr>
        <w:t>Sıralamalar</w:t>
      </w:r>
    </w:p>
    <w:p w14:paraId="2CFB24F6" w14:textId="77777777" w:rsidR="00974961" w:rsidRDefault="00974961">
      <w:pPr>
        <w:pStyle w:val="Balk1"/>
        <w:rPr>
          <w:color w:val="auto"/>
        </w:rPr>
      </w:pPr>
    </w:p>
    <w:p w14:paraId="0DD4D6CF" w14:textId="2E5C7B83" w:rsidR="008B7D12" w:rsidRDefault="008B7D12">
      <w:pPr>
        <w:pStyle w:val="Balk1"/>
        <w:rPr>
          <w:color w:val="auto"/>
        </w:rPr>
      </w:pPr>
      <w:r>
        <w:rPr>
          <w:noProof/>
          <w:color w:val="auto"/>
        </w:rPr>
        <w:drawing>
          <wp:inline distT="0" distB="0" distL="0" distR="0" wp14:anchorId="707E81A0" wp14:editId="5836EE22">
            <wp:extent cx="6076950" cy="2809875"/>
            <wp:effectExtent l="0" t="0" r="0" b="9525"/>
            <wp:docPr id="1130701585" name="Resim 1" descr="metin, ekran görüntüsü, renklilik, çizgi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701585" name="Resim 1" descr="metin, ekran görüntüsü, renklilik, çizgi içeren bir resim&#10;&#10;Yapay zeka tarafından oluşturulmuş içerik yanlış olabilir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6CAA4" w14:textId="61B21BBC" w:rsidR="00974961" w:rsidRPr="00974961" w:rsidRDefault="00974961" w:rsidP="00974961">
      <w:pPr>
        <w:jc w:val="center"/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K</w:t>
      </w:r>
      <w:r w:rsidRPr="00227DE0">
        <w:rPr>
          <w:b/>
          <w:bCs/>
          <w:i/>
          <w:iCs/>
          <w:sz w:val="16"/>
          <w:szCs w:val="16"/>
        </w:rPr>
        <w:t xml:space="preserve">atılımcı </w:t>
      </w:r>
      <w:proofErr w:type="spellStart"/>
      <w:r w:rsidRPr="00227DE0">
        <w:rPr>
          <w:b/>
          <w:bCs/>
          <w:i/>
          <w:iCs/>
          <w:sz w:val="16"/>
          <w:szCs w:val="16"/>
        </w:rPr>
        <w:t>sayısı</w:t>
      </w:r>
      <w:proofErr w:type="spellEnd"/>
      <w:r w:rsidRPr="00227DE0">
        <w:rPr>
          <w:b/>
          <w:bCs/>
          <w:i/>
          <w:iCs/>
          <w:sz w:val="16"/>
          <w:szCs w:val="16"/>
        </w:rPr>
        <w:t xml:space="preserve"> 5'ten </w:t>
      </w:r>
      <w:proofErr w:type="spellStart"/>
      <w:r w:rsidRPr="00227DE0">
        <w:rPr>
          <w:b/>
          <w:bCs/>
          <w:i/>
          <w:iCs/>
          <w:sz w:val="16"/>
          <w:szCs w:val="16"/>
        </w:rPr>
        <w:t>az</w:t>
      </w:r>
      <w:proofErr w:type="spellEnd"/>
      <w:r w:rsidRPr="00227DE0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227DE0">
        <w:rPr>
          <w:b/>
          <w:bCs/>
          <w:i/>
          <w:iCs/>
          <w:sz w:val="16"/>
          <w:szCs w:val="16"/>
        </w:rPr>
        <w:t>olan</w:t>
      </w:r>
      <w:proofErr w:type="spellEnd"/>
      <w:r w:rsidRPr="00227DE0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227DE0">
        <w:rPr>
          <w:b/>
          <w:bCs/>
          <w:i/>
          <w:iCs/>
          <w:sz w:val="16"/>
          <w:szCs w:val="16"/>
        </w:rPr>
        <w:t>birimler</w:t>
      </w:r>
      <w:proofErr w:type="spellEnd"/>
      <w:r w:rsidRPr="00227DE0">
        <w:rPr>
          <w:b/>
          <w:bCs/>
          <w:i/>
          <w:iCs/>
          <w:sz w:val="16"/>
          <w:szCs w:val="16"/>
        </w:rPr>
        <w:t xml:space="preserve"> </w:t>
      </w:r>
      <w:proofErr w:type="spellStart"/>
      <w:r>
        <w:rPr>
          <w:b/>
          <w:bCs/>
          <w:i/>
          <w:iCs/>
          <w:sz w:val="16"/>
          <w:szCs w:val="16"/>
        </w:rPr>
        <w:t>bu</w:t>
      </w:r>
      <w:proofErr w:type="spellEnd"/>
      <w:r>
        <w:rPr>
          <w:b/>
          <w:bCs/>
          <w:i/>
          <w:iCs/>
          <w:sz w:val="16"/>
          <w:szCs w:val="16"/>
        </w:rPr>
        <w:t xml:space="preserve"> </w:t>
      </w:r>
      <w:proofErr w:type="spellStart"/>
      <w:r>
        <w:rPr>
          <w:b/>
          <w:bCs/>
          <w:i/>
          <w:iCs/>
          <w:sz w:val="16"/>
          <w:szCs w:val="16"/>
        </w:rPr>
        <w:t>sıralamaya</w:t>
      </w:r>
      <w:proofErr w:type="spellEnd"/>
      <w:r>
        <w:rPr>
          <w:b/>
          <w:bCs/>
          <w:i/>
          <w:iCs/>
          <w:sz w:val="16"/>
          <w:szCs w:val="16"/>
        </w:rPr>
        <w:t xml:space="preserve"> </w:t>
      </w:r>
      <w:proofErr w:type="spellStart"/>
      <w:r>
        <w:rPr>
          <w:b/>
          <w:bCs/>
          <w:i/>
          <w:iCs/>
          <w:sz w:val="16"/>
          <w:szCs w:val="16"/>
        </w:rPr>
        <w:t>dahil</w:t>
      </w:r>
      <w:proofErr w:type="spellEnd"/>
      <w:r>
        <w:rPr>
          <w:b/>
          <w:bCs/>
          <w:i/>
          <w:iCs/>
          <w:sz w:val="16"/>
          <w:szCs w:val="16"/>
        </w:rPr>
        <w:t xml:space="preserve"> </w:t>
      </w:r>
      <w:proofErr w:type="spellStart"/>
      <w:r>
        <w:rPr>
          <w:b/>
          <w:bCs/>
          <w:i/>
          <w:iCs/>
          <w:sz w:val="16"/>
          <w:szCs w:val="16"/>
        </w:rPr>
        <w:t>edilmemişlerdir</w:t>
      </w:r>
      <w:proofErr w:type="spellEnd"/>
      <w:r>
        <w:rPr>
          <w:b/>
          <w:bCs/>
          <w:i/>
          <w:iCs/>
          <w:sz w:val="16"/>
          <w:szCs w:val="16"/>
        </w:rPr>
        <w:t>.</w:t>
      </w:r>
    </w:p>
    <w:p w14:paraId="075693B8" w14:textId="202220F3" w:rsidR="00654517" w:rsidRPr="008B7D12" w:rsidRDefault="00227DE0">
      <w:pPr>
        <w:pStyle w:val="Balk1"/>
        <w:rPr>
          <w:color w:val="auto"/>
        </w:rPr>
      </w:pPr>
      <w:r w:rsidRPr="008B7D12">
        <w:rPr>
          <w:color w:val="auto"/>
        </w:rPr>
        <w:t xml:space="preserve">10. </w:t>
      </w:r>
      <w:bookmarkStart w:id="1" w:name="_Hlk203040816"/>
      <w:r w:rsidRPr="008B7D12">
        <w:rPr>
          <w:color w:val="auto"/>
        </w:rPr>
        <w:t>İSTATİSTİKSEL TESTLER VE GÜVENİLİRLİK</w:t>
      </w:r>
      <w:bookmarkEnd w:id="1"/>
    </w:p>
    <w:p w14:paraId="673DCE7D" w14:textId="60B6D0BF" w:rsidR="00996D92" w:rsidRDefault="00000000">
      <w:r>
        <w:br/>
        <w:t xml:space="preserve">     1. NORMALLIK TESTLERİ (Shapiro-Wilk):</w:t>
      </w:r>
      <w:r>
        <w:br/>
        <w:t xml:space="preserve">   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sorular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p &lt; 0.0001 → </w:t>
      </w:r>
      <w:proofErr w:type="spellStart"/>
      <w:r>
        <w:t>Veriler</w:t>
      </w:r>
      <w:proofErr w:type="spellEnd"/>
      <w:r>
        <w:t xml:space="preserve"> normal </w:t>
      </w:r>
      <w:proofErr w:type="spellStart"/>
      <w:r>
        <w:t>dağılmamaktadır</w:t>
      </w:r>
      <w:proofErr w:type="spellEnd"/>
      <w:r>
        <w:t>.</w:t>
      </w:r>
      <w:r>
        <w:br/>
        <w:t xml:space="preserve">    Bu </w:t>
      </w:r>
      <w:proofErr w:type="spellStart"/>
      <w:r>
        <w:t>nedenle</w:t>
      </w:r>
      <w:proofErr w:type="spellEnd"/>
      <w:r>
        <w:t xml:space="preserve"> </w:t>
      </w:r>
      <w:proofErr w:type="spellStart"/>
      <w:r>
        <w:t>parametrik</w:t>
      </w:r>
      <w:proofErr w:type="spellEnd"/>
      <w:r>
        <w:t xml:space="preserve"> </w:t>
      </w:r>
      <w:proofErr w:type="spellStart"/>
      <w:r>
        <w:t>olmayan</w:t>
      </w:r>
      <w:proofErr w:type="spellEnd"/>
      <w:r>
        <w:t xml:space="preserve"> </w:t>
      </w:r>
      <w:proofErr w:type="spellStart"/>
      <w:r>
        <w:t>testler</w:t>
      </w:r>
      <w:proofErr w:type="spellEnd"/>
      <w:r>
        <w:t xml:space="preserve"> </w:t>
      </w:r>
      <w:proofErr w:type="spellStart"/>
      <w:r>
        <w:t>kullanılmıştır</w:t>
      </w:r>
      <w:proofErr w:type="spellEnd"/>
      <w:r>
        <w:t>.</w:t>
      </w:r>
      <w:r>
        <w:br/>
        <w:t xml:space="preserve">    </w:t>
      </w:r>
      <w:r>
        <w:br/>
        <w:t xml:space="preserve">     2. GRUP KARŞILAŞTIRMA TESTLERİ (Kruskal-Wallis):</w:t>
      </w:r>
      <w:r>
        <w:br/>
        <w:t xml:space="preserve">    • </w:t>
      </w:r>
      <w:proofErr w:type="spellStart"/>
      <w:r>
        <w:t>Sınıflar</w:t>
      </w:r>
      <w:proofErr w:type="spellEnd"/>
      <w:r>
        <w:t xml:space="preserve"> </w:t>
      </w:r>
      <w:proofErr w:type="spellStart"/>
      <w:r>
        <w:t>arası</w:t>
      </w:r>
      <w:proofErr w:type="spellEnd"/>
      <w:r>
        <w:t xml:space="preserve">: H = 7.289, p = 0.200 → </w:t>
      </w:r>
      <w:proofErr w:type="spellStart"/>
      <w:r>
        <w:t>Anlamlı</w:t>
      </w:r>
      <w:proofErr w:type="spellEnd"/>
      <w:r>
        <w:t xml:space="preserve"> fark YOK</w:t>
      </w:r>
      <w:r>
        <w:br/>
        <w:t xml:space="preserve">    • GNO </w:t>
      </w:r>
      <w:proofErr w:type="spellStart"/>
      <w:r>
        <w:t>grupları</w:t>
      </w:r>
      <w:proofErr w:type="spellEnd"/>
      <w:r>
        <w:t xml:space="preserve"> </w:t>
      </w:r>
      <w:proofErr w:type="spellStart"/>
      <w:r>
        <w:t>arası</w:t>
      </w:r>
      <w:proofErr w:type="spellEnd"/>
      <w:r>
        <w:t xml:space="preserve">: H = 27.924, p &lt; 0.0001 → </w:t>
      </w:r>
      <w:proofErr w:type="spellStart"/>
      <w:r>
        <w:t>Anlamlı</w:t>
      </w:r>
      <w:proofErr w:type="spellEnd"/>
      <w:r>
        <w:t xml:space="preserve"> fark VAR</w:t>
      </w:r>
      <w:r>
        <w:br/>
        <w:t xml:space="preserve">    </w:t>
      </w:r>
      <w:r>
        <w:br/>
        <w:t xml:space="preserve">     3. GÜVENİLİRLİK ANALİZİ:</w:t>
      </w:r>
      <w:r>
        <w:br/>
        <w:t xml:space="preserve">    • Cronbach's Alpha = 0.974</w:t>
      </w:r>
      <w:r>
        <w:br/>
        <w:t xml:space="preserve">    • </w:t>
      </w:r>
      <w:proofErr w:type="spellStart"/>
      <w:r>
        <w:t>Değerlendirme</w:t>
      </w:r>
      <w:proofErr w:type="spellEnd"/>
      <w:r>
        <w:t xml:space="preserve">: MÜKEMMEL </w:t>
      </w:r>
      <w:proofErr w:type="spellStart"/>
      <w:r>
        <w:t>güvenilirlik</w:t>
      </w:r>
      <w:proofErr w:type="spellEnd"/>
      <w:r>
        <w:t xml:space="preserve"> (α &gt; 0.9)</w:t>
      </w:r>
      <w:r>
        <w:br/>
        <w:t xml:space="preserve">    • </w:t>
      </w:r>
      <w:proofErr w:type="spellStart"/>
      <w:r>
        <w:t>Ölçek</w:t>
      </w:r>
      <w:proofErr w:type="spellEnd"/>
      <w:r>
        <w:t xml:space="preserve"> </w:t>
      </w:r>
      <w:proofErr w:type="spellStart"/>
      <w:r>
        <w:t>tutarlılığı</w:t>
      </w:r>
      <w:proofErr w:type="spellEnd"/>
      <w:r>
        <w:t xml:space="preserve"> </w:t>
      </w:r>
      <w:proofErr w:type="spellStart"/>
      <w:r>
        <w:t>çok</w:t>
      </w:r>
      <w:proofErr w:type="spellEnd"/>
      <w:r>
        <w:t xml:space="preserve"> </w:t>
      </w:r>
      <w:proofErr w:type="spellStart"/>
      <w:r>
        <w:t>yüksek</w:t>
      </w:r>
      <w:proofErr w:type="spellEnd"/>
      <w:r>
        <w:br/>
        <w:t xml:space="preserve">    </w:t>
      </w:r>
    </w:p>
    <w:p w14:paraId="1F6DA2E8" w14:textId="3ABC961C" w:rsidR="00654517" w:rsidRDefault="00000000">
      <w:r>
        <w:br/>
        <w:t xml:space="preserve">     4. ÖRNEKLEM YETERLİLİĞİ:</w:t>
      </w:r>
      <w:r>
        <w:br/>
        <w:t xml:space="preserve">    • n = 312 → </w:t>
      </w:r>
      <w:proofErr w:type="spellStart"/>
      <w:r>
        <w:t>Yeterli</w:t>
      </w:r>
      <w:proofErr w:type="spellEnd"/>
      <w:r>
        <w:t xml:space="preserve"> </w:t>
      </w:r>
      <w:proofErr w:type="spellStart"/>
      <w:r>
        <w:t>örneklem</w:t>
      </w:r>
      <w:proofErr w:type="spellEnd"/>
      <w:r>
        <w:t xml:space="preserve"> </w:t>
      </w:r>
      <w:proofErr w:type="spellStart"/>
      <w:r>
        <w:t>büyüklüğü</w:t>
      </w:r>
      <w:proofErr w:type="spellEnd"/>
      <w:r>
        <w:br/>
        <w:t xml:space="preserve">    • 189 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bölüm</w:t>
      </w:r>
      <w:proofErr w:type="spellEnd"/>
      <w:r>
        <w:t xml:space="preserve"> → İyi </w:t>
      </w:r>
      <w:proofErr w:type="spellStart"/>
      <w:r>
        <w:t>temsil</w:t>
      </w:r>
      <w:proofErr w:type="spellEnd"/>
      <w:r>
        <w:t xml:space="preserve"> </w:t>
      </w:r>
      <w:proofErr w:type="spellStart"/>
      <w:r>
        <w:t>gücü</w:t>
      </w:r>
      <w:proofErr w:type="spellEnd"/>
      <w:r>
        <w:t xml:space="preserve">  </w:t>
      </w:r>
      <w:r>
        <w:br/>
      </w:r>
      <w:r>
        <w:lastRenderedPageBreak/>
        <w:t xml:space="preserve">    • 188 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danışman</w:t>
      </w:r>
      <w:proofErr w:type="spellEnd"/>
      <w:r>
        <w:t xml:space="preserve"> → </w:t>
      </w:r>
      <w:proofErr w:type="spellStart"/>
      <w:r>
        <w:t>Kapsamlı</w:t>
      </w:r>
      <w:proofErr w:type="spellEnd"/>
      <w:r>
        <w:t xml:space="preserve"> </w:t>
      </w:r>
      <w:proofErr w:type="spellStart"/>
      <w:r>
        <w:t>değerlendirme</w:t>
      </w:r>
      <w:proofErr w:type="spellEnd"/>
      <w:r>
        <w:br/>
        <w:t xml:space="preserve">    </w:t>
      </w:r>
      <w:r>
        <w:br/>
        <w:t xml:space="preserve">     SONUÇ: Analiz </w:t>
      </w:r>
      <w:proofErr w:type="spellStart"/>
      <w:r>
        <w:t>sonuçları</w:t>
      </w:r>
      <w:proofErr w:type="spellEnd"/>
      <w:r>
        <w:t xml:space="preserve"> </w:t>
      </w:r>
      <w:proofErr w:type="spellStart"/>
      <w:r>
        <w:t>istatistiksel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güvenilir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geçerlidir</w:t>
      </w:r>
      <w:proofErr w:type="spellEnd"/>
      <w:r>
        <w:t>.</w:t>
      </w:r>
      <w:r>
        <w:br/>
        <w:t xml:space="preserve">    </w:t>
      </w:r>
    </w:p>
    <w:p w14:paraId="05D9AD75" w14:textId="7FA37737" w:rsidR="00654517" w:rsidRPr="008B7D12" w:rsidRDefault="00000000" w:rsidP="008B7D12">
      <w:pPr>
        <w:rPr>
          <w:b/>
          <w:bCs/>
        </w:rPr>
      </w:pPr>
      <w:r>
        <w:br w:type="page"/>
      </w:r>
      <w:r w:rsidRPr="008B7D12">
        <w:rPr>
          <w:b/>
          <w:bCs/>
        </w:rPr>
        <w:lastRenderedPageBreak/>
        <w:t>1</w:t>
      </w:r>
      <w:r w:rsidR="00227DE0" w:rsidRPr="008B7D12">
        <w:rPr>
          <w:b/>
          <w:bCs/>
        </w:rPr>
        <w:t>1</w:t>
      </w:r>
      <w:r w:rsidRPr="008B7D12">
        <w:rPr>
          <w:b/>
          <w:bCs/>
        </w:rPr>
        <w:t>. ÖĞRENCI YORUMLARI ANALİZİ</w:t>
      </w:r>
    </w:p>
    <w:p w14:paraId="0AE02205" w14:textId="77777777" w:rsidR="00654517" w:rsidRDefault="00000000">
      <w:proofErr w:type="spellStart"/>
      <w:r>
        <w:t>Şekil</w:t>
      </w:r>
      <w:proofErr w:type="spellEnd"/>
      <w:r>
        <w:t xml:space="preserve"> 10.1: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Yorumları</w:t>
      </w:r>
      <w:proofErr w:type="spellEnd"/>
      <w:r>
        <w:t xml:space="preserve"> - </w:t>
      </w:r>
      <w:proofErr w:type="spellStart"/>
      <w:r>
        <w:t>Kelime</w:t>
      </w:r>
      <w:proofErr w:type="spellEnd"/>
      <w:r>
        <w:t xml:space="preserve"> </w:t>
      </w:r>
      <w:proofErr w:type="spellStart"/>
      <w:r>
        <w:t>Bulutu</w:t>
      </w:r>
      <w:proofErr w:type="spellEnd"/>
    </w:p>
    <w:p w14:paraId="5385DC5A" w14:textId="77777777" w:rsidR="00654517" w:rsidRDefault="00000000">
      <w:r>
        <w:rPr>
          <w:noProof/>
        </w:rPr>
        <w:drawing>
          <wp:inline distT="0" distB="0" distL="0" distR="0" wp14:anchorId="2BD8E1BD" wp14:editId="3A58EA49">
            <wp:extent cx="5486400" cy="294343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lime_bulutu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34DEC" w14:textId="24C97114" w:rsidR="00654517" w:rsidRPr="008B7D12" w:rsidRDefault="00000000">
      <w:pPr>
        <w:pStyle w:val="Balk2"/>
        <w:rPr>
          <w:color w:val="auto"/>
        </w:rPr>
      </w:pPr>
      <w:r w:rsidRPr="008B7D12">
        <w:rPr>
          <w:color w:val="auto"/>
        </w:rPr>
        <w:t>1</w:t>
      </w:r>
      <w:r w:rsidR="00227DE0" w:rsidRPr="008B7D12">
        <w:rPr>
          <w:color w:val="auto"/>
        </w:rPr>
        <w:t>1</w:t>
      </w:r>
      <w:r w:rsidRPr="008B7D12">
        <w:rPr>
          <w:color w:val="auto"/>
        </w:rPr>
        <w:t xml:space="preserve">.1 Örnek </w:t>
      </w:r>
      <w:proofErr w:type="spellStart"/>
      <w:r w:rsidRPr="008B7D12">
        <w:rPr>
          <w:color w:val="auto"/>
        </w:rPr>
        <w:t>Pozitif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Yorumlar</w:t>
      </w:r>
      <w:proofErr w:type="spellEnd"/>
    </w:p>
    <w:p w14:paraId="69B13FC8" w14:textId="77777777" w:rsidR="00654517" w:rsidRDefault="00000000">
      <w:r>
        <w:br/>
        <w:t xml:space="preserve">    • "</w:t>
      </w:r>
      <w:proofErr w:type="spellStart"/>
      <w:r>
        <w:t>Teşekkürler</w:t>
      </w:r>
      <w:proofErr w:type="spellEnd"/>
      <w:r>
        <w:t xml:space="preserve"> </w:t>
      </w:r>
      <w:proofErr w:type="spellStart"/>
      <w:r>
        <w:t>canımız</w:t>
      </w:r>
      <w:proofErr w:type="spellEnd"/>
      <w:r>
        <w:t xml:space="preserve"> </w:t>
      </w:r>
      <w:proofErr w:type="spellStart"/>
      <w:r>
        <w:t>hocamız</w:t>
      </w:r>
      <w:proofErr w:type="spellEnd"/>
      <w:r>
        <w:t>"</w:t>
      </w:r>
      <w:r>
        <w:br/>
        <w:t xml:space="preserve">    • "Bilgi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tecrübesiyle</w:t>
      </w:r>
      <w:proofErr w:type="spellEnd"/>
      <w:r>
        <w:t xml:space="preserve">, </w:t>
      </w:r>
      <w:proofErr w:type="spellStart"/>
      <w:r>
        <w:t>yüksek</w:t>
      </w:r>
      <w:proofErr w:type="spellEnd"/>
      <w:r>
        <w:t xml:space="preserve"> </w:t>
      </w:r>
      <w:proofErr w:type="spellStart"/>
      <w:r>
        <w:t>lisans</w:t>
      </w:r>
      <w:proofErr w:type="spellEnd"/>
      <w:r>
        <w:t xml:space="preserve"> </w:t>
      </w:r>
      <w:proofErr w:type="spellStart"/>
      <w:r>
        <w:t>sürecim</w:t>
      </w:r>
      <w:proofErr w:type="spellEnd"/>
      <w:r>
        <w:t xml:space="preserve"> de </w:t>
      </w:r>
      <w:proofErr w:type="spellStart"/>
      <w:r>
        <w:t>sağlamış</w:t>
      </w:r>
      <w:proofErr w:type="spellEnd"/>
      <w:r>
        <w:t xml:space="preserve"> </w:t>
      </w:r>
      <w:proofErr w:type="spellStart"/>
      <w:r>
        <w:t>olduğu</w:t>
      </w:r>
      <w:proofErr w:type="spellEnd"/>
      <w:r>
        <w:t xml:space="preserve"> </w:t>
      </w:r>
      <w:proofErr w:type="spellStart"/>
      <w:r>
        <w:t>rehberlik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desteği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teşekkür</w:t>
      </w:r>
      <w:proofErr w:type="spellEnd"/>
      <w:r>
        <w:t xml:space="preserve"> </w:t>
      </w:r>
      <w:proofErr w:type="spellStart"/>
      <w:r>
        <w:t>ederim</w:t>
      </w:r>
      <w:proofErr w:type="spellEnd"/>
      <w:r>
        <w:t>"</w:t>
      </w:r>
      <w:r>
        <w:br/>
        <w:t xml:space="preserve">    • "</w:t>
      </w:r>
      <w:proofErr w:type="spellStart"/>
      <w:r>
        <w:t>Danışman</w:t>
      </w:r>
      <w:proofErr w:type="spellEnd"/>
      <w:r>
        <w:t xml:space="preserve"> </w:t>
      </w:r>
      <w:proofErr w:type="spellStart"/>
      <w:r>
        <w:t>hocamdan</w:t>
      </w:r>
      <w:proofErr w:type="spellEnd"/>
      <w:r>
        <w:t xml:space="preserve"> </w:t>
      </w:r>
      <w:proofErr w:type="spellStart"/>
      <w:r>
        <w:t>çok</w:t>
      </w:r>
      <w:proofErr w:type="spellEnd"/>
      <w:r>
        <w:t xml:space="preserve"> </w:t>
      </w:r>
      <w:proofErr w:type="spellStart"/>
      <w:r>
        <w:t>memnunum</w:t>
      </w:r>
      <w:proofErr w:type="spellEnd"/>
      <w:r>
        <w:t>"</w:t>
      </w:r>
      <w:r>
        <w:br/>
        <w:t xml:space="preserve">    • "</w:t>
      </w:r>
      <w:proofErr w:type="spellStart"/>
      <w:r>
        <w:t>Danışmanım</w:t>
      </w:r>
      <w:proofErr w:type="spellEnd"/>
      <w:r>
        <w:t xml:space="preserve"> her </w:t>
      </w:r>
      <w:proofErr w:type="spellStart"/>
      <w:r>
        <w:t>sorunu</w:t>
      </w:r>
      <w:proofErr w:type="spellEnd"/>
      <w:r>
        <w:t xml:space="preserve"> </w:t>
      </w:r>
      <w:proofErr w:type="spellStart"/>
      <w:r>
        <w:t>hızlı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etkili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çözüme</w:t>
      </w:r>
      <w:proofErr w:type="spellEnd"/>
      <w:r>
        <w:t xml:space="preserve"> </w:t>
      </w:r>
      <w:proofErr w:type="spellStart"/>
      <w:r>
        <w:t>ulaştırdı</w:t>
      </w:r>
      <w:proofErr w:type="spellEnd"/>
      <w:r>
        <w:t>"</w:t>
      </w:r>
      <w:r>
        <w:br/>
        <w:t xml:space="preserve">    • "</w:t>
      </w:r>
      <w:proofErr w:type="spellStart"/>
      <w:r>
        <w:t>Hocamızın</w:t>
      </w:r>
      <w:proofErr w:type="spellEnd"/>
      <w:r>
        <w:t xml:space="preserve"> ilk </w:t>
      </w:r>
      <w:proofErr w:type="spellStart"/>
      <w:r>
        <w:t>günden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yana</w:t>
      </w:r>
      <w:proofErr w:type="spellEnd"/>
      <w:r>
        <w:t xml:space="preserve"> </w:t>
      </w:r>
      <w:proofErr w:type="spellStart"/>
      <w:r>
        <w:t>göstermiş</w:t>
      </w:r>
      <w:proofErr w:type="spellEnd"/>
      <w:r>
        <w:t xml:space="preserve"> </w:t>
      </w:r>
      <w:proofErr w:type="spellStart"/>
      <w:r>
        <w:t>olduğu</w:t>
      </w:r>
      <w:proofErr w:type="spellEnd"/>
      <w:r>
        <w:t xml:space="preserve"> </w:t>
      </w:r>
      <w:proofErr w:type="spellStart"/>
      <w:r>
        <w:t>samimi</w:t>
      </w:r>
      <w:proofErr w:type="spellEnd"/>
      <w:r>
        <w:t xml:space="preserve"> </w:t>
      </w:r>
      <w:proofErr w:type="spellStart"/>
      <w:r>
        <w:t>yaklaşımı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çözümcü</w:t>
      </w:r>
      <w:proofErr w:type="spellEnd"/>
      <w:r>
        <w:t xml:space="preserve"> </w:t>
      </w:r>
      <w:proofErr w:type="spellStart"/>
      <w:r>
        <w:t>tavrı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kendisine</w:t>
      </w:r>
      <w:proofErr w:type="spellEnd"/>
      <w:r>
        <w:t xml:space="preserve"> </w:t>
      </w:r>
      <w:proofErr w:type="spellStart"/>
      <w:r>
        <w:t>teşekkür</w:t>
      </w:r>
      <w:proofErr w:type="spellEnd"/>
      <w:r>
        <w:t xml:space="preserve"> </w:t>
      </w:r>
      <w:proofErr w:type="spellStart"/>
      <w:r>
        <w:t>ederim</w:t>
      </w:r>
      <w:proofErr w:type="spellEnd"/>
      <w:r>
        <w:t>"</w:t>
      </w:r>
      <w:r>
        <w:br/>
        <w:t xml:space="preserve">    </w:t>
      </w:r>
    </w:p>
    <w:p w14:paraId="4FE8CED2" w14:textId="2FF93583" w:rsidR="00654517" w:rsidRPr="008B7D12" w:rsidRDefault="00000000">
      <w:pPr>
        <w:pStyle w:val="Balk2"/>
        <w:rPr>
          <w:color w:val="auto"/>
        </w:rPr>
      </w:pPr>
      <w:r w:rsidRPr="008B7D12">
        <w:rPr>
          <w:color w:val="auto"/>
        </w:rPr>
        <w:t>1</w:t>
      </w:r>
      <w:r w:rsidR="00227DE0" w:rsidRPr="008B7D12">
        <w:rPr>
          <w:color w:val="auto"/>
        </w:rPr>
        <w:t>1</w:t>
      </w:r>
      <w:r w:rsidRPr="008B7D12">
        <w:rPr>
          <w:color w:val="auto"/>
        </w:rPr>
        <w:t xml:space="preserve">.2 Örnek </w:t>
      </w:r>
      <w:proofErr w:type="spellStart"/>
      <w:r w:rsidRPr="008B7D12">
        <w:rPr>
          <w:color w:val="auto"/>
        </w:rPr>
        <w:t>Olumsuz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Yorumlar</w:t>
      </w:r>
      <w:proofErr w:type="spellEnd"/>
    </w:p>
    <w:p w14:paraId="31532F19" w14:textId="77777777" w:rsidR="00654517" w:rsidRDefault="00000000">
      <w:r>
        <w:br/>
        <w:t xml:space="preserve">    • "</w:t>
      </w:r>
      <w:proofErr w:type="spellStart"/>
      <w:r>
        <w:t>İlgi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alaka</w:t>
      </w:r>
      <w:proofErr w:type="spellEnd"/>
      <w:r>
        <w:t xml:space="preserve"> </w:t>
      </w:r>
      <w:proofErr w:type="spellStart"/>
      <w:r>
        <w:t>sıfır</w:t>
      </w:r>
      <w:proofErr w:type="spellEnd"/>
      <w:r>
        <w:t>"</w:t>
      </w:r>
      <w:r>
        <w:br/>
        <w:t xml:space="preserve">    • "</w:t>
      </w:r>
      <w:proofErr w:type="spellStart"/>
      <w:r>
        <w:t>Danışmanımı</w:t>
      </w:r>
      <w:proofErr w:type="spellEnd"/>
      <w:r>
        <w:t xml:space="preserve"> </w:t>
      </w:r>
      <w:proofErr w:type="spellStart"/>
      <w:r>
        <w:t>değiştirmek</w:t>
      </w:r>
      <w:proofErr w:type="spellEnd"/>
      <w:r>
        <w:t xml:space="preserve"> </w:t>
      </w:r>
      <w:proofErr w:type="spellStart"/>
      <w:r>
        <w:t>istiyorum</w:t>
      </w:r>
      <w:proofErr w:type="spellEnd"/>
      <w:r>
        <w:t>"</w:t>
      </w:r>
      <w:r>
        <w:br/>
        <w:t xml:space="preserve">    • "Akademik </w:t>
      </w:r>
      <w:proofErr w:type="spellStart"/>
      <w:r>
        <w:t>süreç</w:t>
      </w:r>
      <w:proofErr w:type="spellEnd"/>
      <w:r>
        <w:t xml:space="preserve">,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öğretmen</w:t>
      </w:r>
      <w:proofErr w:type="spellEnd"/>
      <w:r>
        <w:t xml:space="preserve"> </w:t>
      </w:r>
      <w:proofErr w:type="spellStart"/>
      <w:r>
        <w:t>arasındaki</w:t>
      </w:r>
      <w:proofErr w:type="spellEnd"/>
      <w:r>
        <w:t xml:space="preserve"> </w:t>
      </w:r>
      <w:proofErr w:type="spellStart"/>
      <w:r>
        <w:t>iletişim</w:t>
      </w:r>
      <w:proofErr w:type="spellEnd"/>
      <w:r>
        <w:t xml:space="preserve"> </w:t>
      </w:r>
      <w:proofErr w:type="spellStart"/>
      <w:r>
        <w:t>kesinlikle</w:t>
      </w:r>
      <w:proofErr w:type="spellEnd"/>
      <w:r>
        <w:t xml:space="preserve"> </w:t>
      </w:r>
      <w:proofErr w:type="spellStart"/>
      <w:r>
        <w:t>takip</w:t>
      </w:r>
      <w:proofErr w:type="spellEnd"/>
      <w:r>
        <w:t xml:space="preserve"> </w:t>
      </w:r>
      <w:proofErr w:type="spellStart"/>
      <w:r>
        <w:t>edilmesi</w:t>
      </w:r>
      <w:proofErr w:type="spellEnd"/>
      <w:r>
        <w:t xml:space="preserve"> </w:t>
      </w:r>
      <w:proofErr w:type="spellStart"/>
      <w:r>
        <w:t>gerektiğini</w:t>
      </w:r>
      <w:proofErr w:type="spellEnd"/>
      <w:r>
        <w:t xml:space="preserve"> </w:t>
      </w:r>
      <w:proofErr w:type="spellStart"/>
      <w:r>
        <w:t>istirham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"</w:t>
      </w:r>
      <w:r>
        <w:br/>
        <w:t xml:space="preserve">    </w:t>
      </w:r>
    </w:p>
    <w:p w14:paraId="5F429FA2" w14:textId="7965003A" w:rsidR="00654517" w:rsidRPr="008B7D12" w:rsidRDefault="00000000">
      <w:pPr>
        <w:pStyle w:val="Balk2"/>
        <w:rPr>
          <w:color w:val="auto"/>
        </w:rPr>
      </w:pPr>
      <w:r w:rsidRPr="008B7D12">
        <w:rPr>
          <w:color w:val="auto"/>
        </w:rPr>
        <w:t>1</w:t>
      </w:r>
      <w:r w:rsidR="00227DE0" w:rsidRPr="008B7D12">
        <w:rPr>
          <w:color w:val="auto"/>
        </w:rPr>
        <w:t>1</w:t>
      </w:r>
      <w:r w:rsidRPr="008B7D12">
        <w:rPr>
          <w:color w:val="auto"/>
        </w:rPr>
        <w:t xml:space="preserve">.3 </w:t>
      </w:r>
      <w:proofErr w:type="spellStart"/>
      <w:r w:rsidRPr="008B7D12">
        <w:rPr>
          <w:color w:val="auto"/>
        </w:rPr>
        <w:t>Yorumlardan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Çıkan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Temalar</w:t>
      </w:r>
      <w:proofErr w:type="spellEnd"/>
    </w:p>
    <w:p w14:paraId="19F2E39E" w14:textId="389780A1" w:rsidR="00654517" w:rsidRDefault="00000000">
      <w:r>
        <w:br/>
        <w:t xml:space="preserve">     POZ</w:t>
      </w:r>
      <w:r w:rsidR="005A6590">
        <w:t>İ</w:t>
      </w:r>
      <w:r>
        <w:t>T</w:t>
      </w:r>
      <w:r w:rsidR="005A6590">
        <w:t>İ</w:t>
      </w:r>
      <w:r>
        <w:t>F TEMALAR:</w:t>
      </w:r>
      <w:r>
        <w:br/>
        <w:t xml:space="preserve">    • </w:t>
      </w:r>
      <w:proofErr w:type="spellStart"/>
      <w:r>
        <w:t>Teşekkür</w:t>
      </w:r>
      <w:proofErr w:type="spellEnd"/>
      <w:r>
        <w:t xml:space="preserve"> </w:t>
      </w:r>
      <w:proofErr w:type="spellStart"/>
      <w:r>
        <w:t>ifadeleri</w:t>
      </w:r>
      <w:proofErr w:type="spellEnd"/>
      <w:r>
        <w:br/>
        <w:t xml:space="preserve">    • </w:t>
      </w:r>
      <w:proofErr w:type="spellStart"/>
      <w:r>
        <w:t>Hızlı</w:t>
      </w:r>
      <w:proofErr w:type="spellEnd"/>
      <w:r>
        <w:t xml:space="preserve"> </w:t>
      </w:r>
      <w:proofErr w:type="spellStart"/>
      <w:r>
        <w:t>çözüm</w:t>
      </w:r>
      <w:proofErr w:type="spellEnd"/>
      <w:r>
        <w:t xml:space="preserve"> </w:t>
      </w:r>
      <w:proofErr w:type="spellStart"/>
      <w:r>
        <w:t>odaklılık</w:t>
      </w:r>
      <w:proofErr w:type="spellEnd"/>
      <w:r>
        <w:br/>
      </w:r>
      <w:r>
        <w:lastRenderedPageBreak/>
        <w:t xml:space="preserve">    • Samimi </w:t>
      </w:r>
      <w:proofErr w:type="spellStart"/>
      <w:r>
        <w:t>yaklaşım</w:t>
      </w:r>
      <w:proofErr w:type="spellEnd"/>
      <w:r>
        <w:br/>
        <w:t xml:space="preserve">    • </w:t>
      </w:r>
      <w:proofErr w:type="spellStart"/>
      <w:r>
        <w:t>Rehberlik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destek</w:t>
      </w:r>
      <w:proofErr w:type="spellEnd"/>
      <w:r>
        <w:br/>
        <w:t xml:space="preserve">    • </w:t>
      </w:r>
      <w:proofErr w:type="spellStart"/>
      <w:r>
        <w:t>Memnuniyet</w:t>
      </w:r>
      <w:proofErr w:type="spellEnd"/>
      <w:r>
        <w:t xml:space="preserve"> </w:t>
      </w:r>
      <w:proofErr w:type="spellStart"/>
      <w:r>
        <w:t>beyanları</w:t>
      </w:r>
      <w:proofErr w:type="spellEnd"/>
      <w:r>
        <w:br/>
        <w:t xml:space="preserve">    </w:t>
      </w:r>
      <w:r>
        <w:br/>
        <w:t xml:space="preserve">     OLUMSUZ TEMALAR:</w:t>
      </w:r>
      <w:r>
        <w:br/>
        <w:t xml:space="preserve">    • </w:t>
      </w:r>
      <w:proofErr w:type="spellStart"/>
      <w:r>
        <w:t>İlgisizlik</w:t>
      </w:r>
      <w:proofErr w:type="spellEnd"/>
      <w:r>
        <w:t xml:space="preserve"> </w:t>
      </w:r>
      <w:proofErr w:type="spellStart"/>
      <w:r>
        <w:t>şikayetleri</w:t>
      </w:r>
      <w:proofErr w:type="spellEnd"/>
      <w:r>
        <w:br/>
        <w:t xml:space="preserve">    • </w:t>
      </w:r>
      <w:proofErr w:type="spellStart"/>
      <w:r>
        <w:t>Danışman</w:t>
      </w:r>
      <w:proofErr w:type="spellEnd"/>
      <w:r>
        <w:t xml:space="preserve"> </w:t>
      </w:r>
      <w:proofErr w:type="spellStart"/>
      <w:r>
        <w:t>değişikliği</w:t>
      </w:r>
      <w:proofErr w:type="spellEnd"/>
      <w:r>
        <w:t xml:space="preserve"> </w:t>
      </w:r>
      <w:proofErr w:type="spellStart"/>
      <w:r>
        <w:t>talepleri</w:t>
      </w:r>
      <w:proofErr w:type="spellEnd"/>
      <w:r>
        <w:br/>
        <w:t xml:space="preserve">    • </w:t>
      </w:r>
      <w:proofErr w:type="spellStart"/>
      <w:r>
        <w:t>İletişim</w:t>
      </w:r>
      <w:proofErr w:type="spellEnd"/>
      <w:r>
        <w:t xml:space="preserve"> </w:t>
      </w:r>
      <w:proofErr w:type="spellStart"/>
      <w:r>
        <w:t>problemleri</w:t>
      </w:r>
      <w:proofErr w:type="spellEnd"/>
      <w:r>
        <w:br/>
        <w:t xml:space="preserve">    • </w:t>
      </w:r>
      <w:proofErr w:type="spellStart"/>
      <w:r>
        <w:t>Süreç</w:t>
      </w:r>
      <w:proofErr w:type="spellEnd"/>
      <w:r>
        <w:t xml:space="preserve"> </w:t>
      </w:r>
      <w:proofErr w:type="spellStart"/>
      <w:r>
        <w:t>takibi</w:t>
      </w:r>
      <w:proofErr w:type="spellEnd"/>
      <w:r>
        <w:t xml:space="preserve"> </w:t>
      </w:r>
      <w:proofErr w:type="spellStart"/>
      <w:r>
        <w:t>eksiklikleri</w:t>
      </w:r>
      <w:proofErr w:type="spellEnd"/>
      <w:r>
        <w:br/>
        <w:t xml:space="preserve">    </w:t>
      </w:r>
    </w:p>
    <w:p w14:paraId="6F6B95F4" w14:textId="3F4886F1" w:rsidR="00654517" w:rsidRPr="008B7D12" w:rsidRDefault="00000000" w:rsidP="008B7D12">
      <w:pPr>
        <w:rPr>
          <w:b/>
          <w:bCs/>
          <w:sz w:val="24"/>
          <w:szCs w:val="24"/>
        </w:rPr>
      </w:pPr>
      <w:r w:rsidRPr="008B7D12">
        <w:rPr>
          <w:b/>
          <w:bCs/>
          <w:sz w:val="24"/>
          <w:szCs w:val="24"/>
        </w:rPr>
        <w:t>1</w:t>
      </w:r>
      <w:r w:rsidR="00227DE0" w:rsidRPr="008B7D12">
        <w:rPr>
          <w:b/>
          <w:bCs/>
          <w:sz w:val="24"/>
          <w:szCs w:val="24"/>
        </w:rPr>
        <w:t>2</w:t>
      </w:r>
      <w:r w:rsidRPr="008B7D12">
        <w:rPr>
          <w:b/>
          <w:bCs/>
          <w:sz w:val="24"/>
          <w:szCs w:val="24"/>
        </w:rPr>
        <w:t>. SONUÇ VE ÖNERİLER</w:t>
      </w:r>
    </w:p>
    <w:p w14:paraId="0D64A5DC" w14:textId="4B6AAE65" w:rsidR="00654517" w:rsidRPr="008B7D12" w:rsidRDefault="00000000">
      <w:pPr>
        <w:pStyle w:val="Balk2"/>
        <w:rPr>
          <w:color w:val="auto"/>
          <w:sz w:val="24"/>
          <w:szCs w:val="24"/>
        </w:rPr>
      </w:pPr>
      <w:r w:rsidRPr="008B7D12">
        <w:rPr>
          <w:color w:val="auto"/>
          <w:sz w:val="24"/>
          <w:szCs w:val="24"/>
        </w:rPr>
        <w:t>1</w:t>
      </w:r>
      <w:r w:rsidR="00227DE0" w:rsidRPr="008B7D12">
        <w:rPr>
          <w:color w:val="auto"/>
          <w:sz w:val="24"/>
          <w:szCs w:val="24"/>
        </w:rPr>
        <w:t>2</w:t>
      </w:r>
      <w:r w:rsidRPr="008B7D12">
        <w:rPr>
          <w:color w:val="auto"/>
          <w:sz w:val="24"/>
          <w:szCs w:val="24"/>
        </w:rPr>
        <w:t xml:space="preserve">.1 Genel </w:t>
      </w:r>
      <w:proofErr w:type="spellStart"/>
      <w:r w:rsidRPr="008B7D12">
        <w:rPr>
          <w:color w:val="auto"/>
          <w:sz w:val="24"/>
          <w:szCs w:val="24"/>
        </w:rPr>
        <w:t>Değerlendirme</w:t>
      </w:r>
      <w:proofErr w:type="spellEnd"/>
    </w:p>
    <w:p w14:paraId="693B91E8" w14:textId="3A155CD9" w:rsidR="00654517" w:rsidRDefault="00000000">
      <w:r>
        <w:br/>
        <w:t xml:space="preserve">    📋 GENEL DURUM:</w:t>
      </w:r>
      <w:r>
        <w:br/>
        <w:t xml:space="preserve">    • Ortalama </w:t>
      </w:r>
      <w:proofErr w:type="spellStart"/>
      <w:r>
        <w:t>memnuniyet</w:t>
      </w:r>
      <w:proofErr w:type="spellEnd"/>
      <w:r>
        <w:t xml:space="preserve">: 78.3/100 (İyi </w:t>
      </w:r>
      <w:proofErr w:type="spellStart"/>
      <w:r>
        <w:t>seviye</w:t>
      </w:r>
      <w:proofErr w:type="spellEnd"/>
      <w:r>
        <w:t>)</w:t>
      </w:r>
      <w:r>
        <w:br/>
        <w:t xml:space="preserve">    • </w:t>
      </w:r>
      <w:proofErr w:type="spellStart"/>
      <w:r>
        <w:t>Katılımcıların</w:t>
      </w:r>
      <w:proofErr w:type="spellEnd"/>
      <w:r>
        <w:t xml:space="preserve"> %59'u </w:t>
      </w:r>
      <w:proofErr w:type="spellStart"/>
      <w:r>
        <w:t>çok</w:t>
      </w:r>
      <w:proofErr w:type="spellEnd"/>
      <w:r>
        <w:t xml:space="preserve"> </w:t>
      </w:r>
      <w:proofErr w:type="spellStart"/>
      <w:r>
        <w:t>yüksek</w:t>
      </w:r>
      <w:proofErr w:type="spellEnd"/>
      <w:r>
        <w:t xml:space="preserve"> </w:t>
      </w:r>
      <w:proofErr w:type="spellStart"/>
      <w:r>
        <w:t>memnuniyet</w:t>
      </w:r>
      <w:proofErr w:type="spellEnd"/>
      <w:r>
        <w:br/>
        <w:t xml:space="preserve">    • %22.4 </w:t>
      </w:r>
      <w:proofErr w:type="spellStart"/>
      <w:r>
        <w:t>oranında</w:t>
      </w:r>
      <w:proofErr w:type="spellEnd"/>
      <w:r>
        <w:t xml:space="preserve"> </w:t>
      </w:r>
      <w:proofErr w:type="spellStart"/>
      <w:r>
        <w:t>iyileştirme</w:t>
      </w:r>
      <w:proofErr w:type="spellEnd"/>
      <w:r>
        <w:t xml:space="preserve"> </w:t>
      </w:r>
      <w:proofErr w:type="spellStart"/>
      <w:r>
        <w:t>ihtiyacı</w:t>
      </w:r>
      <w:proofErr w:type="spellEnd"/>
      <w:r>
        <w:br/>
        <w:t xml:space="preserve">    • </w:t>
      </w:r>
      <w:proofErr w:type="spellStart"/>
      <w:r>
        <w:t>Ölçek</w:t>
      </w:r>
      <w:proofErr w:type="spellEnd"/>
      <w:r>
        <w:t xml:space="preserve"> </w:t>
      </w:r>
      <w:proofErr w:type="spellStart"/>
      <w:r>
        <w:t>güvenilirliği</w:t>
      </w:r>
      <w:proofErr w:type="spellEnd"/>
      <w:r>
        <w:t xml:space="preserve"> </w:t>
      </w:r>
      <w:proofErr w:type="spellStart"/>
      <w:r>
        <w:t>mükemmel</w:t>
      </w:r>
      <w:proofErr w:type="spellEnd"/>
      <w:r>
        <w:t xml:space="preserve"> </w:t>
      </w:r>
      <w:proofErr w:type="spellStart"/>
      <w:r>
        <w:t>seviye</w:t>
      </w:r>
      <w:proofErr w:type="spellEnd"/>
      <w:r>
        <w:br/>
        <w:t xml:space="preserve">    </w:t>
      </w:r>
      <w:r>
        <w:br/>
        <w:t xml:space="preserve">     GÜÇLÜ YÖNLER:</w:t>
      </w:r>
      <w:r>
        <w:br/>
        <w:t xml:space="preserve">    • Ders </w:t>
      </w:r>
      <w:proofErr w:type="spellStart"/>
      <w:r>
        <w:t>seçimi</w:t>
      </w:r>
      <w:proofErr w:type="spellEnd"/>
      <w:r>
        <w:t xml:space="preserve"> </w:t>
      </w:r>
      <w:proofErr w:type="spellStart"/>
      <w:r>
        <w:t>desteği</w:t>
      </w:r>
      <w:proofErr w:type="spellEnd"/>
      <w:r>
        <w:t xml:space="preserve"> (81.1/100)</w:t>
      </w:r>
      <w:r>
        <w:br/>
        <w:t xml:space="preserve">    • </w:t>
      </w:r>
      <w:proofErr w:type="spellStart"/>
      <w:r>
        <w:t>Gizlilik</w:t>
      </w:r>
      <w:proofErr w:type="spellEnd"/>
      <w:r>
        <w:t xml:space="preserve"> </w:t>
      </w:r>
      <w:proofErr w:type="spellStart"/>
      <w:r>
        <w:t>konusunda</w:t>
      </w:r>
      <w:proofErr w:type="spellEnd"/>
      <w:r>
        <w:t xml:space="preserve"> </w:t>
      </w:r>
      <w:proofErr w:type="spellStart"/>
      <w:r>
        <w:t>güven</w:t>
      </w:r>
      <w:proofErr w:type="spellEnd"/>
      <w:r>
        <w:t xml:space="preserve"> (80.1/100)</w:t>
      </w:r>
      <w:r>
        <w:br/>
        <w:t xml:space="preserve">    • </w:t>
      </w:r>
      <w:proofErr w:type="spellStart"/>
      <w:r>
        <w:t>Görüşme</w:t>
      </w:r>
      <w:proofErr w:type="spellEnd"/>
      <w:r>
        <w:t xml:space="preserve"> </w:t>
      </w:r>
      <w:proofErr w:type="spellStart"/>
      <w:r>
        <w:t>saatlerine</w:t>
      </w:r>
      <w:proofErr w:type="spellEnd"/>
      <w:r>
        <w:t xml:space="preserve"> </w:t>
      </w:r>
      <w:proofErr w:type="spellStart"/>
      <w:r>
        <w:t>uyum</w:t>
      </w:r>
      <w:proofErr w:type="spellEnd"/>
      <w:r>
        <w:t xml:space="preserve"> (79.1/100)</w:t>
      </w:r>
      <w:r>
        <w:br/>
        <w:t xml:space="preserve">    • Yüksek </w:t>
      </w:r>
      <w:proofErr w:type="spellStart"/>
      <w:r>
        <w:t>iç</w:t>
      </w:r>
      <w:proofErr w:type="spellEnd"/>
      <w:r>
        <w:t xml:space="preserve"> </w:t>
      </w:r>
      <w:proofErr w:type="spellStart"/>
      <w:r>
        <w:t>tutarlılık</w:t>
      </w:r>
      <w:proofErr w:type="spellEnd"/>
      <w:r>
        <w:br/>
        <w:t xml:space="preserve">    </w:t>
      </w:r>
      <w:r>
        <w:br/>
        <w:t xml:space="preserve">     GELİŞTİRİLMESİ GEREKEN ALANLAR:</w:t>
      </w:r>
      <w:r>
        <w:br/>
        <w:t xml:space="preserve">    • Akademik </w:t>
      </w:r>
      <w:proofErr w:type="spellStart"/>
      <w:r>
        <w:t>takip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yönlendirme</w:t>
      </w:r>
      <w:proofErr w:type="spellEnd"/>
      <w:r>
        <w:br/>
        <w:t xml:space="preserve">    •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gelişim</w:t>
      </w:r>
      <w:proofErr w:type="spellEnd"/>
      <w:r>
        <w:t xml:space="preserve"> </w:t>
      </w:r>
      <w:proofErr w:type="spellStart"/>
      <w:r>
        <w:t>desteği</w:t>
      </w:r>
      <w:proofErr w:type="spellEnd"/>
      <w:r>
        <w:br/>
        <w:t xml:space="preserve">    • </w:t>
      </w:r>
      <w:proofErr w:type="spellStart"/>
      <w:r>
        <w:t>İletişim</w:t>
      </w:r>
      <w:proofErr w:type="spellEnd"/>
      <w:r>
        <w:t xml:space="preserve"> </w:t>
      </w:r>
      <w:proofErr w:type="spellStart"/>
      <w:r>
        <w:t>becerilerinin</w:t>
      </w:r>
      <w:proofErr w:type="spellEnd"/>
      <w:r>
        <w:t xml:space="preserve"> </w:t>
      </w:r>
      <w:proofErr w:type="spellStart"/>
      <w:r>
        <w:t>güçlendirilmesi</w:t>
      </w:r>
      <w:proofErr w:type="spellEnd"/>
      <w:r>
        <w:br/>
        <w:t xml:space="preserve">    • </w:t>
      </w:r>
      <w:proofErr w:type="spellStart"/>
      <w:r>
        <w:t>Düşük</w:t>
      </w:r>
      <w:proofErr w:type="spellEnd"/>
      <w:r>
        <w:t xml:space="preserve"> </w:t>
      </w:r>
      <w:proofErr w:type="spellStart"/>
      <w:r>
        <w:t>GNO'lu</w:t>
      </w:r>
      <w:proofErr w:type="spellEnd"/>
      <w:r>
        <w:t xml:space="preserve"> </w:t>
      </w:r>
      <w:proofErr w:type="spellStart"/>
      <w:r>
        <w:t>öğrencilere</w:t>
      </w:r>
      <w:proofErr w:type="spellEnd"/>
      <w:r>
        <w:t xml:space="preserve"> fark </w:t>
      </w:r>
      <w:proofErr w:type="spellStart"/>
      <w:r>
        <w:t>yaratma</w:t>
      </w:r>
      <w:proofErr w:type="spellEnd"/>
      <w:r>
        <w:br/>
        <w:t xml:space="preserve">    </w:t>
      </w:r>
    </w:p>
    <w:p w14:paraId="2D5958D5" w14:textId="6548AFF5" w:rsidR="00654517" w:rsidRPr="008B7D12" w:rsidRDefault="00000000">
      <w:pPr>
        <w:pStyle w:val="Balk2"/>
        <w:rPr>
          <w:color w:val="auto"/>
        </w:rPr>
      </w:pPr>
      <w:r w:rsidRPr="008B7D12">
        <w:rPr>
          <w:color w:val="auto"/>
        </w:rPr>
        <w:t>1</w:t>
      </w:r>
      <w:r w:rsidR="00227DE0" w:rsidRPr="008B7D12">
        <w:rPr>
          <w:color w:val="auto"/>
        </w:rPr>
        <w:t>2</w:t>
      </w:r>
      <w:r w:rsidRPr="008B7D12">
        <w:rPr>
          <w:color w:val="auto"/>
        </w:rPr>
        <w:t xml:space="preserve">.2 </w:t>
      </w:r>
      <w:proofErr w:type="spellStart"/>
      <w:r w:rsidRPr="008B7D12">
        <w:rPr>
          <w:color w:val="auto"/>
        </w:rPr>
        <w:t>Stratejik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Öneriler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56"/>
        <w:gridCol w:w="2158"/>
        <w:gridCol w:w="2158"/>
        <w:gridCol w:w="2158"/>
      </w:tblGrid>
      <w:tr w:rsidR="00654517" w14:paraId="1B5D1896" w14:textId="77777777">
        <w:tc>
          <w:tcPr>
            <w:tcW w:w="2160" w:type="dxa"/>
          </w:tcPr>
          <w:p w14:paraId="57B1BE44" w14:textId="77777777" w:rsidR="00654517" w:rsidRDefault="00000000">
            <w:proofErr w:type="spellStart"/>
            <w:r>
              <w:t>Öncelik</w:t>
            </w:r>
            <w:proofErr w:type="spellEnd"/>
          </w:p>
        </w:tc>
        <w:tc>
          <w:tcPr>
            <w:tcW w:w="2160" w:type="dxa"/>
          </w:tcPr>
          <w:p w14:paraId="58DD1D34" w14:textId="77777777" w:rsidR="00654517" w:rsidRDefault="00000000">
            <w:r>
              <w:t>Alan</w:t>
            </w:r>
          </w:p>
        </w:tc>
        <w:tc>
          <w:tcPr>
            <w:tcW w:w="2160" w:type="dxa"/>
          </w:tcPr>
          <w:p w14:paraId="35B64050" w14:textId="77777777" w:rsidR="00654517" w:rsidRDefault="00000000">
            <w:proofErr w:type="spellStart"/>
            <w:r>
              <w:t>Önerilen</w:t>
            </w:r>
            <w:proofErr w:type="spellEnd"/>
            <w:r>
              <w:t xml:space="preserve"> Aksiyon</w:t>
            </w:r>
          </w:p>
        </w:tc>
        <w:tc>
          <w:tcPr>
            <w:tcW w:w="2160" w:type="dxa"/>
          </w:tcPr>
          <w:p w14:paraId="2BCE1089" w14:textId="77777777" w:rsidR="00654517" w:rsidRDefault="00000000">
            <w:proofErr w:type="spellStart"/>
            <w:r>
              <w:t>Hedef</w:t>
            </w:r>
            <w:proofErr w:type="spellEnd"/>
            <w:r>
              <w:t xml:space="preserve"> </w:t>
            </w:r>
            <w:proofErr w:type="spellStart"/>
            <w:r>
              <w:t>Grup</w:t>
            </w:r>
            <w:proofErr w:type="spellEnd"/>
          </w:p>
        </w:tc>
      </w:tr>
      <w:tr w:rsidR="00654517" w14:paraId="01AE27AE" w14:textId="77777777">
        <w:tc>
          <w:tcPr>
            <w:tcW w:w="2160" w:type="dxa"/>
          </w:tcPr>
          <w:p w14:paraId="5D84EA89" w14:textId="77777777" w:rsidR="00654517" w:rsidRDefault="00000000">
            <w:r>
              <w:t>Yüksek</w:t>
            </w:r>
          </w:p>
        </w:tc>
        <w:tc>
          <w:tcPr>
            <w:tcW w:w="2160" w:type="dxa"/>
          </w:tcPr>
          <w:p w14:paraId="4F2684E0" w14:textId="77777777" w:rsidR="00654517" w:rsidRDefault="00000000">
            <w:r>
              <w:t>Akademik Takip</w:t>
            </w:r>
          </w:p>
        </w:tc>
        <w:tc>
          <w:tcPr>
            <w:tcW w:w="2160" w:type="dxa"/>
          </w:tcPr>
          <w:p w14:paraId="13C46FED" w14:textId="77777777" w:rsidR="00654517" w:rsidRDefault="00000000">
            <w:proofErr w:type="spellStart"/>
            <w:r>
              <w:t>Periyodik</w:t>
            </w:r>
            <w:proofErr w:type="spellEnd"/>
            <w:r>
              <w:t xml:space="preserve"> </w:t>
            </w:r>
            <w:proofErr w:type="spellStart"/>
            <w:r>
              <w:t>takip</w:t>
            </w:r>
            <w:proofErr w:type="spellEnd"/>
            <w:r>
              <w:t xml:space="preserve"> </w:t>
            </w:r>
            <w:proofErr w:type="spellStart"/>
            <w:r>
              <w:t>sistemi</w:t>
            </w:r>
            <w:proofErr w:type="spellEnd"/>
            <w:r>
              <w:t xml:space="preserve"> </w:t>
            </w:r>
            <w:proofErr w:type="spellStart"/>
            <w:r>
              <w:t>kurulması</w:t>
            </w:r>
            <w:proofErr w:type="spellEnd"/>
            <w:r>
              <w:t xml:space="preserve">, </w:t>
            </w:r>
            <w:proofErr w:type="spellStart"/>
            <w:r>
              <w:t>akademik</w:t>
            </w:r>
            <w:proofErr w:type="spellEnd"/>
            <w:r>
              <w:t xml:space="preserve"> </w:t>
            </w:r>
            <w:proofErr w:type="spellStart"/>
            <w:r>
              <w:t>gelişim</w:t>
            </w:r>
            <w:proofErr w:type="spellEnd"/>
            <w:r>
              <w:t xml:space="preserve"> </w:t>
            </w:r>
            <w:proofErr w:type="spellStart"/>
            <w:r>
              <w:t>planları</w:t>
            </w:r>
            <w:proofErr w:type="spellEnd"/>
          </w:p>
        </w:tc>
        <w:tc>
          <w:tcPr>
            <w:tcW w:w="2160" w:type="dxa"/>
          </w:tcPr>
          <w:p w14:paraId="720695CF" w14:textId="77777777" w:rsidR="00654517" w:rsidRDefault="00000000">
            <w:proofErr w:type="spellStart"/>
            <w:r>
              <w:t>Tüm</w:t>
            </w:r>
            <w:proofErr w:type="spellEnd"/>
            <w:r>
              <w:t xml:space="preserve"> </w:t>
            </w:r>
            <w:proofErr w:type="spellStart"/>
            <w:r>
              <w:t>danışmanlar</w:t>
            </w:r>
            <w:proofErr w:type="spellEnd"/>
          </w:p>
        </w:tc>
      </w:tr>
      <w:tr w:rsidR="00654517" w14:paraId="1E069435" w14:textId="77777777">
        <w:tc>
          <w:tcPr>
            <w:tcW w:w="2160" w:type="dxa"/>
          </w:tcPr>
          <w:p w14:paraId="1134ECE5" w14:textId="77777777" w:rsidR="00654517" w:rsidRDefault="00000000">
            <w:r>
              <w:t>Yüksek</w:t>
            </w:r>
          </w:p>
        </w:tc>
        <w:tc>
          <w:tcPr>
            <w:tcW w:w="2160" w:type="dxa"/>
          </w:tcPr>
          <w:p w14:paraId="3670C6E4" w14:textId="77777777" w:rsidR="00654517" w:rsidRDefault="00000000">
            <w:proofErr w:type="spellStart"/>
            <w:r>
              <w:t>Kişisel</w:t>
            </w:r>
            <w:proofErr w:type="spellEnd"/>
            <w:r>
              <w:t xml:space="preserve"> Gelişim</w:t>
            </w:r>
          </w:p>
        </w:tc>
        <w:tc>
          <w:tcPr>
            <w:tcW w:w="2160" w:type="dxa"/>
          </w:tcPr>
          <w:p w14:paraId="1F8ADE10" w14:textId="77777777" w:rsidR="00654517" w:rsidRDefault="00000000">
            <w:proofErr w:type="spellStart"/>
            <w:r>
              <w:t>Danışman</w:t>
            </w:r>
            <w:proofErr w:type="spellEnd"/>
            <w:r>
              <w:t xml:space="preserve"> </w:t>
            </w:r>
            <w:proofErr w:type="spellStart"/>
            <w:r>
              <w:t>eğitim</w:t>
            </w:r>
            <w:proofErr w:type="spellEnd"/>
            <w:r>
              <w:t xml:space="preserve"> </w:t>
            </w:r>
            <w:proofErr w:type="spellStart"/>
            <w:r>
              <w:t>programları</w:t>
            </w:r>
            <w:proofErr w:type="spellEnd"/>
            <w:r>
              <w:t xml:space="preserve">, </w:t>
            </w:r>
            <w:proofErr w:type="spellStart"/>
            <w:r>
              <w:t>mentörlük</w:t>
            </w:r>
            <w:proofErr w:type="spellEnd"/>
            <w:r>
              <w:t xml:space="preserve"> </w:t>
            </w:r>
            <w:proofErr w:type="spellStart"/>
            <w:r>
              <w:t>sistemi</w:t>
            </w:r>
            <w:proofErr w:type="spellEnd"/>
          </w:p>
        </w:tc>
        <w:tc>
          <w:tcPr>
            <w:tcW w:w="2160" w:type="dxa"/>
          </w:tcPr>
          <w:p w14:paraId="2D75DF5C" w14:textId="77777777" w:rsidR="00654517" w:rsidRDefault="00000000">
            <w:r>
              <w:t xml:space="preserve">Yeni </w:t>
            </w:r>
            <w:proofErr w:type="spellStart"/>
            <w:r>
              <w:t>danışmanlar</w:t>
            </w:r>
            <w:proofErr w:type="spellEnd"/>
          </w:p>
        </w:tc>
      </w:tr>
      <w:tr w:rsidR="00654517" w14:paraId="67E21894" w14:textId="77777777">
        <w:tc>
          <w:tcPr>
            <w:tcW w:w="2160" w:type="dxa"/>
          </w:tcPr>
          <w:p w14:paraId="7D70692D" w14:textId="77777777" w:rsidR="00654517" w:rsidRDefault="00000000">
            <w:r>
              <w:lastRenderedPageBreak/>
              <w:t>Orta</w:t>
            </w:r>
          </w:p>
        </w:tc>
        <w:tc>
          <w:tcPr>
            <w:tcW w:w="2160" w:type="dxa"/>
          </w:tcPr>
          <w:p w14:paraId="5C7FDED4" w14:textId="77777777" w:rsidR="00654517" w:rsidRDefault="00000000">
            <w:proofErr w:type="spellStart"/>
            <w:r>
              <w:t>İletişim</w:t>
            </w:r>
            <w:proofErr w:type="spellEnd"/>
          </w:p>
        </w:tc>
        <w:tc>
          <w:tcPr>
            <w:tcW w:w="2160" w:type="dxa"/>
          </w:tcPr>
          <w:p w14:paraId="3094520B" w14:textId="77777777" w:rsidR="00654517" w:rsidRDefault="00000000">
            <w:proofErr w:type="spellStart"/>
            <w:r>
              <w:t>İletişim</w:t>
            </w:r>
            <w:proofErr w:type="spellEnd"/>
            <w:r>
              <w:t xml:space="preserve"> </w:t>
            </w:r>
            <w:proofErr w:type="spellStart"/>
            <w:r>
              <w:t>becerileri</w:t>
            </w:r>
            <w:proofErr w:type="spellEnd"/>
            <w:r>
              <w:t xml:space="preserve"> workshops, </w:t>
            </w:r>
            <w:proofErr w:type="spellStart"/>
            <w:r>
              <w:t>dijital</w:t>
            </w:r>
            <w:proofErr w:type="spellEnd"/>
            <w:r>
              <w:t xml:space="preserve"> platform </w:t>
            </w:r>
            <w:proofErr w:type="spellStart"/>
            <w:r>
              <w:t>kullanımı</w:t>
            </w:r>
            <w:proofErr w:type="spellEnd"/>
          </w:p>
        </w:tc>
        <w:tc>
          <w:tcPr>
            <w:tcW w:w="2160" w:type="dxa"/>
          </w:tcPr>
          <w:p w14:paraId="451C4078" w14:textId="77777777" w:rsidR="00654517" w:rsidRDefault="00000000">
            <w:proofErr w:type="spellStart"/>
            <w:r>
              <w:t>Deneyimli</w:t>
            </w:r>
            <w:proofErr w:type="spellEnd"/>
            <w:r>
              <w:t xml:space="preserve"> </w:t>
            </w:r>
            <w:proofErr w:type="spellStart"/>
            <w:r>
              <w:t>danışmanlar</w:t>
            </w:r>
            <w:proofErr w:type="spellEnd"/>
          </w:p>
        </w:tc>
      </w:tr>
      <w:tr w:rsidR="00654517" w14:paraId="32A04AD7" w14:textId="77777777">
        <w:tc>
          <w:tcPr>
            <w:tcW w:w="2160" w:type="dxa"/>
          </w:tcPr>
          <w:p w14:paraId="67D5CF90" w14:textId="77777777" w:rsidR="00654517" w:rsidRDefault="00000000">
            <w:r>
              <w:t>Orta</w:t>
            </w:r>
          </w:p>
        </w:tc>
        <w:tc>
          <w:tcPr>
            <w:tcW w:w="2160" w:type="dxa"/>
          </w:tcPr>
          <w:p w14:paraId="1088B370" w14:textId="77777777" w:rsidR="00654517" w:rsidRDefault="00000000">
            <w:r>
              <w:t xml:space="preserve">GNO </w:t>
            </w:r>
            <w:proofErr w:type="spellStart"/>
            <w:r>
              <w:t>Farkındalığı</w:t>
            </w:r>
            <w:proofErr w:type="spellEnd"/>
          </w:p>
        </w:tc>
        <w:tc>
          <w:tcPr>
            <w:tcW w:w="2160" w:type="dxa"/>
          </w:tcPr>
          <w:p w14:paraId="67588748" w14:textId="77777777" w:rsidR="00654517" w:rsidRDefault="00000000">
            <w:proofErr w:type="spellStart"/>
            <w:r>
              <w:t>Başarılı</w:t>
            </w:r>
            <w:proofErr w:type="spellEnd"/>
            <w:r>
              <w:t xml:space="preserve"> </w:t>
            </w:r>
            <w:proofErr w:type="spellStart"/>
            <w:r>
              <w:t>öğrencilere</w:t>
            </w:r>
            <w:proofErr w:type="spellEnd"/>
            <w:r>
              <w:t xml:space="preserve"> </w:t>
            </w:r>
            <w:proofErr w:type="spellStart"/>
            <w:r>
              <w:t>özel</w:t>
            </w:r>
            <w:proofErr w:type="spellEnd"/>
            <w:r>
              <w:t xml:space="preserve"> </w:t>
            </w:r>
            <w:proofErr w:type="spellStart"/>
            <w:r>
              <w:t>danışmanlık</w:t>
            </w:r>
            <w:proofErr w:type="spellEnd"/>
            <w:r>
              <w:t xml:space="preserve"> </w:t>
            </w:r>
            <w:proofErr w:type="spellStart"/>
            <w:r>
              <w:t>modeli</w:t>
            </w:r>
            <w:proofErr w:type="spellEnd"/>
          </w:p>
        </w:tc>
        <w:tc>
          <w:tcPr>
            <w:tcW w:w="2160" w:type="dxa"/>
          </w:tcPr>
          <w:p w14:paraId="4A4ACCD1" w14:textId="77777777" w:rsidR="00654517" w:rsidRDefault="00000000">
            <w:r>
              <w:t xml:space="preserve">Yüksek GNO </w:t>
            </w:r>
            <w:proofErr w:type="spellStart"/>
            <w:r>
              <w:t>danışmanları</w:t>
            </w:r>
            <w:proofErr w:type="spellEnd"/>
          </w:p>
        </w:tc>
      </w:tr>
      <w:tr w:rsidR="00654517" w14:paraId="140DEC7F" w14:textId="77777777">
        <w:tc>
          <w:tcPr>
            <w:tcW w:w="2160" w:type="dxa"/>
          </w:tcPr>
          <w:p w14:paraId="4A63D693" w14:textId="77777777" w:rsidR="00654517" w:rsidRDefault="00000000">
            <w:proofErr w:type="spellStart"/>
            <w:r>
              <w:t>Düşük</w:t>
            </w:r>
            <w:proofErr w:type="spellEnd"/>
          </w:p>
        </w:tc>
        <w:tc>
          <w:tcPr>
            <w:tcW w:w="2160" w:type="dxa"/>
          </w:tcPr>
          <w:p w14:paraId="732B8F47" w14:textId="77777777" w:rsidR="00654517" w:rsidRDefault="00000000"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İyileştirme</w:t>
            </w:r>
            <w:proofErr w:type="spellEnd"/>
          </w:p>
        </w:tc>
        <w:tc>
          <w:tcPr>
            <w:tcW w:w="2160" w:type="dxa"/>
          </w:tcPr>
          <w:p w14:paraId="69249ABD" w14:textId="77777777" w:rsidR="00654517" w:rsidRDefault="00000000">
            <w:r>
              <w:t xml:space="preserve">Online </w:t>
            </w:r>
            <w:proofErr w:type="spellStart"/>
            <w:r>
              <w:t>danışmanlık</w:t>
            </w:r>
            <w:proofErr w:type="spellEnd"/>
            <w:r>
              <w:t xml:space="preserve"> </w:t>
            </w:r>
            <w:proofErr w:type="spellStart"/>
            <w:r>
              <w:t>platformu</w:t>
            </w:r>
            <w:proofErr w:type="spellEnd"/>
            <w:r>
              <w:t xml:space="preserve">, </w:t>
            </w:r>
            <w:proofErr w:type="spellStart"/>
            <w:r>
              <w:t>randevu</w:t>
            </w:r>
            <w:proofErr w:type="spellEnd"/>
            <w:r>
              <w:t xml:space="preserve"> </w:t>
            </w:r>
            <w:proofErr w:type="spellStart"/>
            <w:r>
              <w:t>sistemi</w:t>
            </w:r>
            <w:proofErr w:type="spellEnd"/>
          </w:p>
        </w:tc>
        <w:tc>
          <w:tcPr>
            <w:tcW w:w="2160" w:type="dxa"/>
          </w:tcPr>
          <w:p w14:paraId="3C513FEB" w14:textId="77777777" w:rsidR="00654517" w:rsidRDefault="00000000">
            <w:proofErr w:type="spellStart"/>
            <w:r>
              <w:t>Tüm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</w:p>
        </w:tc>
      </w:tr>
    </w:tbl>
    <w:p w14:paraId="56A17492" w14:textId="77777777" w:rsidR="00227DE0" w:rsidRDefault="00227DE0">
      <w:pPr>
        <w:pStyle w:val="Balk2"/>
      </w:pPr>
    </w:p>
    <w:p w14:paraId="75367A9B" w14:textId="3F9873DB" w:rsidR="00654517" w:rsidRPr="008B7D12" w:rsidRDefault="00000000">
      <w:pPr>
        <w:pStyle w:val="Balk2"/>
        <w:rPr>
          <w:color w:val="auto"/>
        </w:rPr>
      </w:pPr>
      <w:r w:rsidRPr="008B7D12">
        <w:rPr>
          <w:color w:val="auto"/>
        </w:rPr>
        <w:t>1</w:t>
      </w:r>
      <w:r w:rsidR="00227DE0" w:rsidRPr="008B7D12">
        <w:rPr>
          <w:color w:val="auto"/>
        </w:rPr>
        <w:t>2</w:t>
      </w:r>
      <w:r w:rsidRPr="008B7D12">
        <w:rPr>
          <w:color w:val="auto"/>
        </w:rPr>
        <w:t xml:space="preserve">.3 </w:t>
      </w:r>
      <w:proofErr w:type="spellStart"/>
      <w:r w:rsidRPr="008B7D12">
        <w:rPr>
          <w:color w:val="auto"/>
        </w:rPr>
        <w:t>İzleme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ve</w:t>
      </w:r>
      <w:proofErr w:type="spellEnd"/>
      <w:r w:rsidRPr="008B7D12">
        <w:rPr>
          <w:color w:val="auto"/>
        </w:rPr>
        <w:t xml:space="preserve"> </w:t>
      </w:r>
      <w:proofErr w:type="spellStart"/>
      <w:r w:rsidRPr="008B7D12">
        <w:rPr>
          <w:color w:val="auto"/>
        </w:rPr>
        <w:t>Değerlendirme</w:t>
      </w:r>
      <w:proofErr w:type="spellEnd"/>
    </w:p>
    <w:p w14:paraId="7D47994E" w14:textId="6097C221" w:rsidR="00654517" w:rsidRDefault="00000000" w:rsidP="005A6590">
      <w:r>
        <w:br/>
        <w:t xml:space="preserve">     ÖNERİLEN İZLEME METR</w:t>
      </w:r>
      <w:r w:rsidR="005A6590">
        <w:t>İ</w:t>
      </w:r>
      <w:r>
        <w:t>KLERI:</w:t>
      </w:r>
      <w:r>
        <w:br/>
        <w:t xml:space="preserve">    • </w:t>
      </w:r>
      <w:proofErr w:type="spellStart"/>
      <w:r>
        <w:t>Altı</w:t>
      </w:r>
      <w:proofErr w:type="spellEnd"/>
      <w:r>
        <w:t xml:space="preserve"> </w:t>
      </w:r>
      <w:proofErr w:type="spellStart"/>
      <w:r>
        <w:t>aylık</w:t>
      </w:r>
      <w:proofErr w:type="spellEnd"/>
      <w:r>
        <w:t xml:space="preserve"> </w:t>
      </w:r>
      <w:proofErr w:type="spellStart"/>
      <w:r>
        <w:t>periyodik</w:t>
      </w:r>
      <w:proofErr w:type="spellEnd"/>
      <w:r>
        <w:t xml:space="preserve"> </w:t>
      </w:r>
      <w:proofErr w:type="spellStart"/>
      <w:r>
        <w:t>anket</w:t>
      </w:r>
      <w:proofErr w:type="spellEnd"/>
      <w:r>
        <w:t xml:space="preserve"> </w:t>
      </w:r>
      <w:proofErr w:type="spellStart"/>
      <w:r>
        <w:t>tekrarları</w:t>
      </w:r>
      <w:proofErr w:type="spellEnd"/>
      <w:r>
        <w:br/>
        <w:t xml:space="preserve">    • Problem </w:t>
      </w:r>
      <w:proofErr w:type="spellStart"/>
      <w:r>
        <w:t>alanlarında</w:t>
      </w:r>
      <w:proofErr w:type="spellEnd"/>
      <w:r>
        <w:t xml:space="preserve"> (q4, q8) </w:t>
      </w:r>
      <w:proofErr w:type="spellStart"/>
      <w:r>
        <w:t>hedef</w:t>
      </w:r>
      <w:proofErr w:type="spellEnd"/>
      <w:r>
        <w:t xml:space="preserve">: %85+ </w:t>
      </w:r>
      <w:proofErr w:type="spellStart"/>
      <w:r>
        <w:t>memnuniyet</w:t>
      </w:r>
      <w:proofErr w:type="spellEnd"/>
      <w:r>
        <w:br/>
        <w:t xml:space="preserve">    • GNO </w:t>
      </w:r>
      <w:proofErr w:type="spellStart"/>
      <w:r>
        <w:t>grupları</w:t>
      </w:r>
      <w:proofErr w:type="spellEnd"/>
      <w:r>
        <w:t xml:space="preserve"> </w:t>
      </w:r>
      <w:proofErr w:type="spellStart"/>
      <w:r>
        <w:t>arası</w:t>
      </w:r>
      <w:proofErr w:type="spellEnd"/>
      <w:r>
        <w:t xml:space="preserve"> fark </w:t>
      </w:r>
      <w:proofErr w:type="spellStart"/>
      <w:r>
        <w:t>azaltma</w:t>
      </w:r>
      <w:proofErr w:type="spellEnd"/>
      <w:r>
        <w:br/>
        <w:t xml:space="preserve">    </w:t>
      </w:r>
      <w:r>
        <w:br/>
      </w:r>
      <w:r>
        <w:br/>
        <w:t xml:space="preserve"> </w:t>
      </w:r>
    </w:p>
    <w:sectPr w:rsidR="0065451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4E384" w14:textId="77777777" w:rsidR="0092733F" w:rsidRDefault="0092733F" w:rsidP="005A6590">
      <w:pPr>
        <w:spacing w:after="0" w:line="240" w:lineRule="auto"/>
      </w:pPr>
      <w:r>
        <w:separator/>
      </w:r>
    </w:p>
  </w:endnote>
  <w:endnote w:type="continuationSeparator" w:id="0">
    <w:p w14:paraId="0D7E5824" w14:textId="77777777" w:rsidR="0092733F" w:rsidRDefault="0092733F" w:rsidP="005A6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9F2BA" w14:textId="77777777" w:rsidR="0092733F" w:rsidRDefault="0092733F" w:rsidP="005A6590">
      <w:pPr>
        <w:spacing w:after="0" w:line="240" w:lineRule="auto"/>
      </w:pPr>
      <w:r>
        <w:separator/>
      </w:r>
    </w:p>
  </w:footnote>
  <w:footnote w:type="continuationSeparator" w:id="0">
    <w:p w14:paraId="732E447C" w14:textId="77777777" w:rsidR="0092733F" w:rsidRDefault="0092733F" w:rsidP="005A6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6A074FC"/>
    <w:multiLevelType w:val="hybridMultilevel"/>
    <w:tmpl w:val="50FEB9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BF5A4E"/>
    <w:multiLevelType w:val="hybridMultilevel"/>
    <w:tmpl w:val="4A063C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50691"/>
    <w:multiLevelType w:val="hybridMultilevel"/>
    <w:tmpl w:val="2C063B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187059">
    <w:abstractNumId w:val="8"/>
  </w:num>
  <w:num w:numId="2" w16cid:durableId="1795100833">
    <w:abstractNumId w:val="6"/>
  </w:num>
  <w:num w:numId="3" w16cid:durableId="2121416956">
    <w:abstractNumId w:val="5"/>
  </w:num>
  <w:num w:numId="4" w16cid:durableId="751119237">
    <w:abstractNumId w:val="4"/>
  </w:num>
  <w:num w:numId="5" w16cid:durableId="627321797">
    <w:abstractNumId w:val="7"/>
  </w:num>
  <w:num w:numId="6" w16cid:durableId="1341661810">
    <w:abstractNumId w:val="3"/>
  </w:num>
  <w:num w:numId="7" w16cid:durableId="1543977453">
    <w:abstractNumId w:val="2"/>
  </w:num>
  <w:num w:numId="8" w16cid:durableId="1032270691">
    <w:abstractNumId w:val="1"/>
  </w:num>
  <w:num w:numId="9" w16cid:durableId="1920820715">
    <w:abstractNumId w:val="0"/>
  </w:num>
  <w:num w:numId="10" w16cid:durableId="167259014">
    <w:abstractNumId w:val="10"/>
  </w:num>
  <w:num w:numId="11" w16cid:durableId="651835901">
    <w:abstractNumId w:val="9"/>
  </w:num>
  <w:num w:numId="12" w16cid:durableId="9845488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0E3"/>
    <w:rsid w:val="0015074B"/>
    <w:rsid w:val="00227DE0"/>
    <w:rsid w:val="0029639D"/>
    <w:rsid w:val="00326F90"/>
    <w:rsid w:val="00356CD0"/>
    <w:rsid w:val="003C5B59"/>
    <w:rsid w:val="004F5003"/>
    <w:rsid w:val="00537829"/>
    <w:rsid w:val="005A6590"/>
    <w:rsid w:val="00654517"/>
    <w:rsid w:val="00885DCB"/>
    <w:rsid w:val="008B7D12"/>
    <w:rsid w:val="008D6331"/>
    <w:rsid w:val="0092733F"/>
    <w:rsid w:val="00974961"/>
    <w:rsid w:val="00996D92"/>
    <w:rsid w:val="00A24842"/>
    <w:rsid w:val="00AA1D8D"/>
    <w:rsid w:val="00B47730"/>
    <w:rsid w:val="00CB0664"/>
    <w:rsid w:val="00D611BE"/>
    <w:rsid w:val="00F16DF0"/>
    <w:rsid w:val="00F87D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3C07DB"/>
  <w14:defaultImageDpi w14:val="300"/>
  <w15:docId w15:val="{4DE30FD0-5BFD-4C11-B474-5420F16AA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ustomTitle">
    <w:name w:val="CustomTitle"/>
    <w:rPr>
      <w:rFonts w:ascii="Arial" w:hAnsi="Arial"/>
      <w:b/>
      <w:color w:val="003366"/>
      <w:sz w:val="36"/>
    </w:rPr>
  </w:style>
  <w:style w:type="paragraph" w:customStyle="1" w:styleId="CustomSubtitle">
    <w:name w:val="CustomSubtitle"/>
    <w:rPr>
      <w:rFonts w:ascii="Arial" w:hAnsi="Arial"/>
      <w:b/>
      <w:color w:val="006699"/>
      <w:sz w:val="28"/>
    </w:rPr>
  </w:style>
  <w:style w:type="paragraph" w:customStyle="1" w:styleId="CustomNormal">
    <w:name w:val="CustomNormal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5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23</Pages>
  <Words>1884</Words>
  <Characters>10742</Characters>
  <Application>Microsoft Office Word</Application>
  <DocSecurity>0</DocSecurity>
  <Lines>89</Lines>
  <Paragraphs>25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ByMRB .</cp:lastModifiedBy>
  <cp:revision>3</cp:revision>
  <dcterms:created xsi:type="dcterms:W3CDTF">2025-07-11T10:37:00Z</dcterms:created>
  <dcterms:modified xsi:type="dcterms:W3CDTF">2025-07-11T10:43:00Z</dcterms:modified>
  <cp:category/>
</cp:coreProperties>
</file>